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FA0" w:rsidRPr="009A5D8B" w:rsidRDefault="009A5D8B">
      <w:pPr>
        <w:pStyle w:val="1"/>
        <w:rPr>
          <w:lang w:val="ru-RU"/>
        </w:rPr>
      </w:pPr>
      <w:r w:rsidRPr="009A5D8B">
        <w:rPr>
          <w:lang w:val="ru-RU"/>
        </w:rPr>
        <w:t>ЗВІТ</w:t>
      </w:r>
      <w:r w:rsidRPr="009A5D8B">
        <w:rPr>
          <w:lang w:val="ru-RU"/>
        </w:rPr>
        <w:br/>
        <w:t xml:space="preserve">про </w:t>
      </w:r>
      <w:proofErr w:type="spellStart"/>
      <w:r w:rsidRPr="009A5D8B">
        <w:rPr>
          <w:lang w:val="ru-RU"/>
        </w:rPr>
        <w:t>виконання</w:t>
      </w:r>
      <w:proofErr w:type="spellEnd"/>
      <w:r w:rsidRPr="009A5D8B">
        <w:rPr>
          <w:lang w:val="ru-RU"/>
        </w:rPr>
        <w:t xml:space="preserve"> </w:t>
      </w:r>
      <w:proofErr w:type="spellStart"/>
      <w:r w:rsidRPr="009A5D8B">
        <w:rPr>
          <w:lang w:val="ru-RU"/>
        </w:rPr>
        <w:t>практичної</w:t>
      </w:r>
      <w:proofErr w:type="spellEnd"/>
      <w:r w:rsidRPr="009A5D8B">
        <w:rPr>
          <w:lang w:val="ru-RU"/>
        </w:rPr>
        <w:t xml:space="preserve"> </w:t>
      </w:r>
      <w:proofErr w:type="spellStart"/>
      <w:r w:rsidRPr="009A5D8B">
        <w:rPr>
          <w:lang w:val="ru-RU"/>
        </w:rPr>
        <w:t>роботи</w:t>
      </w:r>
      <w:proofErr w:type="spellEnd"/>
      <w:r w:rsidRPr="009A5D8B">
        <w:rPr>
          <w:lang w:val="ru-RU"/>
        </w:rPr>
        <w:t xml:space="preserve"> №3</w:t>
      </w:r>
    </w:p>
    <w:p w:rsidR="00C33FA0" w:rsidRPr="009A5D8B" w:rsidRDefault="009A5D8B">
      <w:pPr>
        <w:rPr>
          <w:lang w:val="ru-RU"/>
        </w:rPr>
      </w:pPr>
      <w:r w:rsidRPr="009A5D8B">
        <w:rPr>
          <w:lang w:val="ru-RU"/>
        </w:rPr>
        <w:t xml:space="preserve">Тема: </w:t>
      </w:r>
      <w:proofErr w:type="spellStart"/>
      <w:r w:rsidRPr="009A5D8B">
        <w:rPr>
          <w:lang w:val="ru-RU"/>
        </w:rPr>
        <w:t>Вивчення</w:t>
      </w:r>
      <w:proofErr w:type="spellEnd"/>
      <w:r w:rsidRPr="009A5D8B">
        <w:rPr>
          <w:lang w:val="ru-RU"/>
        </w:rPr>
        <w:t xml:space="preserve"> </w:t>
      </w:r>
      <w:proofErr w:type="spellStart"/>
      <w:r w:rsidRPr="009A5D8B">
        <w:rPr>
          <w:lang w:val="ru-RU"/>
        </w:rPr>
        <w:t>насіння</w:t>
      </w:r>
      <w:proofErr w:type="spellEnd"/>
      <w:r w:rsidRPr="009A5D8B">
        <w:rPr>
          <w:lang w:val="ru-RU"/>
        </w:rPr>
        <w:t xml:space="preserve"> і </w:t>
      </w:r>
      <w:proofErr w:type="spellStart"/>
      <w:r w:rsidRPr="009A5D8B">
        <w:rPr>
          <w:lang w:val="ru-RU"/>
        </w:rPr>
        <w:t>плодів</w:t>
      </w:r>
      <w:proofErr w:type="spellEnd"/>
      <w:r w:rsidRPr="009A5D8B">
        <w:rPr>
          <w:lang w:val="ru-RU"/>
        </w:rPr>
        <w:t xml:space="preserve"> </w:t>
      </w:r>
      <w:proofErr w:type="spellStart"/>
      <w:r w:rsidRPr="009A5D8B">
        <w:rPr>
          <w:lang w:val="ru-RU"/>
        </w:rPr>
        <w:t>основних</w:t>
      </w:r>
      <w:proofErr w:type="spellEnd"/>
      <w:r w:rsidRPr="009A5D8B">
        <w:rPr>
          <w:lang w:val="ru-RU"/>
        </w:rPr>
        <w:t xml:space="preserve"> </w:t>
      </w:r>
      <w:proofErr w:type="spellStart"/>
      <w:r w:rsidRPr="009A5D8B">
        <w:rPr>
          <w:lang w:val="ru-RU"/>
        </w:rPr>
        <w:t>бур’янів</w:t>
      </w:r>
      <w:proofErr w:type="spellEnd"/>
    </w:p>
    <w:p w:rsidR="00C33FA0" w:rsidRPr="009A5D8B" w:rsidRDefault="009A5D8B">
      <w:pPr>
        <w:pStyle w:val="21"/>
        <w:rPr>
          <w:lang w:val="ru-RU"/>
        </w:rPr>
      </w:pPr>
      <w:proofErr w:type="spellStart"/>
      <w:r w:rsidRPr="009A5D8B">
        <w:rPr>
          <w:lang w:val="ru-RU"/>
        </w:rPr>
        <w:t>Опис</w:t>
      </w:r>
      <w:proofErr w:type="spellEnd"/>
      <w:r w:rsidRPr="009A5D8B">
        <w:rPr>
          <w:lang w:val="ru-RU"/>
        </w:rPr>
        <w:t xml:space="preserve"> </w:t>
      </w:r>
      <w:proofErr w:type="spellStart"/>
      <w:r w:rsidRPr="009A5D8B">
        <w:rPr>
          <w:lang w:val="ru-RU"/>
        </w:rPr>
        <w:t>плодів</w:t>
      </w:r>
      <w:proofErr w:type="spellEnd"/>
      <w:r w:rsidRPr="009A5D8B">
        <w:rPr>
          <w:lang w:val="ru-RU"/>
        </w:rPr>
        <w:t xml:space="preserve"> і </w:t>
      </w:r>
      <w:proofErr w:type="spellStart"/>
      <w:r w:rsidRPr="009A5D8B">
        <w:rPr>
          <w:lang w:val="ru-RU"/>
        </w:rPr>
        <w:t>насіння</w:t>
      </w:r>
      <w:proofErr w:type="spellEnd"/>
      <w:r w:rsidRPr="009A5D8B">
        <w:rPr>
          <w:lang w:val="ru-RU"/>
        </w:rPr>
        <w:t xml:space="preserve"> </w:t>
      </w:r>
      <w:proofErr w:type="spellStart"/>
      <w:r w:rsidRPr="009A5D8B">
        <w:rPr>
          <w:lang w:val="ru-RU"/>
        </w:rPr>
        <w:t>основних</w:t>
      </w:r>
      <w:proofErr w:type="spellEnd"/>
      <w:r w:rsidRPr="009A5D8B">
        <w:rPr>
          <w:lang w:val="ru-RU"/>
        </w:rPr>
        <w:t xml:space="preserve"> </w:t>
      </w:r>
      <w:proofErr w:type="spellStart"/>
      <w:r w:rsidRPr="009A5D8B">
        <w:rPr>
          <w:lang w:val="ru-RU"/>
        </w:rPr>
        <w:t>бур’янів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2126"/>
        <w:gridCol w:w="2057"/>
        <w:gridCol w:w="2325"/>
        <w:gridCol w:w="2132"/>
      </w:tblGrid>
      <w:tr w:rsidR="00C33FA0">
        <w:tc>
          <w:tcPr>
            <w:tcW w:w="2160" w:type="dxa"/>
          </w:tcPr>
          <w:p w:rsidR="00C33FA0" w:rsidRDefault="009A5D8B">
            <w:proofErr w:type="spellStart"/>
            <w:r>
              <w:t>Бур’ян</w:t>
            </w:r>
            <w:proofErr w:type="spellEnd"/>
          </w:p>
        </w:tc>
        <w:tc>
          <w:tcPr>
            <w:tcW w:w="2160" w:type="dxa"/>
          </w:tcPr>
          <w:p w:rsidR="00C33FA0" w:rsidRDefault="009A5D8B">
            <w:r>
              <w:t>Тип плоду</w:t>
            </w:r>
          </w:p>
        </w:tc>
        <w:tc>
          <w:tcPr>
            <w:tcW w:w="2160" w:type="dxa"/>
          </w:tcPr>
          <w:p w:rsidR="00C33FA0" w:rsidRDefault="009A5D8B">
            <w:r>
              <w:t>Опис насіння</w:t>
            </w:r>
          </w:p>
        </w:tc>
        <w:tc>
          <w:tcPr>
            <w:tcW w:w="2160" w:type="dxa"/>
          </w:tcPr>
          <w:p w:rsidR="00C33FA0" w:rsidRDefault="009A5D8B">
            <w:r>
              <w:t>Особливості поширення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Вівсюг звичайний</w:t>
            </w:r>
          </w:p>
        </w:tc>
        <w:tc>
          <w:tcPr>
            <w:tcW w:w="2160" w:type="dxa"/>
          </w:tcPr>
          <w:p w:rsidR="00C33FA0" w:rsidRDefault="009A5D8B">
            <w:r>
              <w:t>Зернівка</w:t>
            </w:r>
          </w:p>
        </w:tc>
        <w:tc>
          <w:tcPr>
            <w:tcW w:w="2160" w:type="dxa"/>
          </w:tcPr>
          <w:p w:rsidR="00C33FA0" w:rsidRPr="009A5D8B" w:rsidRDefault="009A5D8B">
            <w:pPr>
              <w:rPr>
                <w:lang w:val="ru-RU"/>
              </w:rPr>
            </w:pPr>
            <w:proofErr w:type="spellStart"/>
            <w:r w:rsidRPr="009A5D8B">
              <w:rPr>
                <w:lang w:val="ru-RU"/>
              </w:rPr>
              <w:t>Веретеноподібна</w:t>
            </w:r>
            <w:proofErr w:type="spellEnd"/>
            <w:r w:rsidRPr="009A5D8B">
              <w:rPr>
                <w:lang w:val="ru-RU"/>
              </w:rPr>
              <w:t xml:space="preserve">, з </w:t>
            </w:r>
            <w:proofErr w:type="spellStart"/>
            <w:r w:rsidRPr="009A5D8B">
              <w:rPr>
                <w:lang w:val="ru-RU"/>
              </w:rPr>
              <w:t>остюком</w:t>
            </w:r>
            <w:proofErr w:type="spellEnd"/>
            <w:r w:rsidRPr="009A5D8B">
              <w:rPr>
                <w:lang w:val="ru-RU"/>
              </w:rPr>
              <w:t xml:space="preserve">, </w:t>
            </w:r>
            <w:proofErr w:type="spellStart"/>
            <w:r w:rsidRPr="009A5D8B">
              <w:rPr>
                <w:lang w:val="ru-RU"/>
              </w:rPr>
              <w:t>світло</w:t>
            </w:r>
            <w:proofErr w:type="spellEnd"/>
            <w:r w:rsidRPr="009A5D8B">
              <w:rPr>
                <w:lang w:val="ru-RU"/>
              </w:rPr>
              <w:t>-коричнева</w:t>
            </w:r>
          </w:p>
        </w:tc>
        <w:tc>
          <w:tcPr>
            <w:tcW w:w="2160" w:type="dxa"/>
          </w:tcPr>
          <w:p w:rsidR="00C33FA0" w:rsidRDefault="009A5D8B">
            <w:proofErr w:type="spellStart"/>
            <w:r>
              <w:t>Обсипається</w:t>
            </w:r>
            <w:proofErr w:type="spellEnd"/>
            <w:r>
              <w:t xml:space="preserve">, </w:t>
            </w:r>
            <w:proofErr w:type="spellStart"/>
            <w:r>
              <w:t>поширюється</w:t>
            </w:r>
            <w:proofErr w:type="spellEnd"/>
            <w:r>
              <w:t xml:space="preserve"> </w:t>
            </w:r>
            <w:proofErr w:type="spellStart"/>
            <w:r>
              <w:t>зерном</w:t>
            </w:r>
            <w:proofErr w:type="spellEnd"/>
            <w:r>
              <w:t xml:space="preserve">, </w:t>
            </w:r>
            <w:proofErr w:type="spellStart"/>
            <w:r>
              <w:t>вітром</w:t>
            </w:r>
            <w:proofErr w:type="spellEnd"/>
          </w:p>
        </w:tc>
      </w:tr>
      <w:tr w:rsidR="00C33FA0">
        <w:tc>
          <w:tcPr>
            <w:tcW w:w="2160" w:type="dxa"/>
          </w:tcPr>
          <w:p w:rsidR="00C33FA0" w:rsidRDefault="009A5D8B">
            <w:r>
              <w:t>Гречка витка</w:t>
            </w:r>
          </w:p>
        </w:tc>
        <w:tc>
          <w:tcPr>
            <w:tcW w:w="2160" w:type="dxa"/>
          </w:tcPr>
          <w:p w:rsidR="00C33FA0" w:rsidRDefault="009A5D8B">
            <w:r>
              <w:t>Горішок</w:t>
            </w:r>
          </w:p>
        </w:tc>
        <w:tc>
          <w:tcPr>
            <w:tcW w:w="2160" w:type="dxa"/>
          </w:tcPr>
          <w:p w:rsidR="00C33FA0" w:rsidRDefault="009A5D8B">
            <w:r>
              <w:t>Тригранний, темний, шорсткий</w:t>
            </w:r>
          </w:p>
        </w:tc>
        <w:tc>
          <w:tcPr>
            <w:tcW w:w="2160" w:type="dxa"/>
          </w:tcPr>
          <w:p w:rsidR="00C33FA0" w:rsidRDefault="009A5D8B">
            <w:r>
              <w:t>Зерном культур, людиною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Гірчиця польова</w:t>
            </w:r>
          </w:p>
        </w:tc>
        <w:tc>
          <w:tcPr>
            <w:tcW w:w="2160" w:type="dxa"/>
          </w:tcPr>
          <w:p w:rsidR="00C33FA0" w:rsidRDefault="009A5D8B">
            <w:r>
              <w:t>Стручечок</w:t>
            </w:r>
          </w:p>
        </w:tc>
        <w:tc>
          <w:tcPr>
            <w:tcW w:w="2160" w:type="dxa"/>
          </w:tcPr>
          <w:p w:rsidR="00C33FA0" w:rsidRDefault="009A5D8B">
            <w:r>
              <w:t>Дрібне, жовтувате, округле</w:t>
            </w:r>
          </w:p>
        </w:tc>
        <w:tc>
          <w:tcPr>
            <w:tcW w:w="2160" w:type="dxa"/>
          </w:tcPr>
          <w:p w:rsidR="00C33FA0" w:rsidRDefault="009A5D8B">
            <w:r>
              <w:t>Обсипанням, ґрунтом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Горець шорсткий</w:t>
            </w:r>
          </w:p>
        </w:tc>
        <w:tc>
          <w:tcPr>
            <w:tcW w:w="2160" w:type="dxa"/>
          </w:tcPr>
          <w:p w:rsidR="00C33FA0" w:rsidRDefault="009A5D8B">
            <w:r>
              <w:t>Горішок</w:t>
            </w:r>
          </w:p>
        </w:tc>
        <w:tc>
          <w:tcPr>
            <w:tcW w:w="2160" w:type="dxa"/>
          </w:tcPr>
          <w:p w:rsidR="00C33FA0" w:rsidRDefault="009A5D8B">
            <w:r>
              <w:t>Темно-бурий, блискучий</w:t>
            </w:r>
          </w:p>
        </w:tc>
        <w:tc>
          <w:tcPr>
            <w:tcW w:w="2160" w:type="dxa"/>
          </w:tcPr>
          <w:p w:rsidR="00C33FA0" w:rsidRDefault="009A5D8B">
            <w:r>
              <w:t>Водою, людиною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Галінсога дрібноквіткова</w:t>
            </w:r>
          </w:p>
        </w:tc>
        <w:tc>
          <w:tcPr>
            <w:tcW w:w="2160" w:type="dxa"/>
          </w:tcPr>
          <w:p w:rsidR="00C33FA0" w:rsidRDefault="009A5D8B">
            <w:r>
              <w:t>Сім’янка</w:t>
            </w:r>
          </w:p>
        </w:tc>
        <w:tc>
          <w:tcPr>
            <w:tcW w:w="2160" w:type="dxa"/>
          </w:tcPr>
          <w:p w:rsidR="00C33FA0" w:rsidRDefault="009A5D8B">
            <w:r>
              <w:t>Дрібна, темна, з чубчиком</w:t>
            </w:r>
          </w:p>
        </w:tc>
        <w:tc>
          <w:tcPr>
            <w:tcW w:w="2160" w:type="dxa"/>
          </w:tcPr>
          <w:p w:rsidR="00C33FA0" w:rsidRDefault="009A5D8B">
            <w:r>
              <w:t>Вітром, масове насіння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Мишій сизий</w:t>
            </w:r>
          </w:p>
        </w:tc>
        <w:tc>
          <w:tcPr>
            <w:tcW w:w="2160" w:type="dxa"/>
          </w:tcPr>
          <w:p w:rsidR="00C33FA0" w:rsidRDefault="009A5D8B">
            <w:r>
              <w:t>Зернівка</w:t>
            </w:r>
          </w:p>
        </w:tc>
        <w:tc>
          <w:tcPr>
            <w:tcW w:w="2160" w:type="dxa"/>
          </w:tcPr>
          <w:p w:rsidR="00C33FA0" w:rsidRDefault="009A5D8B">
            <w:r>
              <w:t>Дрібна, жовтувато-сіра</w:t>
            </w:r>
          </w:p>
        </w:tc>
        <w:tc>
          <w:tcPr>
            <w:tcW w:w="2160" w:type="dxa"/>
          </w:tcPr>
          <w:p w:rsidR="00C33FA0" w:rsidRDefault="009A5D8B">
            <w:r>
              <w:t>Обсипається, довго зберігається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Просо куряче</w:t>
            </w:r>
          </w:p>
        </w:tc>
        <w:tc>
          <w:tcPr>
            <w:tcW w:w="2160" w:type="dxa"/>
          </w:tcPr>
          <w:p w:rsidR="00C33FA0" w:rsidRDefault="009A5D8B">
            <w:r>
              <w:t>Зернівка</w:t>
            </w:r>
          </w:p>
        </w:tc>
        <w:tc>
          <w:tcPr>
            <w:tcW w:w="2160" w:type="dxa"/>
          </w:tcPr>
          <w:p w:rsidR="00C33FA0" w:rsidRDefault="009A5D8B">
            <w:r>
              <w:t>Яйцеподібна, блискуча</w:t>
            </w:r>
          </w:p>
        </w:tc>
        <w:tc>
          <w:tcPr>
            <w:tcW w:w="2160" w:type="dxa"/>
          </w:tcPr>
          <w:p w:rsidR="00C33FA0" w:rsidRDefault="009A5D8B">
            <w:r>
              <w:t>Водою, ґрунтом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Лобода біла</w:t>
            </w:r>
          </w:p>
        </w:tc>
        <w:tc>
          <w:tcPr>
            <w:tcW w:w="2160" w:type="dxa"/>
          </w:tcPr>
          <w:p w:rsidR="00C33FA0" w:rsidRDefault="009A5D8B">
            <w:r>
              <w:t>Горішок</w:t>
            </w:r>
          </w:p>
        </w:tc>
        <w:tc>
          <w:tcPr>
            <w:tcW w:w="2160" w:type="dxa"/>
          </w:tcPr>
          <w:p w:rsidR="00C33FA0" w:rsidRDefault="009A5D8B">
            <w:r>
              <w:t>Темний, округли</w:t>
            </w:r>
            <w:r>
              <w:t>й</w:t>
            </w:r>
          </w:p>
        </w:tc>
        <w:tc>
          <w:tcPr>
            <w:tcW w:w="2160" w:type="dxa"/>
          </w:tcPr>
          <w:p w:rsidR="00C33FA0" w:rsidRDefault="009A5D8B">
            <w:r>
              <w:t>Масове утворення, ґрунтом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lastRenderedPageBreak/>
              <w:t>Щириця звичайна</w:t>
            </w:r>
          </w:p>
        </w:tc>
        <w:tc>
          <w:tcPr>
            <w:tcW w:w="2160" w:type="dxa"/>
          </w:tcPr>
          <w:p w:rsidR="00C33FA0" w:rsidRDefault="009A5D8B">
            <w:r>
              <w:t>Сім’янка</w:t>
            </w:r>
          </w:p>
        </w:tc>
        <w:tc>
          <w:tcPr>
            <w:tcW w:w="2160" w:type="dxa"/>
          </w:tcPr>
          <w:p w:rsidR="00C33FA0" w:rsidRDefault="009A5D8B">
            <w:r>
              <w:t>Дрібна, чорна, блискуча</w:t>
            </w:r>
          </w:p>
        </w:tc>
        <w:tc>
          <w:tcPr>
            <w:tcW w:w="2160" w:type="dxa"/>
          </w:tcPr>
          <w:p w:rsidR="00C33FA0" w:rsidRDefault="009A5D8B">
            <w:r>
              <w:t>Велика плодючість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Грицики звичайні</w:t>
            </w:r>
          </w:p>
        </w:tc>
        <w:tc>
          <w:tcPr>
            <w:tcW w:w="2160" w:type="dxa"/>
          </w:tcPr>
          <w:p w:rsidR="00C33FA0" w:rsidRDefault="009A5D8B">
            <w:r>
              <w:t>Стручечок</w:t>
            </w:r>
          </w:p>
        </w:tc>
        <w:tc>
          <w:tcPr>
            <w:tcW w:w="2160" w:type="dxa"/>
          </w:tcPr>
          <w:p w:rsidR="00C33FA0" w:rsidRDefault="009A5D8B">
            <w:r>
              <w:t>Дрібне, плоске</w:t>
            </w:r>
          </w:p>
        </w:tc>
        <w:tc>
          <w:tcPr>
            <w:tcW w:w="2160" w:type="dxa"/>
          </w:tcPr>
          <w:p w:rsidR="00C33FA0" w:rsidRDefault="009A5D8B">
            <w:r>
              <w:t>Вітром, ґрунтом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Талабан польовий</w:t>
            </w:r>
          </w:p>
        </w:tc>
        <w:tc>
          <w:tcPr>
            <w:tcW w:w="2160" w:type="dxa"/>
          </w:tcPr>
          <w:p w:rsidR="00C33FA0" w:rsidRDefault="009A5D8B">
            <w:r>
              <w:t>Стручечок</w:t>
            </w:r>
          </w:p>
        </w:tc>
        <w:tc>
          <w:tcPr>
            <w:tcW w:w="2160" w:type="dxa"/>
          </w:tcPr>
          <w:p w:rsidR="00C33FA0" w:rsidRDefault="009A5D8B">
            <w:r>
              <w:t>Темне, дрібне</w:t>
            </w:r>
          </w:p>
        </w:tc>
        <w:tc>
          <w:tcPr>
            <w:tcW w:w="2160" w:type="dxa"/>
          </w:tcPr>
          <w:p w:rsidR="00C33FA0" w:rsidRDefault="009A5D8B">
            <w:r>
              <w:t>Вітром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Сокирки польові</w:t>
            </w:r>
          </w:p>
        </w:tc>
        <w:tc>
          <w:tcPr>
            <w:tcW w:w="2160" w:type="dxa"/>
          </w:tcPr>
          <w:p w:rsidR="00C33FA0" w:rsidRDefault="009A5D8B">
            <w:r>
              <w:t>Листянка</w:t>
            </w:r>
          </w:p>
        </w:tc>
        <w:tc>
          <w:tcPr>
            <w:tcW w:w="2160" w:type="dxa"/>
          </w:tcPr>
          <w:p w:rsidR="00C33FA0" w:rsidRDefault="009A5D8B">
            <w:r>
              <w:t>Тригранне, темне</w:t>
            </w:r>
          </w:p>
        </w:tc>
        <w:tc>
          <w:tcPr>
            <w:tcW w:w="2160" w:type="dxa"/>
          </w:tcPr>
          <w:p w:rsidR="00C33FA0" w:rsidRDefault="009A5D8B">
            <w:r>
              <w:t>Обсипанням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Триреберник непахучий</w:t>
            </w:r>
          </w:p>
        </w:tc>
        <w:tc>
          <w:tcPr>
            <w:tcW w:w="2160" w:type="dxa"/>
          </w:tcPr>
          <w:p w:rsidR="00C33FA0" w:rsidRDefault="009A5D8B">
            <w:r>
              <w:t>Сім’янка</w:t>
            </w:r>
          </w:p>
        </w:tc>
        <w:tc>
          <w:tcPr>
            <w:tcW w:w="2160" w:type="dxa"/>
          </w:tcPr>
          <w:p w:rsidR="00C33FA0" w:rsidRDefault="009A5D8B">
            <w:r>
              <w:t>Жовтувато-коричнева</w:t>
            </w:r>
          </w:p>
        </w:tc>
        <w:tc>
          <w:tcPr>
            <w:tcW w:w="2160" w:type="dxa"/>
          </w:tcPr>
          <w:p w:rsidR="00C33FA0" w:rsidRDefault="009A5D8B">
            <w:r>
              <w:t>Вітром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Підмареник чіпкий</w:t>
            </w:r>
          </w:p>
        </w:tc>
        <w:tc>
          <w:tcPr>
            <w:tcW w:w="2160" w:type="dxa"/>
          </w:tcPr>
          <w:p w:rsidR="00C33FA0" w:rsidRDefault="009A5D8B">
            <w:r>
              <w:t>Двосім’янка</w:t>
            </w:r>
          </w:p>
        </w:tc>
        <w:tc>
          <w:tcPr>
            <w:tcW w:w="2160" w:type="dxa"/>
          </w:tcPr>
          <w:p w:rsidR="00C33FA0" w:rsidRDefault="009A5D8B">
            <w:r>
              <w:t>З гачками, чіпляється</w:t>
            </w:r>
          </w:p>
        </w:tc>
        <w:tc>
          <w:tcPr>
            <w:tcW w:w="2160" w:type="dxa"/>
          </w:tcPr>
          <w:p w:rsidR="00C33FA0" w:rsidRDefault="009A5D8B">
            <w:r>
              <w:t>Тваринами, одягом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Бромус житній</w:t>
            </w:r>
          </w:p>
        </w:tc>
        <w:tc>
          <w:tcPr>
            <w:tcW w:w="2160" w:type="dxa"/>
          </w:tcPr>
          <w:p w:rsidR="00C33FA0" w:rsidRDefault="009A5D8B">
            <w:r>
              <w:t>Зернівка</w:t>
            </w:r>
          </w:p>
        </w:tc>
        <w:tc>
          <w:tcPr>
            <w:tcW w:w="2160" w:type="dxa"/>
          </w:tcPr>
          <w:p w:rsidR="00C33FA0" w:rsidRDefault="009A5D8B">
            <w:r>
              <w:t>Плівчаста, з остюком</w:t>
            </w:r>
          </w:p>
        </w:tc>
        <w:tc>
          <w:tcPr>
            <w:tcW w:w="2160" w:type="dxa"/>
          </w:tcPr>
          <w:p w:rsidR="00C33FA0" w:rsidRDefault="009A5D8B">
            <w:r>
              <w:t>Зерном культур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Буркун жовтий</w:t>
            </w:r>
          </w:p>
        </w:tc>
        <w:tc>
          <w:tcPr>
            <w:tcW w:w="2160" w:type="dxa"/>
          </w:tcPr>
          <w:p w:rsidR="00C33FA0" w:rsidRDefault="009A5D8B">
            <w:r>
              <w:t>Біб</w:t>
            </w:r>
          </w:p>
        </w:tc>
        <w:tc>
          <w:tcPr>
            <w:tcW w:w="2160" w:type="dxa"/>
          </w:tcPr>
          <w:p w:rsidR="00C33FA0" w:rsidRDefault="009A5D8B">
            <w:r>
              <w:t>Дрібне, жовтувате</w:t>
            </w:r>
          </w:p>
        </w:tc>
        <w:tc>
          <w:tcPr>
            <w:tcW w:w="2160" w:type="dxa"/>
          </w:tcPr>
          <w:p w:rsidR="00C33FA0" w:rsidRDefault="009A5D8B">
            <w:r>
              <w:t>Вітром, тваринами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Синяк звичайний</w:t>
            </w:r>
          </w:p>
        </w:tc>
        <w:tc>
          <w:tcPr>
            <w:tcW w:w="2160" w:type="dxa"/>
          </w:tcPr>
          <w:p w:rsidR="00C33FA0" w:rsidRDefault="009A5D8B">
            <w:r>
              <w:t>Горішок</w:t>
            </w:r>
          </w:p>
        </w:tc>
        <w:tc>
          <w:tcPr>
            <w:tcW w:w="2160" w:type="dxa"/>
          </w:tcPr>
          <w:p w:rsidR="00C33FA0" w:rsidRDefault="009A5D8B">
            <w:r>
              <w:t>Темний, тригранний</w:t>
            </w:r>
          </w:p>
        </w:tc>
        <w:tc>
          <w:tcPr>
            <w:tcW w:w="2160" w:type="dxa"/>
          </w:tcPr>
          <w:p w:rsidR="00C33FA0" w:rsidRDefault="009A5D8B">
            <w:r>
              <w:t>Вітром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Лопух великий</w:t>
            </w:r>
          </w:p>
        </w:tc>
        <w:tc>
          <w:tcPr>
            <w:tcW w:w="2160" w:type="dxa"/>
          </w:tcPr>
          <w:p w:rsidR="00C33FA0" w:rsidRDefault="009A5D8B">
            <w:r>
              <w:t>Сім’янка</w:t>
            </w:r>
          </w:p>
        </w:tc>
        <w:tc>
          <w:tcPr>
            <w:tcW w:w="2160" w:type="dxa"/>
          </w:tcPr>
          <w:p w:rsidR="00C33FA0" w:rsidRDefault="009A5D8B">
            <w:r>
              <w:t>З гачками</w:t>
            </w:r>
          </w:p>
        </w:tc>
        <w:tc>
          <w:tcPr>
            <w:tcW w:w="2160" w:type="dxa"/>
          </w:tcPr>
          <w:p w:rsidR="00C33FA0" w:rsidRDefault="009A5D8B">
            <w:r>
              <w:t>Тваринами, людиною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Подорожник великий</w:t>
            </w:r>
          </w:p>
        </w:tc>
        <w:tc>
          <w:tcPr>
            <w:tcW w:w="2160" w:type="dxa"/>
          </w:tcPr>
          <w:p w:rsidR="00C33FA0" w:rsidRDefault="009A5D8B">
            <w:r>
              <w:t>Коробочка</w:t>
            </w:r>
          </w:p>
        </w:tc>
        <w:tc>
          <w:tcPr>
            <w:tcW w:w="2160" w:type="dxa"/>
          </w:tcPr>
          <w:p w:rsidR="00C33FA0" w:rsidRDefault="009A5D8B">
            <w:r>
              <w:t>Дрібне, овальне</w:t>
            </w:r>
          </w:p>
        </w:tc>
        <w:tc>
          <w:tcPr>
            <w:tcW w:w="2160" w:type="dxa"/>
          </w:tcPr>
          <w:p w:rsidR="00C33FA0" w:rsidRDefault="009A5D8B">
            <w:r>
              <w:t>Водою, людиною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Полин гіркий</w:t>
            </w:r>
          </w:p>
        </w:tc>
        <w:tc>
          <w:tcPr>
            <w:tcW w:w="2160" w:type="dxa"/>
          </w:tcPr>
          <w:p w:rsidR="00C33FA0" w:rsidRDefault="009A5D8B">
            <w:r>
              <w:t>Сім’янка</w:t>
            </w:r>
          </w:p>
        </w:tc>
        <w:tc>
          <w:tcPr>
            <w:tcW w:w="2160" w:type="dxa"/>
          </w:tcPr>
          <w:p w:rsidR="00C33FA0" w:rsidRDefault="009A5D8B">
            <w:r>
              <w:t>Дрібна, сірувата</w:t>
            </w:r>
          </w:p>
        </w:tc>
        <w:tc>
          <w:tcPr>
            <w:tcW w:w="2160" w:type="dxa"/>
          </w:tcPr>
          <w:p w:rsidR="00C33FA0" w:rsidRDefault="009A5D8B">
            <w:r>
              <w:t>Вітром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Кульбаба лікарська</w:t>
            </w:r>
          </w:p>
        </w:tc>
        <w:tc>
          <w:tcPr>
            <w:tcW w:w="2160" w:type="dxa"/>
          </w:tcPr>
          <w:p w:rsidR="00C33FA0" w:rsidRDefault="009A5D8B">
            <w:r>
              <w:t>Сім’янка</w:t>
            </w:r>
          </w:p>
        </w:tc>
        <w:tc>
          <w:tcPr>
            <w:tcW w:w="2160" w:type="dxa"/>
          </w:tcPr>
          <w:p w:rsidR="00C33FA0" w:rsidRDefault="009A5D8B">
            <w:r>
              <w:t>З летючкою</w:t>
            </w:r>
          </w:p>
        </w:tc>
        <w:tc>
          <w:tcPr>
            <w:tcW w:w="2160" w:type="dxa"/>
          </w:tcPr>
          <w:p w:rsidR="00C33FA0" w:rsidRDefault="009A5D8B">
            <w:r>
              <w:t>Вітром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Березка польова</w:t>
            </w:r>
          </w:p>
        </w:tc>
        <w:tc>
          <w:tcPr>
            <w:tcW w:w="2160" w:type="dxa"/>
          </w:tcPr>
          <w:p w:rsidR="00C33FA0" w:rsidRDefault="009A5D8B">
            <w:r>
              <w:t>Коробочка</w:t>
            </w:r>
          </w:p>
        </w:tc>
        <w:tc>
          <w:tcPr>
            <w:tcW w:w="2160" w:type="dxa"/>
          </w:tcPr>
          <w:p w:rsidR="00C33FA0" w:rsidRDefault="009A5D8B">
            <w:r>
              <w:t>Темне, тригранне</w:t>
            </w:r>
          </w:p>
        </w:tc>
        <w:tc>
          <w:tcPr>
            <w:tcW w:w="2160" w:type="dxa"/>
          </w:tcPr>
          <w:p w:rsidR="00C33FA0" w:rsidRDefault="009A5D8B">
            <w:r>
              <w:t>Насінням і коренями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lastRenderedPageBreak/>
              <w:t>Гірчак рожевий</w:t>
            </w:r>
          </w:p>
        </w:tc>
        <w:tc>
          <w:tcPr>
            <w:tcW w:w="2160" w:type="dxa"/>
          </w:tcPr>
          <w:p w:rsidR="00C33FA0" w:rsidRDefault="009A5D8B">
            <w:r>
              <w:t>Сім’янка</w:t>
            </w:r>
          </w:p>
        </w:tc>
        <w:tc>
          <w:tcPr>
            <w:tcW w:w="2160" w:type="dxa"/>
          </w:tcPr>
          <w:p w:rsidR="00C33FA0" w:rsidRDefault="009A5D8B">
            <w:r>
              <w:t>З чубчиком</w:t>
            </w:r>
          </w:p>
        </w:tc>
        <w:tc>
          <w:tcPr>
            <w:tcW w:w="2160" w:type="dxa"/>
          </w:tcPr>
          <w:p w:rsidR="00C33FA0" w:rsidRDefault="009A5D8B">
            <w:r>
              <w:t>Вітром, кореневищами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Осот жовтий</w:t>
            </w:r>
          </w:p>
        </w:tc>
        <w:tc>
          <w:tcPr>
            <w:tcW w:w="2160" w:type="dxa"/>
          </w:tcPr>
          <w:p w:rsidR="00C33FA0" w:rsidRDefault="009A5D8B">
            <w:r>
              <w:t>Сім’янка</w:t>
            </w:r>
          </w:p>
        </w:tc>
        <w:tc>
          <w:tcPr>
            <w:tcW w:w="2160" w:type="dxa"/>
          </w:tcPr>
          <w:p w:rsidR="00C33FA0" w:rsidRDefault="009A5D8B">
            <w:r>
              <w:t>З летючкою</w:t>
            </w:r>
          </w:p>
        </w:tc>
        <w:tc>
          <w:tcPr>
            <w:tcW w:w="2160" w:type="dxa"/>
          </w:tcPr>
          <w:p w:rsidR="00C33FA0" w:rsidRDefault="009A5D8B">
            <w:r>
              <w:t>Вітром, коренями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Молочай лозний</w:t>
            </w:r>
          </w:p>
        </w:tc>
        <w:tc>
          <w:tcPr>
            <w:tcW w:w="2160" w:type="dxa"/>
          </w:tcPr>
          <w:p w:rsidR="00C33FA0" w:rsidRDefault="009A5D8B">
            <w:r>
              <w:t>Коробочка</w:t>
            </w:r>
          </w:p>
        </w:tc>
        <w:tc>
          <w:tcPr>
            <w:tcW w:w="2160" w:type="dxa"/>
          </w:tcPr>
          <w:p w:rsidR="00C33FA0" w:rsidRDefault="009A5D8B">
            <w:r>
              <w:t>Кругле, світле</w:t>
            </w:r>
          </w:p>
        </w:tc>
        <w:tc>
          <w:tcPr>
            <w:tcW w:w="2160" w:type="dxa"/>
          </w:tcPr>
          <w:p w:rsidR="00C33FA0" w:rsidRDefault="009A5D8B">
            <w:r>
              <w:t>Обсипається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Пирій повзучий</w:t>
            </w:r>
          </w:p>
        </w:tc>
        <w:tc>
          <w:tcPr>
            <w:tcW w:w="2160" w:type="dxa"/>
          </w:tcPr>
          <w:p w:rsidR="00C33FA0" w:rsidRDefault="009A5D8B">
            <w:r>
              <w:t>Зернівка</w:t>
            </w:r>
          </w:p>
        </w:tc>
        <w:tc>
          <w:tcPr>
            <w:tcW w:w="2160" w:type="dxa"/>
          </w:tcPr>
          <w:p w:rsidR="00C33FA0" w:rsidRDefault="009A5D8B">
            <w:r>
              <w:t>Подовжена, світла</w:t>
            </w:r>
          </w:p>
        </w:tc>
        <w:tc>
          <w:tcPr>
            <w:tcW w:w="2160" w:type="dxa"/>
          </w:tcPr>
          <w:p w:rsidR="00C33FA0" w:rsidRDefault="009A5D8B">
            <w:r>
              <w:t>Кореневищами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Хвощ польовий</w:t>
            </w:r>
          </w:p>
        </w:tc>
        <w:tc>
          <w:tcPr>
            <w:tcW w:w="2160" w:type="dxa"/>
          </w:tcPr>
          <w:p w:rsidR="00C33FA0" w:rsidRDefault="009A5D8B">
            <w:r>
              <w:t>Спори</w:t>
            </w:r>
          </w:p>
        </w:tc>
        <w:tc>
          <w:tcPr>
            <w:tcW w:w="2160" w:type="dxa"/>
          </w:tcPr>
          <w:p w:rsidR="00C33FA0" w:rsidRDefault="009A5D8B">
            <w:r>
              <w:t>Дрібні, зелені</w:t>
            </w:r>
          </w:p>
        </w:tc>
        <w:tc>
          <w:tcPr>
            <w:tcW w:w="2160" w:type="dxa"/>
          </w:tcPr>
          <w:p w:rsidR="00C33FA0" w:rsidRDefault="009A5D8B">
            <w:r>
              <w:t>Спорами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Повитиця польова</w:t>
            </w:r>
          </w:p>
        </w:tc>
        <w:tc>
          <w:tcPr>
            <w:tcW w:w="2160" w:type="dxa"/>
          </w:tcPr>
          <w:p w:rsidR="00C33FA0" w:rsidRDefault="009A5D8B">
            <w:r>
              <w:t>Коробочка</w:t>
            </w:r>
          </w:p>
        </w:tc>
        <w:tc>
          <w:tcPr>
            <w:tcW w:w="2160" w:type="dxa"/>
          </w:tcPr>
          <w:p w:rsidR="00C33FA0" w:rsidRDefault="009A5D8B">
            <w:r>
              <w:t>Темне, дрібне</w:t>
            </w:r>
          </w:p>
        </w:tc>
        <w:tc>
          <w:tcPr>
            <w:tcW w:w="2160" w:type="dxa"/>
          </w:tcPr>
          <w:p w:rsidR="00C33FA0" w:rsidRDefault="009A5D8B">
            <w:r>
              <w:t>Насінням</w:t>
            </w:r>
          </w:p>
        </w:tc>
      </w:tr>
      <w:tr w:rsidR="00C33FA0">
        <w:tc>
          <w:tcPr>
            <w:tcW w:w="2160" w:type="dxa"/>
          </w:tcPr>
          <w:p w:rsidR="00C33FA0" w:rsidRDefault="009A5D8B">
            <w:r>
              <w:t>Вовчок соняшниковий</w:t>
            </w:r>
          </w:p>
        </w:tc>
        <w:tc>
          <w:tcPr>
            <w:tcW w:w="2160" w:type="dxa"/>
          </w:tcPr>
          <w:p w:rsidR="00C33FA0" w:rsidRDefault="009A5D8B">
            <w:r>
              <w:t>Коробочка</w:t>
            </w:r>
          </w:p>
        </w:tc>
        <w:tc>
          <w:tcPr>
            <w:tcW w:w="2160" w:type="dxa"/>
          </w:tcPr>
          <w:p w:rsidR="00C33FA0" w:rsidRDefault="009A5D8B">
            <w:r>
              <w:t>Дрібне, пилоподібне</w:t>
            </w:r>
          </w:p>
        </w:tc>
        <w:tc>
          <w:tcPr>
            <w:tcW w:w="2160" w:type="dxa"/>
          </w:tcPr>
          <w:p w:rsidR="00C33FA0" w:rsidRDefault="009A5D8B">
            <w:r>
              <w:t>Вітром, ґрунтом</w:t>
            </w:r>
          </w:p>
        </w:tc>
      </w:tr>
    </w:tbl>
    <w:p w:rsidR="00C33FA0" w:rsidRDefault="009A5D8B">
      <w:pPr>
        <w:pStyle w:val="21"/>
      </w:pPr>
      <w:r>
        <w:t>Висновок</w:t>
      </w:r>
    </w:p>
    <w:p w:rsidR="00C33FA0" w:rsidRDefault="009A5D8B">
      <w:r>
        <w:t>Після виконання практичної роботи студент ознайомився</w:t>
      </w:r>
      <w:r>
        <w:t xml:space="preserve"> з морфологічними особливостями насіння та плодів основних бур’янів, навчився визначати типи плодів, розпізнавати способи поширення насіння та оцінювати їх значення у засміченні посівів сільськогосподарських культур.</w:t>
      </w:r>
    </w:p>
    <w:p w:rsidR="00C33FA0" w:rsidRPr="009A5D8B" w:rsidRDefault="009A5D8B">
      <w:pPr>
        <w:rPr>
          <w:lang w:val="uk-UA"/>
        </w:rPr>
      </w:pPr>
      <w:r>
        <w:br/>
      </w:r>
      <w:proofErr w:type="spellStart"/>
      <w:r>
        <w:t>Студент</w:t>
      </w:r>
      <w:proofErr w:type="spellEnd"/>
      <w:r>
        <w:rPr>
          <w:lang w:val="uk-UA"/>
        </w:rPr>
        <w:t xml:space="preserve"> Пінчук Валерій Петрович</w:t>
      </w:r>
      <w:bookmarkStart w:id="0" w:name="_GoBack"/>
      <w:bookmarkEnd w:id="0"/>
    </w:p>
    <w:sectPr w:rsidR="00C33FA0" w:rsidRPr="009A5D8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5D8B"/>
    <w:rsid w:val="00AA1D8D"/>
    <w:rsid w:val="00B47730"/>
    <w:rsid w:val="00C33FA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978CCE"/>
  <w14:defaultImageDpi w14:val="300"/>
  <w15:docId w15:val="{29ADBE84-1AF0-46ED-AA9D-D8D3DE80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C2D3097-3EF5-4B4E-A9E1-33D4CBC71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1940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Andrii Pinchuk</cp:lastModifiedBy>
  <cp:revision>2</cp:revision>
  <dcterms:created xsi:type="dcterms:W3CDTF">2026-02-21T14:17:00Z</dcterms:created>
  <dcterms:modified xsi:type="dcterms:W3CDTF">2026-02-21T14:17:00Z</dcterms:modified>
  <cp:category/>
</cp:coreProperties>
</file>