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47E" w:rsidRPr="001B427C" w:rsidRDefault="00141DA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</w:t>
      </w:r>
      <w:r w:rsid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b/>
          <w:sz w:val="28"/>
          <w:szCs w:val="28"/>
          <w:lang w:val="ru-RU"/>
        </w:rPr>
        <w:t>Практичне</w:t>
      </w:r>
      <w:proofErr w:type="spellEnd"/>
      <w:r w:rsidR="00175E21"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 w:rsidR="00175E21"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5</w:t>
      </w:r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Тема: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Маркетингова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цінова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політика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агробізнесі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r w:rsidR="00175E21" w:rsidRPr="001B427C">
        <w:rPr>
          <w:rFonts w:ascii="Times New Roman" w:hAnsi="Times New Roman" w:cs="Times New Roman"/>
          <w:b/>
          <w:sz w:val="28"/>
          <w:szCs w:val="28"/>
          <w:lang w:val="ru-RU"/>
        </w:rPr>
        <w:t>Мета:</w:t>
      </w:r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поглибити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розрахунку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цін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урахуванням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ринкових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факторів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навчити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обґрунтовувати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цінові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ішення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умовах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невизначеності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сформувати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застосовувати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комбіновані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методи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ціноутворення</w:t>
      </w:r>
      <w:proofErr w:type="spellEnd"/>
      <w:r w:rsidR="00175E21" w:rsidRPr="001B427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7247E" w:rsidRPr="001B427C" w:rsidRDefault="00175E21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Багатофакторний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аналіз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ціни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Умова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Фермерське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господарство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вирощує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кукурудзу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Дані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собівартість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— 4200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грн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/т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транспортні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— 300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грн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/т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зберігання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— 200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грн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/т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бажана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рентабельність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— 30%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середня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ринкова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— 6200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грн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/т</w:t>
      </w:r>
    </w:p>
    <w:p w:rsidR="00DF7AAE" w:rsidRPr="00DF7AAE" w:rsidRDefault="00175E21" w:rsidP="00DF7AAE">
      <w:pPr>
        <w:pStyle w:val="aff8"/>
        <w:rPr>
          <w:i/>
          <w:sz w:val="28"/>
          <w:szCs w:val="28"/>
        </w:rPr>
      </w:pPr>
      <w:proofErr w:type="spellStart"/>
      <w:r w:rsidRPr="001B427C">
        <w:rPr>
          <w:b/>
          <w:sz w:val="28"/>
          <w:szCs w:val="28"/>
        </w:rPr>
        <w:t>Завдання</w:t>
      </w:r>
      <w:proofErr w:type="spellEnd"/>
      <w:r w:rsidRPr="001B427C">
        <w:rPr>
          <w:b/>
          <w:sz w:val="28"/>
          <w:szCs w:val="28"/>
        </w:rPr>
        <w:t>:</w:t>
      </w:r>
      <w:r w:rsidRPr="001B427C">
        <w:rPr>
          <w:sz w:val="28"/>
          <w:szCs w:val="28"/>
        </w:rPr>
        <w:br/>
        <w:t xml:space="preserve">1. </w:t>
      </w:r>
      <w:proofErr w:type="spellStart"/>
      <w:r w:rsidRPr="001B427C">
        <w:rPr>
          <w:sz w:val="28"/>
          <w:szCs w:val="28"/>
        </w:rPr>
        <w:t>Розрахуйте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мінімально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допустиму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ціну</w:t>
      </w:r>
      <w:proofErr w:type="spellEnd"/>
      <w:r w:rsidRPr="001B427C">
        <w:rPr>
          <w:sz w:val="28"/>
          <w:szCs w:val="28"/>
        </w:rPr>
        <w:t>.</w:t>
      </w:r>
      <w:r w:rsidR="00DF7AAE" w:rsidRPr="001B427C">
        <w:rPr>
          <w:sz w:val="28"/>
          <w:szCs w:val="28"/>
        </w:rPr>
        <w:br/>
      </w:r>
      <w:proofErr w:type="spellStart"/>
      <w:r w:rsidR="00DF7AAE" w:rsidRPr="001B427C">
        <w:rPr>
          <w:i/>
          <w:sz w:val="28"/>
          <w:szCs w:val="28"/>
        </w:rPr>
        <w:t>Мінімально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gramStart"/>
      <w:r w:rsidR="00DF7AAE" w:rsidRPr="001B427C">
        <w:rPr>
          <w:i/>
          <w:sz w:val="28"/>
          <w:szCs w:val="28"/>
        </w:rPr>
        <w:t xml:space="preserve">допустима </w:t>
      </w:r>
      <w:proofErr w:type="spellStart"/>
      <w:r w:rsidR="00DF7AAE" w:rsidRPr="001B427C">
        <w:rPr>
          <w:i/>
          <w:sz w:val="28"/>
          <w:szCs w:val="28"/>
        </w:rPr>
        <w:t>ціна</w:t>
      </w:r>
      <w:proofErr w:type="spellEnd"/>
      <w:r w:rsidR="00DF7AAE" w:rsidRPr="001B427C">
        <w:rPr>
          <w:i/>
          <w:sz w:val="28"/>
          <w:szCs w:val="28"/>
        </w:rPr>
        <w:t xml:space="preserve"> = </w:t>
      </w:r>
      <w:proofErr w:type="spellStart"/>
      <w:r w:rsidR="00DF7AAE" w:rsidRPr="001B427C">
        <w:rPr>
          <w:i/>
          <w:sz w:val="28"/>
          <w:szCs w:val="28"/>
        </w:rPr>
        <w:t>собівартість</w:t>
      </w:r>
      <w:proofErr w:type="spellEnd"/>
      <w:r w:rsidR="00DF7AAE" w:rsidRPr="001B427C">
        <w:rPr>
          <w:i/>
          <w:sz w:val="28"/>
          <w:szCs w:val="28"/>
        </w:rPr>
        <w:t xml:space="preserve"> + </w:t>
      </w:r>
      <w:proofErr w:type="spellStart"/>
      <w:r w:rsidR="00DF7AAE" w:rsidRPr="001B427C">
        <w:rPr>
          <w:i/>
          <w:sz w:val="28"/>
          <w:szCs w:val="28"/>
        </w:rPr>
        <w:t>транспортні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витрати</w:t>
      </w:r>
      <w:proofErr w:type="spellEnd"/>
      <w:r w:rsidR="00DF7AAE" w:rsidRPr="001B427C">
        <w:rPr>
          <w:i/>
          <w:sz w:val="28"/>
          <w:szCs w:val="28"/>
        </w:rPr>
        <w:t xml:space="preserve"> + </w:t>
      </w:r>
      <w:proofErr w:type="spellStart"/>
      <w:r w:rsidR="00DF7AAE" w:rsidRPr="001B427C">
        <w:rPr>
          <w:i/>
          <w:sz w:val="28"/>
          <w:szCs w:val="28"/>
        </w:rPr>
        <w:t>зберігання</w:t>
      </w:r>
      <w:proofErr w:type="spellEnd"/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1B427C">
        <w:rPr>
          <w:rStyle w:val="af6"/>
          <w:i/>
          <w:sz w:val="28"/>
          <w:szCs w:val="28"/>
        </w:rPr>
        <w:t>Мінімально</w:t>
      </w:r>
      <w:proofErr w:type="spellEnd"/>
      <w:r w:rsidR="00DF7AAE" w:rsidRPr="001B427C">
        <w:rPr>
          <w:rStyle w:val="af6"/>
          <w:i/>
          <w:sz w:val="28"/>
          <w:szCs w:val="28"/>
        </w:rPr>
        <w:t xml:space="preserve"> допустима</w:t>
      </w:r>
      <w:proofErr w:type="gramEnd"/>
      <w:r w:rsidR="00DF7AAE" w:rsidRPr="001B427C">
        <w:rPr>
          <w:rStyle w:val="af6"/>
          <w:i/>
          <w:sz w:val="28"/>
          <w:szCs w:val="28"/>
        </w:rPr>
        <w:t xml:space="preserve"> </w:t>
      </w:r>
      <w:proofErr w:type="spellStart"/>
      <w:r w:rsidR="00DF7AAE" w:rsidRPr="001B427C">
        <w:rPr>
          <w:rStyle w:val="af6"/>
          <w:i/>
          <w:sz w:val="28"/>
          <w:szCs w:val="28"/>
        </w:rPr>
        <w:t>ціна</w:t>
      </w:r>
      <w:proofErr w:type="spellEnd"/>
      <w:r w:rsidR="00DF7AAE" w:rsidRPr="001B427C">
        <w:rPr>
          <w:rStyle w:val="af6"/>
          <w:i/>
          <w:sz w:val="28"/>
          <w:szCs w:val="28"/>
        </w:rPr>
        <w:t xml:space="preserve"> = 4200 + 300 + 200 = 4700 </w:t>
      </w:r>
      <w:proofErr w:type="spellStart"/>
      <w:r w:rsidR="00DF7AAE" w:rsidRPr="001B427C">
        <w:rPr>
          <w:rStyle w:val="af6"/>
          <w:i/>
          <w:sz w:val="28"/>
          <w:szCs w:val="28"/>
        </w:rPr>
        <w:t>грн</w:t>
      </w:r>
      <w:proofErr w:type="spellEnd"/>
      <w:r w:rsidR="00DF7AAE" w:rsidRPr="001B427C">
        <w:rPr>
          <w:rStyle w:val="af6"/>
          <w:i/>
          <w:sz w:val="28"/>
          <w:szCs w:val="28"/>
        </w:rPr>
        <w:t>/т</w:t>
      </w:r>
      <w:r w:rsidRPr="001B427C">
        <w:rPr>
          <w:sz w:val="28"/>
          <w:szCs w:val="28"/>
        </w:rPr>
        <w:br/>
        <w:t xml:space="preserve">2. </w:t>
      </w:r>
      <w:proofErr w:type="spellStart"/>
      <w:r w:rsidRPr="001B427C">
        <w:rPr>
          <w:sz w:val="28"/>
          <w:szCs w:val="28"/>
        </w:rPr>
        <w:t>Визначте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оптимальну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ціну</w:t>
      </w:r>
      <w:proofErr w:type="spellEnd"/>
      <w:r w:rsidRPr="001B427C">
        <w:rPr>
          <w:sz w:val="28"/>
          <w:szCs w:val="28"/>
        </w:rPr>
        <w:t xml:space="preserve"> з </w:t>
      </w:r>
      <w:proofErr w:type="spellStart"/>
      <w:r w:rsidRPr="001B427C">
        <w:rPr>
          <w:sz w:val="28"/>
          <w:szCs w:val="28"/>
        </w:rPr>
        <w:t>урахуванням</w:t>
      </w:r>
      <w:proofErr w:type="spellEnd"/>
      <w:r w:rsidRPr="001B427C">
        <w:rPr>
          <w:sz w:val="28"/>
          <w:szCs w:val="28"/>
        </w:rPr>
        <w:t xml:space="preserve"> ринку.</w:t>
      </w:r>
      <w:r w:rsidR="00DF7AAE" w:rsidRPr="001B427C">
        <w:rPr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</w:rPr>
        <w:t xml:space="preserve">Бажана </w:t>
      </w:r>
      <w:proofErr w:type="spellStart"/>
      <w:r w:rsidR="00DF7AAE" w:rsidRPr="001B427C">
        <w:rPr>
          <w:i/>
          <w:sz w:val="28"/>
          <w:szCs w:val="28"/>
        </w:rPr>
        <w:t>ціна</w:t>
      </w:r>
      <w:proofErr w:type="spellEnd"/>
      <w:r w:rsidR="00DF7AAE" w:rsidRPr="001B427C">
        <w:rPr>
          <w:i/>
          <w:sz w:val="28"/>
          <w:szCs w:val="28"/>
        </w:rPr>
        <w:t xml:space="preserve"> з </w:t>
      </w:r>
      <w:proofErr w:type="spellStart"/>
      <w:r w:rsidR="00DF7AAE" w:rsidRPr="001B427C">
        <w:rPr>
          <w:i/>
          <w:sz w:val="28"/>
          <w:szCs w:val="28"/>
        </w:rPr>
        <w:t>урахуванням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рентабельності</w:t>
      </w:r>
      <w:proofErr w:type="spellEnd"/>
      <w:r w:rsidR="00DF7AAE" w:rsidRPr="001B427C">
        <w:rPr>
          <w:i/>
          <w:sz w:val="28"/>
          <w:szCs w:val="28"/>
        </w:rPr>
        <w:t xml:space="preserve"> 30%: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1B427C">
        <w:rPr>
          <w:b/>
          <w:bCs/>
          <w:i/>
          <w:sz w:val="28"/>
          <w:szCs w:val="28"/>
        </w:rPr>
        <w:t xml:space="preserve">4700 × 1,3 = 6110 </w:t>
      </w:r>
      <w:proofErr w:type="spellStart"/>
      <w:r w:rsidR="00DF7AAE" w:rsidRPr="001B427C">
        <w:rPr>
          <w:b/>
          <w:bCs/>
          <w:i/>
          <w:sz w:val="28"/>
          <w:szCs w:val="28"/>
        </w:rPr>
        <w:t>грн</w:t>
      </w:r>
      <w:proofErr w:type="spellEnd"/>
      <w:r w:rsidR="00DF7AAE" w:rsidRPr="001B427C">
        <w:rPr>
          <w:b/>
          <w:bCs/>
          <w:i/>
          <w:sz w:val="28"/>
          <w:szCs w:val="28"/>
        </w:rPr>
        <w:t>/т</w:t>
      </w:r>
      <w:r w:rsidR="00DF7AAE" w:rsidRPr="001B427C">
        <w:rPr>
          <w:b/>
          <w:bCs/>
          <w:i/>
          <w:sz w:val="28"/>
          <w:szCs w:val="28"/>
          <w:lang w:val="uk-UA"/>
        </w:rPr>
        <w:br/>
      </w:r>
      <w:proofErr w:type="spellStart"/>
      <w:r w:rsidR="00DF7AAE" w:rsidRPr="00DF7AAE">
        <w:rPr>
          <w:i/>
          <w:sz w:val="28"/>
          <w:szCs w:val="28"/>
        </w:rPr>
        <w:t>Середня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ринкова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ці</w:t>
      </w:r>
      <w:proofErr w:type="gramStart"/>
      <w:r w:rsidR="00DF7AAE" w:rsidRPr="00DF7AAE">
        <w:rPr>
          <w:i/>
          <w:sz w:val="28"/>
          <w:szCs w:val="28"/>
        </w:rPr>
        <w:t>на</w:t>
      </w:r>
      <w:proofErr w:type="spellEnd"/>
      <w:proofErr w:type="gramEnd"/>
      <w:r w:rsidR="00DF7AAE" w:rsidRPr="00DF7AAE">
        <w:rPr>
          <w:i/>
          <w:sz w:val="28"/>
          <w:szCs w:val="28"/>
        </w:rPr>
        <w:t xml:space="preserve"> становить </w:t>
      </w:r>
      <w:r w:rsidR="00DF7AAE" w:rsidRPr="001B427C">
        <w:rPr>
          <w:b/>
          <w:bCs/>
          <w:i/>
          <w:sz w:val="28"/>
          <w:szCs w:val="28"/>
        </w:rPr>
        <w:t xml:space="preserve">6200 </w:t>
      </w:r>
      <w:proofErr w:type="spellStart"/>
      <w:r w:rsidR="00DF7AAE" w:rsidRPr="001B427C">
        <w:rPr>
          <w:b/>
          <w:bCs/>
          <w:i/>
          <w:sz w:val="28"/>
          <w:szCs w:val="28"/>
        </w:rPr>
        <w:t>грн</w:t>
      </w:r>
      <w:proofErr w:type="spellEnd"/>
      <w:r w:rsidR="00DF7AAE" w:rsidRPr="001B427C">
        <w:rPr>
          <w:b/>
          <w:bCs/>
          <w:i/>
          <w:sz w:val="28"/>
          <w:szCs w:val="28"/>
        </w:rPr>
        <w:t>/т</w:t>
      </w:r>
      <w:r w:rsidR="00DF7AAE" w:rsidRPr="00DF7AAE">
        <w:rPr>
          <w:i/>
          <w:sz w:val="28"/>
          <w:szCs w:val="28"/>
        </w:rPr>
        <w:t xml:space="preserve">, </w:t>
      </w:r>
      <w:proofErr w:type="spellStart"/>
      <w:r w:rsidR="00DF7AAE" w:rsidRPr="00DF7AAE">
        <w:rPr>
          <w:i/>
          <w:sz w:val="28"/>
          <w:szCs w:val="28"/>
        </w:rPr>
        <w:t>тобто</w:t>
      </w:r>
      <w:proofErr w:type="spellEnd"/>
      <w:r w:rsidR="00DF7AAE" w:rsidRPr="00DF7AAE">
        <w:rPr>
          <w:i/>
          <w:sz w:val="28"/>
          <w:szCs w:val="28"/>
        </w:rPr>
        <w:t xml:space="preserve"> вона </w:t>
      </w:r>
      <w:proofErr w:type="spellStart"/>
      <w:r w:rsidR="00DF7AAE" w:rsidRPr="00DF7AAE">
        <w:rPr>
          <w:i/>
          <w:sz w:val="28"/>
          <w:szCs w:val="28"/>
        </w:rPr>
        <w:t>вища</w:t>
      </w:r>
      <w:proofErr w:type="spellEnd"/>
      <w:r w:rsidR="00DF7AAE" w:rsidRPr="00DF7AAE">
        <w:rPr>
          <w:i/>
          <w:sz w:val="28"/>
          <w:szCs w:val="28"/>
        </w:rPr>
        <w:t xml:space="preserve"> за </w:t>
      </w:r>
      <w:proofErr w:type="spellStart"/>
      <w:r w:rsidR="00DF7AAE" w:rsidRPr="00DF7AAE">
        <w:rPr>
          <w:i/>
          <w:sz w:val="28"/>
          <w:szCs w:val="28"/>
        </w:rPr>
        <w:t>розраховану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ціну</w:t>
      </w:r>
      <w:proofErr w:type="spellEnd"/>
      <w:r w:rsidR="00DF7AAE" w:rsidRPr="00DF7AAE">
        <w:rPr>
          <w:i/>
          <w:sz w:val="28"/>
          <w:szCs w:val="28"/>
        </w:rPr>
        <w:t>.</w:t>
      </w:r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DF7AAE">
        <w:rPr>
          <w:i/>
          <w:sz w:val="28"/>
          <w:szCs w:val="28"/>
        </w:rPr>
        <w:t>Отже</w:t>
      </w:r>
      <w:proofErr w:type="spellEnd"/>
      <w:r w:rsidR="00DF7AAE" w:rsidRPr="00DF7AAE">
        <w:rPr>
          <w:i/>
          <w:sz w:val="28"/>
          <w:szCs w:val="28"/>
        </w:rPr>
        <w:t xml:space="preserve">, </w:t>
      </w:r>
      <w:proofErr w:type="gramStart"/>
      <w:r w:rsidR="00DF7AAE" w:rsidRPr="001B427C">
        <w:rPr>
          <w:b/>
          <w:bCs/>
          <w:i/>
          <w:sz w:val="28"/>
          <w:szCs w:val="28"/>
        </w:rPr>
        <w:t xml:space="preserve">оптимальна </w:t>
      </w:r>
      <w:proofErr w:type="spellStart"/>
      <w:r w:rsidR="00DF7AAE" w:rsidRPr="001B427C">
        <w:rPr>
          <w:b/>
          <w:bCs/>
          <w:i/>
          <w:sz w:val="28"/>
          <w:szCs w:val="28"/>
        </w:rPr>
        <w:t>ціна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</w:t>
      </w:r>
      <w:proofErr w:type="spellStart"/>
      <w:r w:rsidR="00DF7AAE" w:rsidRPr="001B427C">
        <w:rPr>
          <w:b/>
          <w:bCs/>
          <w:i/>
          <w:sz w:val="28"/>
          <w:szCs w:val="28"/>
        </w:rPr>
        <w:t>може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бути</w:t>
      </w:r>
      <w:proofErr w:type="gramEnd"/>
      <w:r w:rsidR="00DF7AAE" w:rsidRPr="001B427C">
        <w:rPr>
          <w:b/>
          <w:bCs/>
          <w:i/>
          <w:sz w:val="28"/>
          <w:szCs w:val="28"/>
        </w:rPr>
        <w:t xml:space="preserve"> 6200 </w:t>
      </w:r>
      <w:proofErr w:type="spellStart"/>
      <w:r w:rsidR="00DF7AAE" w:rsidRPr="001B427C">
        <w:rPr>
          <w:b/>
          <w:bCs/>
          <w:i/>
          <w:sz w:val="28"/>
          <w:szCs w:val="28"/>
        </w:rPr>
        <w:t>грн</w:t>
      </w:r>
      <w:proofErr w:type="spellEnd"/>
      <w:r w:rsidR="00DF7AAE" w:rsidRPr="001B427C">
        <w:rPr>
          <w:b/>
          <w:bCs/>
          <w:i/>
          <w:sz w:val="28"/>
          <w:szCs w:val="28"/>
        </w:rPr>
        <w:t>/т</w:t>
      </w:r>
      <w:r w:rsidR="00DF7AAE" w:rsidRPr="00DF7AAE">
        <w:rPr>
          <w:i/>
          <w:sz w:val="28"/>
          <w:szCs w:val="28"/>
        </w:rPr>
        <w:t xml:space="preserve">, </w:t>
      </w:r>
      <w:proofErr w:type="spellStart"/>
      <w:r w:rsidR="00DF7AAE" w:rsidRPr="00DF7AAE">
        <w:rPr>
          <w:i/>
          <w:sz w:val="28"/>
          <w:szCs w:val="28"/>
        </w:rPr>
        <w:t>оскільки</w:t>
      </w:r>
      <w:proofErr w:type="spellEnd"/>
      <w:r w:rsidR="00DF7AAE" w:rsidRPr="00DF7AAE">
        <w:rPr>
          <w:i/>
          <w:sz w:val="28"/>
          <w:szCs w:val="28"/>
        </w:rPr>
        <w:t xml:space="preserve"> вона:</w:t>
      </w:r>
    </w:p>
    <w:p w:rsidR="00DF7AAE" w:rsidRPr="00DF7AAE" w:rsidRDefault="00DF7AAE" w:rsidP="00DF7AA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відповідає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ринку; </w:t>
      </w:r>
    </w:p>
    <w:p w:rsidR="00DF7AAE" w:rsidRPr="00DF7AAE" w:rsidRDefault="00DF7AAE" w:rsidP="00DF7AA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забезпечує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покриття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всіх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витрат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; </w:t>
      </w:r>
    </w:p>
    <w:p w:rsidR="00DF7AAE" w:rsidRPr="00DF7AAE" w:rsidRDefault="00DF7AAE" w:rsidP="00DF7AA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дає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прибуток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вищий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за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запланований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DF7AAE" w:rsidRPr="001B427C" w:rsidRDefault="00175E21" w:rsidP="00DF7AAE">
      <w:pPr>
        <w:pStyle w:val="aff8"/>
        <w:rPr>
          <w:i/>
          <w:sz w:val="28"/>
          <w:szCs w:val="28"/>
        </w:rPr>
      </w:pPr>
      <w:r w:rsidRPr="001B427C">
        <w:rPr>
          <w:sz w:val="28"/>
          <w:szCs w:val="28"/>
        </w:rPr>
        <w:br/>
        <w:t xml:space="preserve">3. </w:t>
      </w:r>
      <w:proofErr w:type="spellStart"/>
      <w:r w:rsidRPr="001B427C">
        <w:rPr>
          <w:sz w:val="28"/>
          <w:szCs w:val="28"/>
        </w:rPr>
        <w:t>Чи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proofErr w:type="gramStart"/>
      <w:r w:rsidRPr="001B427C">
        <w:rPr>
          <w:sz w:val="28"/>
          <w:szCs w:val="28"/>
        </w:rPr>
        <w:t>доц</w:t>
      </w:r>
      <w:proofErr w:type="gramEnd"/>
      <w:r w:rsidRPr="001B427C">
        <w:rPr>
          <w:sz w:val="28"/>
          <w:szCs w:val="28"/>
        </w:rPr>
        <w:t>ільно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виходити</w:t>
      </w:r>
      <w:proofErr w:type="spellEnd"/>
      <w:r w:rsidRPr="001B427C">
        <w:rPr>
          <w:sz w:val="28"/>
          <w:szCs w:val="28"/>
        </w:rPr>
        <w:t xml:space="preserve"> на </w:t>
      </w:r>
      <w:proofErr w:type="spellStart"/>
      <w:r w:rsidRPr="001B427C">
        <w:rPr>
          <w:sz w:val="28"/>
          <w:szCs w:val="28"/>
        </w:rPr>
        <w:t>ринок</w:t>
      </w:r>
      <w:proofErr w:type="spellEnd"/>
      <w:r w:rsidRPr="001B427C">
        <w:rPr>
          <w:sz w:val="28"/>
          <w:szCs w:val="28"/>
        </w:rPr>
        <w:t xml:space="preserve"> при таких </w:t>
      </w:r>
      <w:proofErr w:type="spellStart"/>
      <w:r w:rsidRPr="001B427C">
        <w:rPr>
          <w:sz w:val="28"/>
          <w:szCs w:val="28"/>
        </w:rPr>
        <w:t>умовах</w:t>
      </w:r>
      <w:proofErr w:type="spellEnd"/>
      <w:r w:rsidRPr="001B427C">
        <w:rPr>
          <w:sz w:val="28"/>
          <w:szCs w:val="28"/>
        </w:rPr>
        <w:t xml:space="preserve">? </w:t>
      </w:r>
      <w:proofErr w:type="spellStart"/>
      <w:r w:rsidRPr="001B427C">
        <w:rPr>
          <w:sz w:val="28"/>
          <w:szCs w:val="28"/>
        </w:rPr>
        <w:t>Обґрунтуйте</w:t>
      </w:r>
      <w:proofErr w:type="spellEnd"/>
      <w:r w:rsidRPr="001B427C">
        <w:rPr>
          <w:sz w:val="28"/>
          <w:szCs w:val="28"/>
        </w:rPr>
        <w:t>.</w:t>
      </w:r>
      <w:r w:rsidR="00DF7AAE" w:rsidRPr="001B427C">
        <w:rPr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</w:rPr>
        <w:t xml:space="preserve">Так, </w:t>
      </w:r>
      <w:proofErr w:type="spellStart"/>
      <w:r w:rsidR="00DF7AAE" w:rsidRPr="001B427C">
        <w:rPr>
          <w:b/>
          <w:bCs/>
          <w:i/>
          <w:sz w:val="28"/>
          <w:szCs w:val="28"/>
        </w:rPr>
        <w:t>виходити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на </w:t>
      </w:r>
      <w:proofErr w:type="spellStart"/>
      <w:r w:rsidR="00DF7AAE" w:rsidRPr="001B427C">
        <w:rPr>
          <w:b/>
          <w:bCs/>
          <w:i/>
          <w:sz w:val="28"/>
          <w:szCs w:val="28"/>
        </w:rPr>
        <w:t>ринок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="00DF7AAE" w:rsidRPr="001B427C">
        <w:rPr>
          <w:b/>
          <w:bCs/>
          <w:i/>
          <w:sz w:val="28"/>
          <w:szCs w:val="28"/>
        </w:rPr>
        <w:t>доц</w:t>
      </w:r>
      <w:proofErr w:type="gramEnd"/>
      <w:r w:rsidR="00DF7AAE" w:rsidRPr="001B427C">
        <w:rPr>
          <w:b/>
          <w:bCs/>
          <w:i/>
          <w:sz w:val="28"/>
          <w:szCs w:val="28"/>
        </w:rPr>
        <w:t>ільно</w:t>
      </w:r>
      <w:proofErr w:type="spellEnd"/>
      <w:r w:rsidR="00DF7AAE" w:rsidRPr="001B427C">
        <w:rPr>
          <w:i/>
          <w:sz w:val="28"/>
          <w:szCs w:val="28"/>
        </w:rPr>
        <w:t xml:space="preserve">, тому </w:t>
      </w:r>
      <w:proofErr w:type="spellStart"/>
      <w:r w:rsidR="00DF7AAE" w:rsidRPr="001B427C">
        <w:rPr>
          <w:i/>
          <w:sz w:val="28"/>
          <w:szCs w:val="28"/>
        </w:rPr>
        <w:t>що</w:t>
      </w:r>
      <w:proofErr w:type="spellEnd"/>
      <w:r w:rsidR="00DF7AAE" w:rsidRPr="001B427C">
        <w:rPr>
          <w:i/>
          <w:sz w:val="28"/>
          <w:szCs w:val="28"/>
        </w:rPr>
        <w:t>:</w:t>
      </w:r>
    </w:p>
    <w:p w:rsidR="00DF7AAE" w:rsidRPr="00DF7AAE" w:rsidRDefault="00DF7AAE" w:rsidP="00DF7AA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proofErr w:type="gram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м</w:t>
      </w:r>
      <w:proofErr w:type="gram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інімальна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допустима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ціна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= </w:t>
      </w:r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4700 </w:t>
      </w:r>
      <w:proofErr w:type="spellStart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грн</w:t>
      </w:r>
      <w:proofErr w:type="spellEnd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/т</w:t>
      </w:r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; </w:t>
      </w:r>
    </w:p>
    <w:p w:rsidR="00DF7AAE" w:rsidRPr="00DF7AAE" w:rsidRDefault="00DF7AAE" w:rsidP="00DF7AA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lastRenderedPageBreak/>
        <w:t>ринкова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ціна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= </w:t>
      </w:r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6200 </w:t>
      </w:r>
      <w:proofErr w:type="spellStart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грн</w:t>
      </w:r>
      <w:proofErr w:type="spellEnd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/т</w:t>
      </w:r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; </w:t>
      </w:r>
    </w:p>
    <w:p w:rsidR="00DF7AAE" w:rsidRPr="00DF7AAE" w:rsidRDefault="00DF7AAE" w:rsidP="00DF7AA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proofErr w:type="gram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</w:t>
      </w:r>
      <w:proofErr w:type="gram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ізниця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становить </w:t>
      </w:r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1500 </w:t>
      </w:r>
      <w:proofErr w:type="spellStart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грн</w:t>
      </w:r>
      <w:proofErr w:type="spellEnd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/т</w:t>
      </w:r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прибутку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понад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витрати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. </w:t>
      </w:r>
    </w:p>
    <w:p w:rsidR="00B7247E" w:rsidRPr="001B427C" w:rsidRDefault="00DF7AAE" w:rsidP="00DF7A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Висновок</w:t>
      </w:r>
      <w:proofErr w:type="spellEnd"/>
      <w:r w:rsidRPr="001B427C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господарству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вигідно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реалізовувати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продукцію</w:t>
      </w:r>
      <w:proofErr w:type="spell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gramStart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</w:t>
      </w:r>
      <w:proofErr w:type="gramEnd"/>
      <w:r w:rsidRPr="00DF7AA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таких умов.</w:t>
      </w:r>
    </w:p>
    <w:p w:rsidR="00B7247E" w:rsidRPr="001B427C" w:rsidRDefault="00175E21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2. </w:t>
      </w:r>
      <w:proofErr w:type="spellStart"/>
      <w:proofErr w:type="gram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Ц</w:t>
      </w:r>
      <w:proofErr w:type="gram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іноутворення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урахуванням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еластичності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попиту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Умова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Відомо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коефіцієнт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еластичності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попиту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овочі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= -1,5.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При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зниженні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ціни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на 10%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обсяг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продажу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збільшився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з 10 т до 13 т.</w:t>
      </w:r>
    </w:p>
    <w:p w:rsidR="00B7247E" w:rsidRPr="001B427C" w:rsidRDefault="00175E21" w:rsidP="00DF7AAE">
      <w:pPr>
        <w:pStyle w:val="aff8"/>
        <w:rPr>
          <w:sz w:val="28"/>
          <w:szCs w:val="28"/>
          <w:lang w:val="uk-UA"/>
        </w:rPr>
      </w:pPr>
      <w:proofErr w:type="spellStart"/>
      <w:r w:rsidRPr="001B427C">
        <w:rPr>
          <w:b/>
          <w:sz w:val="28"/>
          <w:szCs w:val="28"/>
        </w:rPr>
        <w:t>Завдання</w:t>
      </w:r>
      <w:proofErr w:type="spellEnd"/>
      <w:r w:rsidRPr="001B427C">
        <w:rPr>
          <w:b/>
          <w:sz w:val="28"/>
          <w:szCs w:val="28"/>
        </w:rPr>
        <w:t>:</w:t>
      </w:r>
      <w:r w:rsidRPr="001B427C">
        <w:rPr>
          <w:sz w:val="28"/>
          <w:szCs w:val="28"/>
        </w:rPr>
        <w:br/>
        <w:t xml:space="preserve">1. </w:t>
      </w:r>
      <w:proofErr w:type="spellStart"/>
      <w:r w:rsidRPr="001B427C">
        <w:rPr>
          <w:sz w:val="28"/>
          <w:szCs w:val="28"/>
        </w:rPr>
        <w:t>Перевірте</w:t>
      </w:r>
      <w:proofErr w:type="spellEnd"/>
      <w:r w:rsidRPr="001B427C">
        <w:rPr>
          <w:sz w:val="28"/>
          <w:szCs w:val="28"/>
        </w:rPr>
        <w:t xml:space="preserve">, </w:t>
      </w:r>
      <w:proofErr w:type="spellStart"/>
      <w:r w:rsidRPr="001B427C">
        <w:rPr>
          <w:sz w:val="28"/>
          <w:szCs w:val="28"/>
        </w:rPr>
        <w:t>чи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відповідають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proofErr w:type="gramStart"/>
      <w:r w:rsidRPr="001B427C">
        <w:rPr>
          <w:sz w:val="28"/>
          <w:szCs w:val="28"/>
        </w:rPr>
        <w:t>дан</w:t>
      </w:r>
      <w:proofErr w:type="gramEnd"/>
      <w:r w:rsidRPr="001B427C">
        <w:rPr>
          <w:sz w:val="28"/>
          <w:szCs w:val="28"/>
        </w:rPr>
        <w:t>і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коефіцієнту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еластичності</w:t>
      </w:r>
      <w:proofErr w:type="spellEnd"/>
      <w:r w:rsidRPr="001B427C">
        <w:rPr>
          <w:sz w:val="28"/>
          <w:szCs w:val="28"/>
        </w:rPr>
        <w:t>.</w:t>
      </w:r>
      <w:r w:rsidR="00DF7AAE" w:rsidRPr="001B427C">
        <w:rPr>
          <w:sz w:val="28"/>
          <w:szCs w:val="28"/>
        </w:rPr>
        <w:br/>
      </w:r>
      <w:proofErr w:type="spellStart"/>
      <w:r w:rsidR="00DF7AAE" w:rsidRPr="001B427C">
        <w:rPr>
          <w:i/>
          <w:sz w:val="28"/>
          <w:szCs w:val="28"/>
        </w:rPr>
        <w:t>Зміна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обсягу</w:t>
      </w:r>
      <w:proofErr w:type="spellEnd"/>
      <w:r w:rsidR="00DF7AAE" w:rsidRPr="001B427C">
        <w:rPr>
          <w:i/>
          <w:sz w:val="28"/>
          <w:szCs w:val="28"/>
        </w:rPr>
        <w:t xml:space="preserve"> продажу:</w:t>
      </w:r>
      <w:r w:rsidR="00DF7AAE" w:rsidRPr="001B427C">
        <w:rPr>
          <w:i/>
          <w:sz w:val="28"/>
          <w:szCs w:val="28"/>
          <w:lang w:val="uk-UA"/>
        </w:rPr>
        <w:br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 xml:space="preserve">13-10 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  <w:r w:rsidR="00DF7AAE" w:rsidRPr="001B427C">
        <w:rPr>
          <w:i/>
          <w:sz w:val="28"/>
          <w:szCs w:val="28"/>
        </w:rPr>
        <w:t>×100%</w:t>
      </w:r>
      <w:r w:rsidR="00DF7AAE" w:rsidRPr="001B427C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</w:rPr>
        <w:t>=</w:t>
      </w:r>
      <w:r w:rsidR="00DF7AAE" w:rsidRPr="001B427C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</w:rPr>
        <w:t>30%</w:t>
      </w:r>
      <w:r w:rsidR="00DF7AAE" w:rsidRPr="001B427C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DF7AAE">
        <w:rPr>
          <w:i/>
          <w:sz w:val="28"/>
          <w:szCs w:val="28"/>
        </w:rPr>
        <w:t>Еластичність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попиту</w:t>
      </w:r>
      <w:proofErr w:type="spellEnd"/>
      <w:r w:rsidR="00DF7AAE" w:rsidRPr="00DF7AAE">
        <w:rPr>
          <w:i/>
          <w:sz w:val="28"/>
          <w:szCs w:val="28"/>
        </w:rPr>
        <w:t>: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</w:rPr>
        <w:t>E=</w:t>
      </w:r>
      <w:r w:rsidR="00DF7AAE" w:rsidRPr="001B427C">
        <w:rPr>
          <w:i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30 %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-10%</m:t>
            </m:r>
          </m:den>
        </m:f>
      </m:oMath>
      <w:r w:rsidR="00DF7AAE" w:rsidRPr="001B427C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</w:rPr>
        <w:t>​=</w:t>
      </w:r>
      <w:r w:rsidR="00DF7AAE" w:rsidRPr="001B427C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</w:rPr>
        <w:t>−</w:t>
      </w:r>
      <w:r w:rsidR="00DF7AAE" w:rsidRPr="001B427C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</w:rPr>
        <w:t>3</w:t>
      </w:r>
      <w:r w:rsidR="00DF7AAE" w:rsidRPr="00DF7AAE">
        <w:rPr>
          <w:i/>
          <w:sz w:val="28"/>
          <w:szCs w:val="28"/>
        </w:rPr>
        <w:t xml:space="preserve"> </w:t>
      </w:r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1B427C">
        <w:rPr>
          <w:b/>
          <w:bCs/>
          <w:i/>
          <w:sz w:val="28"/>
          <w:szCs w:val="28"/>
        </w:rPr>
        <w:t>Отриманий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</w:t>
      </w:r>
      <w:proofErr w:type="spellStart"/>
      <w:r w:rsidR="00DF7AAE" w:rsidRPr="001B427C">
        <w:rPr>
          <w:b/>
          <w:bCs/>
          <w:i/>
          <w:sz w:val="28"/>
          <w:szCs w:val="28"/>
        </w:rPr>
        <w:t>коефіцієнт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= –3</w:t>
      </w:r>
      <w:r w:rsidR="00DF7AAE" w:rsidRPr="00DF7AAE">
        <w:rPr>
          <w:i/>
          <w:sz w:val="28"/>
          <w:szCs w:val="28"/>
        </w:rPr>
        <w:t xml:space="preserve">, а за </w:t>
      </w:r>
      <w:proofErr w:type="spellStart"/>
      <w:r w:rsidR="00DF7AAE" w:rsidRPr="00DF7AAE">
        <w:rPr>
          <w:i/>
          <w:sz w:val="28"/>
          <w:szCs w:val="28"/>
        </w:rPr>
        <w:t>умовою</w:t>
      </w:r>
      <w:proofErr w:type="spellEnd"/>
      <w:r w:rsidR="00DF7AAE" w:rsidRPr="00DF7AAE">
        <w:rPr>
          <w:i/>
          <w:sz w:val="28"/>
          <w:szCs w:val="28"/>
        </w:rPr>
        <w:t xml:space="preserve"> дано </w:t>
      </w:r>
      <w:r w:rsidR="00DF7AAE" w:rsidRPr="001B427C">
        <w:rPr>
          <w:b/>
          <w:bCs/>
          <w:i/>
          <w:sz w:val="28"/>
          <w:szCs w:val="28"/>
        </w:rPr>
        <w:t>–1,5</w:t>
      </w:r>
      <w:r w:rsidR="00DF7AAE" w:rsidRPr="00DF7AAE">
        <w:rPr>
          <w:i/>
          <w:sz w:val="28"/>
          <w:szCs w:val="28"/>
        </w:rPr>
        <w:t>.</w:t>
      </w:r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1B427C">
        <w:rPr>
          <w:b/>
          <w:bCs/>
          <w:i/>
          <w:sz w:val="28"/>
          <w:szCs w:val="28"/>
        </w:rPr>
        <w:t>Висновок</w:t>
      </w:r>
      <w:proofErr w:type="spellEnd"/>
      <w:r w:rsidR="00DF7AAE" w:rsidRPr="001B427C">
        <w:rPr>
          <w:b/>
          <w:bCs/>
          <w:i/>
          <w:sz w:val="28"/>
          <w:szCs w:val="28"/>
        </w:rPr>
        <w:t>:</w:t>
      </w:r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дані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r w:rsidR="00DF7AAE" w:rsidRPr="001B427C">
        <w:rPr>
          <w:b/>
          <w:bCs/>
          <w:i/>
          <w:sz w:val="28"/>
          <w:szCs w:val="28"/>
        </w:rPr>
        <w:t xml:space="preserve">не </w:t>
      </w:r>
      <w:proofErr w:type="spellStart"/>
      <w:r w:rsidR="00DF7AAE" w:rsidRPr="001B427C">
        <w:rPr>
          <w:b/>
          <w:bCs/>
          <w:i/>
          <w:sz w:val="28"/>
          <w:szCs w:val="28"/>
        </w:rPr>
        <w:t>відповідають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зазначеному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коефіцієнту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еластичності</w:t>
      </w:r>
      <w:proofErr w:type="spellEnd"/>
      <w:r w:rsidR="00DF7AAE" w:rsidRPr="00DF7AAE">
        <w:rPr>
          <w:i/>
          <w:sz w:val="28"/>
          <w:szCs w:val="28"/>
        </w:rPr>
        <w:t>.</w:t>
      </w:r>
      <w:r w:rsidR="00DF7AAE" w:rsidRPr="001B427C">
        <w:rPr>
          <w:sz w:val="28"/>
          <w:szCs w:val="28"/>
          <w:lang w:val="uk-UA"/>
        </w:rPr>
        <w:br/>
      </w:r>
      <w:r w:rsidRPr="001B427C">
        <w:rPr>
          <w:sz w:val="28"/>
          <w:szCs w:val="28"/>
        </w:rPr>
        <w:br/>
        <w:t xml:space="preserve">2. </w:t>
      </w:r>
      <w:proofErr w:type="spellStart"/>
      <w:r w:rsidRPr="001B427C">
        <w:rPr>
          <w:sz w:val="28"/>
          <w:szCs w:val="28"/>
        </w:rPr>
        <w:t>Визначте</w:t>
      </w:r>
      <w:proofErr w:type="spellEnd"/>
      <w:r w:rsidRPr="001B427C">
        <w:rPr>
          <w:sz w:val="28"/>
          <w:szCs w:val="28"/>
        </w:rPr>
        <w:t xml:space="preserve">, як </w:t>
      </w:r>
      <w:proofErr w:type="spellStart"/>
      <w:r w:rsidRPr="001B427C">
        <w:rPr>
          <w:sz w:val="28"/>
          <w:szCs w:val="28"/>
        </w:rPr>
        <w:t>змінився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дохід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proofErr w:type="gramStart"/>
      <w:r w:rsidRPr="001B427C">
        <w:rPr>
          <w:sz w:val="28"/>
          <w:szCs w:val="28"/>
        </w:rPr>
        <w:t>п</w:t>
      </w:r>
      <w:proofErr w:type="gramEnd"/>
      <w:r w:rsidRPr="001B427C">
        <w:rPr>
          <w:sz w:val="28"/>
          <w:szCs w:val="28"/>
        </w:rPr>
        <w:t>ідприємства</w:t>
      </w:r>
      <w:proofErr w:type="spellEnd"/>
      <w:r w:rsidRPr="001B427C">
        <w:rPr>
          <w:sz w:val="28"/>
          <w:szCs w:val="28"/>
        </w:rPr>
        <w:t>.</w:t>
      </w:r>
      <w:r w:rsidR="00DF7AAE" w:rsidRPr="001B427C">
        <w:rPr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  <w:lang w:val="uk-UA"/>
        </w:rPr>
        <w:t xml:space="preserve">Нехай початкова ціна = </w:t>
      </w:r>
      <w:r w:rsidR="00DF7AAE" w:rsidRPr="001B427C">
        <w:rPr>
          <w:b/>
          <w:bCs/>
          <w:i/>
          <w:sz w:val="28"/>
          <w:szCs w:val="28"/>
        </w:rPr>
        <w:t>P</w:t>
      </w:r>
      <w:r w:rsidR="00DF7AAE" w:rsidRPr="001B427C">
        <w:rPr>
          <w:i/>
          <w:sz w:val="28"/>
          <w:szCs w:val="28"/>
          <w:lang w:val="uk-UA"/>
        </w:rPr>
        <w:t>.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DF7AAE">
        <w:rPr>
          <w:i/>
          <w:sz w:val="28"/>
          <w:szCs w:val="28"/>
          <w:lang w:val="uk-UA"/>
        </w:rPr>
        <w:t>Початковий дохід: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</w:rPr>
        <w:t>D</w:t>
      </w:r>
      <w:r w:rsidR="00DF7AAE" w:rsidRPr="001B427C">
        <w:rPr>
          <w:i/>
          <w:sz w:val="28"/>
          <w:szCs w:val="28"/>
          <w:vertAlign w:val="subscript"/>
          <w:lang w:val="uk-UA"/>
        </w:rPr>
        <w:t>1</w:t>
      </w:r>
      <w:r w:rsidR="00DF7AAE" w:rsidRPr="001B427C">
        <w:rPr>
          <w:i/>
          <w:sz w:val="28"/>
          <w:szCs w:val="28"/>
          <w:lang w:val="uk-UA"/>
        </w:rPr>
        <w:t>=10</w:t>
      </w:r>
      <w:r w:rsidR="00DF7AAE" w:rsidRPr="001B427C">
        <w:rPr>
          <w:i/>
          <w:sz w:val="28"/>
          <w:szCs w:val="28"/>
        </w:rPr>
        <w:t>P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DF7AAE">
        <w:rPr>
          <w:i/>
          <w:sz w:val="28"/>
          <w:szCs w:val="28"/>
          <w:lang w:val="uk-UA"/>
        </w:rPr>
        <w:t>Нова ціна після зниження на 10%:</w:t>
      </w:r>
      <w:r w:rsidR="00DF7AAE" w:rsidRPr="001B427C">
        <w:rPr>
          <w:i/>
          <w:sz w:val="28"/>
          <w:szCs w:val="28"/>
          <w:lang w:val="uk-UA"/>
        </w:rPr>
        <w:br/>
        <w:t>0,9</w:t>
      </w:r>
      <w:r w:rsidR="00DF7AAE" w:rsidRPr="001B427C">
        <w:rPr>
          <w:i/>
          <w:sz w:val="28"/>
          <w:szCs w:val="28"/>
        </w:rPr>
        <w:t>P</w:t>
      </w:r>
      <w:r w:rsidR="00DF7AAE" w:rsidRPr="00DF7AAE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DF7AAE">
        <w:rPr>
          <w:i/>
          <w:sz w:val="28"/>
          <w:szCs w:val="28"/>
          <w:lang w:val="uk-UA"/>
        </w:rPr>
        <w:t>Новий дохід: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  <w:lang w:val="en-GB"/>
        </w:rPr>
        <w:t>D</w:t>
      </w:r>
      <w:r w:rsidR="00DF7AAE" w:rsidRPr="001B427C">
        <w:rPr>
          <w:i/>
          <w:sz w:val="28"/>
          <w:szCs w:val="28"/>
          <w:vertAlign w:val="subscript"/>
          <w:lang w:val="uk-UA"/>
        </w:rPr>
        <w:t>2</w:t>
      </w:r>
      <w:r w:rsidR="00DF7AAE" w:rsidRPr="001B427C">
        <w:rPr>
          <w:i/>
          <w:sz w:val="28"/>
          <w:szCs w:val="28"/>
          <w:lang w:val="uk-UA"/>
        </w:rPr>
        <w:t>=13×0,9</w:t>
      </w:r>
      <w:r w:rsidR="00DF7AAE" w:rsidRPr="001B427C">
        <w:rPr>
          <w:i/>
          <w:sz w:val="28"/>
          <w:szCs w:val="28"/>
          <w:lang w:val="en-GB"/>
        </w:rPr>
        <w:t>P</w:t>
      </w:r>
      <w:r w:rsidR="00DF7AAE" w:rsidRPr="001B427C">
        <w:rPr>
          <w:i/>
          <w:sz w:val="28"/>
          <w:szCs w:val="28"/>
          <w:lang w:val="uk-UA"/>
        </w:rPr>
        <w:t>=11,7</w:t>
      </w:r>
      <w:r w:rsidR="00DF7AAE" w:rsidRPr="001B427C">
        <w:rPr>
          <w:i/>
          <w:sz w:val="28"/>
          <w:szCs w:val="28"/>
          <w:lang w:val="en-GB"/>
        </w:rPr>
        <w:t>P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DF7AAE">
        <w:rPr>
          <w:i/>
          <w:sz w:val="28"/>
          <w:szCs w:val="28"/>
          <w:lang w:val="uk-UA"/>
        </w:rPr>
        <w:t>Порівняння:</w:t>
      </w:r>
      <w:r w:rsidR="00DF7AAE" w:rsidRPr="001B427C">
        <w:rPr>
          <w:i/>
          <w:sz w:val="28"/>
          <w:szCs w:val="28"/>
          <w:lang w:val="uk-UA"/>
        </w:rPr>
        <w:br/>
        <w:t>11,7</w:t>
      </w:r>
      <w:r w:rsidR="00DF7AAE" w:rsidRPr="001B427C">
        <w:rPr>
          <w:i/>
          <w:sz w:val="28"/>
          <w:szCs w:val="28"/>
          <w:lang w:val="en-GB"/>
        </w:rPr>
        <w:t>P</w:t>
      </w:r>
      <w:r w:rsidR="00DF7AAE" w:rsidRPr="001B427C">
        <w:rPr>
          <w:i/>
          <w:sz w:val="28"/>
          <w:szCs w:val="28"/>
          <w:lang w:val="uk-UA"/>
        </w:rPr>
        <w:t>−10</w:t>
      </w:r>
      <w:r w:rsidR="00DF7AAE" w:rsidRPr="001B427C">
        <w:rPr>
          <w:i/>
          <w:sz w:val="28"/>
          <w:szCs w:val="28"/>
          <w:lang w:val="en-GB"/>
        </w:rPr>
        <w:t>P</w:t>
      </w:r>
      <w:r w:rsidR="00DF7AAE" w:rsidRPr="001B427C">
        <w:rPr>
          <w:i/>
          <w:sz w:val="28"/>
          <w:szCs w:val="28"/>
          <w:lang w:val="uk-UA"/>
        </w:rPr>
        <w:t>=1,7</w:t>
      </w:r>
      <w:r w:rsidR="00DF7AAE" w:rsidRPr="001B427C">
        <w:rPr>
          <w:i/>
          <w:sz w:val="28"/>
          <w:szCs w:val="28"/>
          <w:lang w:val="en-GB"/>
        </w:rPr>
        <w:t>P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DF7AAE">
        <w:rPr>
          <w:i/>
          <w:sz w:val="28"/>
          <w:szCs w:val="28"/>
          <w:lang w:val="uk-UA"/>
        </w:rPr>
        <w:t xml:space="preserve">Отже, дохід </w:t>
      </w:r>
      <w:r w:rsidR="00DF7AAE" w:rsidRPr="001B427C">
        <w:rPr>
          <w:b/>
          <w:bCs/>
          <w:i/>
          <w:sz w:val="28"/>
          <w:szCs w:val="28"/>
          <w:lang w:val="uk-UA"/>
        </w:rPr>
        <w:t>зріс на 17%</w:t>
      </w:r>
      <w:r w:rsidR="00DF7AAE" w:rsidRPr="00DF7AAE">
        <w:rPr>
          <w:i/>
          <w:sz w:val="28"/>
          <w:szCs w:val="28"/>
          <w:lang w:val="uk-UA"/>
        </w:rPr>
        <w:t>.</w:t>
      </w:r>
      <w:r w:rsidR="00DF7AAE" w:rsidRPr="001B427C">
        <w:rPr>
          <w:sz w:val="28"/>
          <w:szCs w:val="28"/>
          <w:lang w:val="uk-UA"/>
        </w:rPr>
        <w:br/>
      </w:r>
      <w:r w:rsidRPr="001B427C">
        <w:rPr>
          <w:sz w:val="28"/>
          <w:szCs w:val="28"/>
          <w:lang w:val="uk-UA"/>
        </w:rPr>
        <w:br/>
      </w:r>
      <w:r w:rsidRPr="001B427C">
        <w:rPr>
          <w:sz w:val="28"/>
          <w:szCs w:val="28"/>
        </w:rPr>
        <w:t xml:space="preserve">3. </w:t>
      </w:r>
      <w:proofErr w:type="spellStart"/>
      <w:r w:rsidRPr="001B427C">
        <w:rPr>
          <w:sz w:val="28"/>
          <w:szCs w:val="28"/>
        </w:rPr>
        <w:t>Зробіть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висновок</w:t>
      </w:r>
      <w:proofErr w:type="spellEnd"/>
      <w:r w:rsidRPr="001B427C">
        <w:rPr>
          <w:sz w:val="28"/>
          <w:szCs w:val="28"/>
        </w:rPr>
        <w:t xml:space="preserve">: </w:t>
      </w:r>
      <w:proofErr w:type="spellStart"/>
      <w:r w:rsidRPr="001B427C">
        <w:rPr>
          <w:sz w:val="28"/>
          <w:szCs w:val="28"/>
        </w:rPr>
        <w:t>чи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вигідно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знижувати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ціну</w:t>
      </w:r>
      <w:proofErr w:type="spellEnd"/>
      <w:r w:rsidRPr="001B427C">
        <w:rPr>
          <w:sz w:val="28"/>
          <w:szCs w:val="28"/>
        </w:rPr>
        <w:t>?</w:t>
      </w:r>
      <w:r w:rsidR="00DF7AAE" w:rsidRPr="001B427C">
        <w:rPr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</w:rPr>
        <w:t xml:space="preserve">Так, </w:t>
      </w:r>
      <w:proofErr w:type="spellStart"/>
      <w:r w:rsidR="00DF7AAE" w:rsidRPr="001B427C">
        <w:rPr>
          <w:b/>
          <w:bCs/>
          <w:i/>
          <w:sz w:val="28"/>
          <w:szCs w:val="28"/>
        </w:rPr>
        <w:t>знижувати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</w:t>
      </w:r>
      <w:proofErr w:type="spellStart"/>
      <w:r w:rsidR="00DF7AAE" w:rsidRPr="001B427C">
        <w:rPr>
          <w:b/>
          <w:bCs/>
          <w:i/>
          <w:sz w:val="28"/>
          <w:szCs w:val="28"/>
        </w:rPr>
        <w:t>ціну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</w:t>
      </w:r>
      <w:proofErr w:type="spellStart"/>
      <w:r w:rsidR="00DF7AAE" w:rsidRPr="001B427C">
        <w:rPr>
          <w:b/>
          <w:bCs/>
          <w:i/>
          <w:sz w:val="28"/>
          <w:szCs w:val="28"/>
        </w:rPr>
        <w:t>вигідно</w:t>
      </w:r>
      <w:proofErr w:type="spellEnd"/>
      <w:r w:rsidR="00DF7AAE" w:rsidRPr="001B427C">
        <w:rPr>
          <w:i/>
          <w:sz w:val="28"/>
          <w:szCs w:val="28"/>
        </w:rPr>
        <w:t xml:space="preserve">, </w:t>
      </w:r>
      <w:proofErr w:type="spellStart"/>
      <w:r w:rsidR="00DF7AAE" w:rsidRPr="001B427C">
        <w:rPr>
          <w:i/>
          <w:sz w:val="28"/>
          <w:szCs w:val="28"/>
        </w:rPr>
        <w:t>оскільки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збільшення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обсягу</w:t>
      </w:r>
      <w:proofErr w:type="spellEnd"/>
      <w:r w:rsidR="00DF7AAE" w:rsidRPr="001B427C">
        <w:rPr>
          <w:i/>
          <w:sz w:val="28"/>
          <w:szCs w:val="28"/>
        </w:rPr>
        <w:t xml:space="preserve"> продажу </w:t>
      </w:r>
      <w:proofErr w:type="spellStart"/>
      <w:r w:rsidR="00DF7AAE" w:rsidRPr="001B427C">
        <w:rPr>
          <w:i/>
          <w:sz w:val="28"/>
          <w:szCs w:val="28"/>
        </w:rPr>
        <w:t>перекрило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втрати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від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зниження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ціни</w:t>
      </w:r>
      <w:proofErr w:type="spellEnd"/>
      <w:r w:rsidR="00DF7AAE" w:rsidRPr="001B427C">
        <w:rPr>
          <w:i/>
          <w:sz w:val="28"/>
          <w:szCs w:val="28"/>
        </w:rPr>
        <w:t xml:space="preserve">, і </w:t>
      </w:r>
      <w:proofErr w:type="spellStart"/>
      <w:r w:rsidR="00DF7AAE" w:rsidRPr="001B427C">
        <w:rPr>
          <w:i/>
          <w:sz w:val="28"/>
          <w:szCs w:val="28"/>
        </w:rPr>
        <w:t>загальний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дохід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зріс</w:t>
      </w:r>
      <w:proofErr w:type="spellEnd"/>
      <w:r w:rsidR="00DF7AAE" w:rsidRPr="001B427C">
        <w:rPr>
          <w:i/>
          <w:sz w:val="28"/>
          <w:szCs w:val="28"/>
        </w:rPr>
        <w:t xml:space="preserve"> на </w:t>
      </w:r>
      <w:r w:rsidR="00DF7AAE" w:rsidRPr="001B427C">
        <w:rPr>
          <w:b/>
          <w:bCs/>
          <w:i/>
          <w:sz w:val="28"/>
          <w:szCs w:val="28"/>
        </w:rPr>
        <w:t>17%</w:t>
      </w:r>
      <w:r w:rsidR="00DF7AAE" w:rsidRPr="001B427C">
        <w:rPr>
          <w:i/>
          <w:sz w:val="28"/>
          <w:szCs w:val="28"/>
        </w:rPr>
        <w:t>.</w:t>
      </w:r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1B427C">
        <w:rPr>
          <w:b/>
          <w:bCs/>
          <w:i/>
          <w:sz w:val="28"/>
          <w:szCs w:val="28"/>
        </w:rPr>
        <w:t>Висновок</w:t>
      </w:r>
      <w:proofErr w:type="spellEnd"/>
      <w:r w:rsidR="00DF7AAE" w:rsidRPr="001B427C">
        <w:rPr>
          <w:b/>
          <w:bCs/>
          <w:i/>
          <w:sz w:val="28"/>
          <w:szCs w:val="28"/>
        </w:rPr>
        <w:t>:</w:t>
      </w:r>
      <w:r w:rsidR="00DF7AAE" w:rsidRPr="00DF7AAE">
        <w:rPr>
          <w:i/>
          <w:sz w:val="28"/>
          <w:szCs w:val="28"/>
        </w:rPr>
        <w:t xml:space="preserve"> при </w:t>
      </w:r>
      <w:proofErr w:type="spellStart"/>
      <w:r w:rsidR="00DF7AAE" w:rsidRPr="00DF7AAE">
        <w:rPr>
          <w:i/>
          <w:sz w:val="28"/>
          <w:szCs w:val="28"/>
        </w:rPr>
        <w:t>такій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реакції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покупців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зниження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ціни</w:t>
      </w:r>
      <w:proofErr w:type="spellEnd"/>
      <w:r w:rsidR="00DF7AAE" w:rsidRPr="00DF7AAE">
        <w:rPr>
          <w:i/>
          <w:sz w:val="28"/>
          <w:szCs w:val="28"/>
        </w:rPr>
        <w:t xml:space="preserve"> є </w:t>
      </w:r>
      <w:proofErr w:type="spellStart"/>
      <w:proofErr w:type="gramStart"/>
      <w:r w:rsidR="00DF7AAE" w:rsidRPr="00DF7AAE">
        <w:rPr>
          <w:i/>
          <w:sz w:val="28"/>
          <w:szCs w:val="28"/>
        </w:rPr>
        <w:t>доц</w:t>
      </w:r>
      <w:proofErr w:type="gramEnd"/>
      <w:r w:rsidR="00DF7AAE" w:rsidRPr="00DF7AAE">
        <w:rPr>
          <w:i/>
          <w:sz w:val="28"/>
          <w:szCs w:val="28"/>
        </w:rPr>
        <w:t>ільним</w:t>
      </w:r>
      <w:proofErr w:type="spellEnd"/>
      <w:r w:rsidR="00DF7AAE" w:rsidRPr="00DF7AAE">
        <w:rPr>
          <w:i/>
          <w:sz w:val="28"/>
          <w:szCs w:val="28"/>
        </w:rPr>
        <w:t>.</w:t>
      </w:r>
    </w:p>
    <w:p w:rsidR="00B7247E" w:rsidRPr="001B427C" w:rsidRDefault="00175E21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Завдання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3.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Розрахунок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ціни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урахуванням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точки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беззбитковості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Умова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постійні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— 200 000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грн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змінні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на 1 т — 4000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грн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плановий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обсяг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виробництва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— 100 т</w:t>
      </w:r>
    </w:p>
    <w:p w:rsidR="00DF7AAE" w:rsidRPr="00DF7AAE" w:rsidRDefault="00175E21" w:rsidP="00DF7AAE">
      <w:pPr>
        <w:pStyle w:val="aff8"/>
        <w:rPr>
          <w:sz w:val="28"/>
          <w:szCs w:val="28"/>
          <w:lang w:val="uk-UA"/>
        </w:rPr>
      </w:pPr>
      <w:proofErr w:type="spellStart"/>
      <w:r w:rsidRPr="001B427C">
        <w:rPr>
          <w:b/>
          <w:sz w:val="28"/>
          <w:szCs w:val="28"/>
        </w:rPr>
        <w:t>Завдання</w:t>
      </w:r>
      <w:proofErr w:type="spellEnd"/>
      <w:r w:rsidRPr="001B427C">
        <w:rPr>
          <w:b/>
          <w:sz w:val="28"/>
          <w:szCs w:val="28"/>
        </w:rPr>
        <w:t>:</w:t>
      </w:r>
      <w:r w:rsidRPr="001B427C">
        <w:rPr>
          <w:b/>
          <w:sz w:val="28"/>
          <w:szCs w:val="28"/>
        </w:rPr>
        <w:br/>
      </w:r>
      <w:r w:rsidRPr="001B427C">
        <w:rPr>
          <w:sz w:val="28"/>
          <w:szCs w:val="28"/>
        </w:rPr>
        <w:t xml:space="preserve">1. </w:t>
      </w:r>
      <w:proofErr w:type="spellStart"/>
      <w:r w:rsidRPr="001B427C">
        <w:rPr>
          <w:sz w:val="28"/>
          <w:szCs w:val="28"/>
        </w:rPr>
        <w:t>Розрахуйте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собівартість</w:t>
      </w:r>
      <w:proofErr w:type="spellEnd"/>
      <w:r w:rsidRPr="001B427C">
        <w:rPr>
          <w:sz w:val="28"/>
          <w:szCs w:val="28"/>
        </w:rPr>
        <w:t xml:space="preserve"> 1 т </w:t>
      </w:r>
      <w:proofErr w:type="spellStart"/>
      <w:r w:rsidRPr="001B427C">
        <w:rPr>
          <w:sz w:val="28"/>
          <w:szCs w:val="28"/>
        </w:rPr>
        <w:t>продукції</w:t>
      </w:r>
      <w:proofErr w:type="spellEnd"/>
      <w:r w:rsidRPr="001B427C">
        <w:rPr>
          <w:sz w:val="28"/>
          <w:szCs w:val="28"/>
        </w:rPr>
        <w:t>.</w:t>
      </w:r>
      <w:r w:rsidR="00DF7AAE" w:rsidRPr="001B427C">
        <w:rPr>
          <w:sz w:val="28"/>
          <w:szCs w:val="28"/>
        </w:rPr>
        <w:br/>
      </w:r>
      <w:proofErr w:type="spellStart"/>
      <w:r w:rsidR="00DF7AAE" w:rsidRPr="001B427C">
        <w:rPr>
          <w:i/>
          <w:sz w:val="28"/>
          <w:szCs w:val="28"/>
        </w:rPr>
        <w:t>Постійні</w:t>
      </w:r>
      <w:proofErr w:type="spellEnd"/>
      <w:r w:rsidR="00DF7AAE" w:rsidRPr="001B427C">
        <w:rPr>
          <w:i/>
          <w:sz w:val="28"/>
          <w:szCs w:val="28"/>
        </w:rPr>
        <w:t xml:space="preserve"> </w:t>
      </w:r>
      <w:proofErr w:type="spellStart"/>
      <w:r w:rsidR="00DF7AAE" w:rsidRPr="001B427C">
        <w:rPr>
          <w:i/>
          <w:sz w:val="28"/>
          <w:szCs w:val="28"/>
        </w:rPr>
        <w:t>витрати</w:t>
      </w:r>
      <w:proofErr w:type="spellEnd"/>
      <w:r w:rsidR="00DF7AAE" w:rsidRPr="001B427C">
        <w:rPr>
          <w:i/>
          <w:sz w:val="28"/>
          <w:szCs w:val="28"/>
        </w:rPr>
        <w:t xml:space="preserve"> на 1 т:</w:t>
      </w:r>
      <w:r w:rsidR="00DF7AAE" w:rsidRPr="001B427C">
        <w:rPr>
          <w:i/>
          <w:sz w:val="28"/>
          <w:szCs w:val="28"/>
          <w:lang w:val="uk-UA"/>
        </w:rPr>
        <w:br/>
      </w:r>
      <w:bookmarkStart w:id="0" w:name="_GoBack"/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200000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100</m:t>
            </m:r>
          </m:den>
        </m:f>
      </m:oMath>
      <w:r w:rsidR="00DF7AAE" w:rsidRPr="001B427C">
        <w:rPr>
          <w:i/>
          <w:sz w:val="28"/>
          <w:szCs w:val="28"/>
          <w:lang w:val="uk-UA"/>
        </w:rPr>
        <w:t xml:space="preserve"> </w:t>
      </w:r>
      <w:bookmarkEnd w:id="0"/>
      <w:r w:rsidR="00DF7AAE" w:rsidRPr="001B427C">
        <w:rPr>
          <w:i/>
          <w:sz w:val="28"/>
          <w:szCs w:val="28"/>
        </w:rPr>
        <w:t>=</w:t>
      </w:r>
      <w:r w:rsidR="00DF7AAE" w:rsidRPr="001B427C">
        <w:rPr>
          <w:i/>
          <w:sz w:val="28"/>
          <w:szCs w:val="28"/>
          <w:lang w:val="uk-UA"/>
        </w:rPr>
        <w:t xml:space="preserve"> </w:t>
      </w:r>
      <w:r w:rsidR="00DF7AAE" w:rsidRPr="001B427C">
        <w:rPr>
          <w:i/>
          <w:sz w:val="28"/>
          <w:szCs w:val="28"/>
        </w:rPr>
        <w:t>2000 </w:t>
      </w:r>
      <w:proofErr w:type="spellStart"/>
      <w:r w:rsidR="00DF7AAE" w:rsidRPr="001B427C">
        <w:rPr>
          <w:i/>
          <w:sz w:val="28"/>
          <w:szCs w:val="28"/>
        </w:rPr>
        <w:t>грн</w:t>
      </w:r>
      <w:proofErr w:type="spellEnd"/>
      <w:r w:rsidR="00DF7AAE" w:rsidRPr="001B427C">
        <w:rPr>
          <w:i/>
          <w:sz w:val="28"/>
          <w:szCs w:val="28"/>
        </w:rPr>
        <w:t>/т</w:t>
      </w:r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DF7AAE">
        <w:rPr>
          <w:i/>
          <w:sz w:val="28"/>
          <w:szCs w:val="28"/>
        </w:rPr>
        <w:t>Повна</w:t>
      </w:r>
      <w:proofErr w:type="spellEnd"/>
      <w:r w:rsidR="00DF7AAE" w:rsidRPr="00DF7AAE">
        <w:rPr>
          <w:i/>
          <w:sz w:val="28"/>
          <w:szCs w:val="28"/>
        </w:rPr>
        <w:t xml:space="preserve"> </w:t>
      </w:r>
      <w:proofErr w:type="spellStart"/>
      <w:r w:rsidR="00DF7AAE" w:rsidRPr="00DF7AAE">
        <w:rPr>
          <w:i/>
          <w:sz w:val="28"/>
          <w:szCs w:val="28"/>
        </w:rPr>
        <w:t>собівартість</w:t>
      </w:r>
      <w:proofErr w:type="spellEnd"/>
      <w:r w:rsidR="00DF7AAE" w:rsidRPr="00DF7AAE">
        <w:rPr>
          <w:i/>
          <w:sz w:val="28"/>
          <w:szCs w:val="28"/>
        </w:rPr>
        <w:t xml:space="preserve"> 1 т:</w:t>
      </w:r>
      <w:r w:rsidR="00DF7AAE" w:rsidRPr="001B427C">
        <w:rPr>
          <w:i/>
          <w:sz w:val="28"/>
          <w:szCs w:val="28"/>
          <w:lang w:val="uk-UA"/>
        </w:rPr>
        <w:br/>
      </w:r>
      <w:r w:rsidR="00DF7AAE" w:rsidRPr="001B427C">
        <w:rPr>
          <w:i/>
          <w:sz w:val="28"/>
          <w:szCs w:val="28"/>
        </w:rPr>
        <w:t>4000+2000=6000 </w:t>
      </w:r>
      <w:proofErr w:type="spellStart"/>
      <w:r w:rsidR="00DF7AAE" w:rsidRPr="001B427C">
        <w:rPr>
          <w:i/>
          <w:sz w:val="28"/>
          <w:szCs w:val="28"/>
        </w:rPr>
        <w:t>грн</w:t>
      </w:r>
      <w:proofErr w:type="spellEnd"/>
      <w:r w:rsidR="00DF7AAE" w:rsidRPr="001B427C">
        <w:rPr>
          <w:i/>
          <w:sz w:val="28"/>
          <w:szCs w:val="28"/>
        </w:rPr>
        <w:t>/т</w:t>
      </w:r>
      <w:r w:rsidR="00DF7AAE" w:rsidRPr="001B427C">
        <w:rPr>
          <w:i/>
          <w:sz w:val="28"/>
          <w:szCs w:val="28"/>
          <w:lang w:val="uk-UA"/>
        </w:rPr>
        <w:br/>
      </w:r>
      <w:proofErr w:type="spellStart"/>
      <w:r w:rsidR="00DF7AAE" w:rsidRPr="001B427C">
        <w:rPr>
          <w:b/>
          <w:bCs/>
          <w:i/>
          <w:sz w:val="28"/>
          <w:szCs w:val="28"/>
        </w:rPr>
        <w:t>Собівартість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1 т </w:t>
      </w:r>
      <w:proofErr w:type="spellStart"/>
      <w:r w:rsidR="00DF7AAE" w:rsidRPr="001B427C">
        <w:rPr>
          <w:b/>
          <w:bCs/>
          <w:i/>
          <w:sz w:val="28"/>
          <w:szCs w:val="28"/>
        </w:rPr>
        <w:t>продукції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= 6000 </w:t>
      </w:r>
      <w:proofErr w:type="spellStart"/>
      <w:r w:rsidR="00DF7AAE" w:rsidRPr="001B427C">
        <w:rPr>
          <w:b/>
          <w:bCs/>
          <w:i/>
          <w:sz w:val="28"/>
          <w:szCs w:val="28"/>
        </w:rPr>
        <w:t>грн</w:t>
      </w:r>
      <w:proofErr w:type="spellEnd"/>
      <w:r w:rsidR="00DF7AAE" w:rsidRPr="001B427C">
        <w:rPr>
          <w:b/>
          <w:bCs/>
          <w:i/>
          <w:sz w:val="28"/>
          <w:szCs w:val="28"/>
        </w:rPr>
        <w:t>/т</w:t>
      </w:r>
    </w:p>
    <w:p w:rsidR="00B7247E" w:rsidRPr="001B427C" w:rsidRDefault="00175E21" w:rsidP="00DF7A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Визначте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ціну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беззбитковості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DF7AAE"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="00DF7AAE" w:rsidRPr="001B427C">
        <w:rPr>
          <w:rFonts w:ascii="Times New Roman" w:hAnsi="Times New Roman" w:cs="Times New Roman"/>
          <w:i/>
          <w:sz w:val="28"/>
          <w:szCs w:val="28"/>
        </w:rPr>
        <w:t>Ц</w:t>
      </w:r>
      <w:proofErr w:type="gramEnd"/>
      <w:r w:rsidR="00DF7AAE" w:rsidRPr="001B427C">
        <w:rPr>
          <w:rFonts w:ascii="Times New Roman" w:hAnsi="Times New Roman" w:cs="Times New Roman"/>
          <w:i/>
          <w:sz w:val="28"/>
          <w:szCs w:val="28"/>
        </w:rPr>
        <w:t>іна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</w:rPr>
        <w:t>беззбитковості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</w:rPr>
        <w:t>дорівнює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</w:rPr>
        <w:t>повній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</w:rPr>
        <w:t>собівартості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</w:rPr>
        <w:t>:</w:t>
      </w:r>
      <w:r w:rsidR="00DF7AAE" w:rsidRPr="001B427C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w:proofErr w:type="spellStart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</w:rPr>
        <w:t>Ціна</w:t>
      </w:r>
      <w:proofErr w:type="spellEnd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</w:rPr>
        <w:t>беззбитковості</w:t>
      </w:r>
      <w:proofErr w:type="spellEnd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</w:rPr>
        <w:t xml:space="preserve"> = 6000 </w:t>
      </w:r>
      <w:proofErr w:type="spellStart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</w:rPr>
        <w:t>грн</w:t>
      </w:r>
      <w:proofErr w:type="spellEnd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</w:rPr>
        <w:t>/т</w:t>
      </w:r>
      <w:r w:rsidR="00DF7AAE" w:rsidRPr="001B427C">
        <w:rPr>
          <w:rStyle w:val="af6"/>
          <w:rFonts w:ascii="Times New Roman" w:hAnsi="Times New Roman" w:cs="Times New Roman"/>
          <w:sz w:val="28"/>
          <w:szCs w:val="28"/>
          <w:lang w:val="uk-UA"/>
        </w:rPr>
        <w:br/>
      </w:r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Розрахуйте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ціну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прибутку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20%.</w:t>
      </w:r>
      <w:r w:rsidR="00DF7AAE" w:rsidRPr="001B427C">
        <w:rPr>
          <w:rFonts w:ascii="Times New Roman" w:hAnsi="Times New Roman" w:cs="Times New Roman"/>
          <w:sz w:val="28"/>
          <w:szCs w:val="28"/>
          <w:lang w:val="uk-UA"/>
        </w:rPr>
        <w:br/>
      </w:r>
      <w:r w:rsidR="00DF7AAE"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6000×1,2=7200</w:t>
      </w:r>
      <w:r w:rsidR="00DF7AAE" w:rsidRPr="001B427C">
        <w:rPr>
          <w:rStyle w:val="katex-mathml"/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="00DF7AAE"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грн</w:t>
      </w:r>
      <w:proofErr w:type="spellEnd"/>
      <w:r w:rsidR="00DF7AAE"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t>/т</w:t>
      </w:r>
      <w:r w:rsidR="00DF7AAE"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uk-UA"/>
        </w:rPr>
        <w:br/>
      </w:r>
      <w:proofErr w:type="gramStart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uk-UA"/>
        </w:rPr>
        <w:t>Ц</w:t>
      </w:r>
      <w:proofErr w:type="gramEnd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uk-UA"/>
        </w:rPr>
        <w:t xml:space="preserve">іна для отримання прибутку 20% = 7200 </w:t>
      </w:r>
      <w:proofErr w:type="spellStart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uk-UA"/>
        </w:rPr>
        <w:t>грн</w:t>
      </w:r>
      <w:proofErr w:type="spellEnd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uk-UA"/>
        </w:rPr>
        <w:t>/т</w:t>
      </w:r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uk-UA"/>
        </w:rPr>
        <w:br/>
      </w:r>
      <w:proofErr w:type="spellStart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Висновок</w:t>
      </w:r>
      <w:proofErr w:type="spellEnd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щоб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підприємство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працювало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прибутком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20%,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потрібно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встановити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ціну</w:t>
      </w:r>
      <w:proofErr w:type="spellEnd"/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7200 </w:t>
      </w:r>
      <w:proofErr w:type="spellStart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грн</w:t>
      </w:r>
      <w:proofErr w:type="spellEnd"/>
      <w:r w:rsidR="00DF7AAE"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/т</w:t>
      </w:r>
      <w:r w:rsidR="00DF7AAE" w:rsidRPr="001B427C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175E21" w:rsidRPr="001B427C" w:rsidRDefault="00175E21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4.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Сценарний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аналіз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ризики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Умова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1B427C">
        <w:rPr>
          <w:rFonts w:ascii="Times New Roman" w:hAnsi="Times New Roman" w:cs="Times New Roman"/>
          <w:sz w:val="28"/>
          <w:szCs w:val="28"/>
          <w:lang w:val="ru-RU"/>
        </w:rPr>
        <w:t>ідприємство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планує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реалізацію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пшениці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1B427C" w:rsidRPr="001B427C" w:rsidTr="00175E21"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Сценарій</w:t>
            </w:r>
            <w:proofErr w:type="spellEnd"/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Ймовірність</w:t>
            </w:r>
            <w:proofErr w:type="spellEnd"/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</w:t>
            </w:r>
            <w:proofErr w:type="gramEnd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іна</w:t>
            </w:r>
            <w:proofErr w:type="spellEnd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</w:t>
            </w: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грн</w:t>
            </w:r>
            <w:proofErr w:type="spellEnd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/т)</w:t>
            </w:r>
          </w:p>
        </w:tc>
      </w:tr>
      <w:tr w:rsidR="001B427C" w:rsidRPr="001B427C" w:rsidTr="00175E21"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Високий</w:t>
            </w:r>
            <w:proofErr w:type="spellEnd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попит</w:t>
            </w:r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0,3</w:t>
            </w:r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7000</w:t>
            </w:r>
          </w:p>
        </w:tc>
      </w:tr>
      <w:tr w:rsidR="001B427C" w:rsidRPr="001B427C" w:rsidTr="00175E21"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Стабільний</w:t>
            </w:r>
            <w:proofErr w:type="spellEnd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ринок</w:t>
            </w:r>
            <w:proofErr w:type="spellEnd"/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0,5</w:t>
            </w:r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6000</w:t>
            </w:r>
          </w:p>
        </w:tc>
      </w:tr>
      <w:tr w:rsidR="00175E21" w:rsidRPr="001B427C" w:rsidTr="00175E21"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Падіння</w:t>
            </w:r>
            <w:proofErr w:type="spellEnd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цін</w:t>
            </w:r>
            <w:proofErr w:type="spellEnd"/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0,2</w:t>
            </w:r>
          </w:p>
        </w:tc>
        <w:tc>
          <w:tcPr>
            <w:tcW w:w="2952" w:type="dxa"/>
          </w:tcPr>
          <w:p w:rsidR="00175E21" w:rsidRPr="001B427C" w:rsidRDefault="00175E21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1B427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5000</w:t>
            </w:r>
          </w:p>
        </w:tc>
      </w:tr>
    </w:tbl>
    <w:p w:rsidR="00B7247E" w:rsidRPr="001B427C" w:rsidRDefault="00B7247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7247E" w:rsidRPr="001B427C" w:rsidRDefault="00175E21" w:rsidP="001B427C">
      <w:pPr>
        <w:pStyle w:val="aff8"/>
        <w:rPr>
          <w:sz w:val="28"/>
          <w:szCs w:val="28"/>
          <w:lang w:val="uk-UA"/>
        </w:rPr>
      </w:pPr>
      <w:proofErr w:type="spellStart"/>
      <w:r w:rsidRPr="001B427C">
        <w:rPr>
          <w:b/>
          <w:sz w:val="28"/>
          <w:szCs w:val="28"/>
        </w:rPr>
        <w:t>Завдання</w:t>
      </w:r>
      <w:proofErr w:type="spellEnd"/>
      <w:r w:rsidRPr="001B427C">
        <w:rPr>
          <w:b/>
          <w:sz w:val="28"/>
          <w:szCs w:val="28"/>
        </w:rPr>
        <w:t>:</w:t>
      </w:r>
      <w:r w:rsidRPr="001B427C">
        <w:rPr>
          <w:b/>
          <w:sz w:val="28"/>
          <w:szCs w:val="28"/>
        </w:rPr>
        <w:br/>
      </w:r>
      <w:r w:rsidRPr="001B427C">
        <w:rPr>
          <w:sz w:val="28"/>
          <w:szCs w:val="28"/>
        </w:rPr>
        <w:t xml:space="preserve">1. </w:t>
      </w:r>
      <w:proofErr w:type="spellStart"/>
      <w:r w:rsidRPr="001B427C">
        <w:rPr>
          <w:sz w:val="28"/>
          <w:szCs w:val="28"/>
        </w:rPr>
        <w:t>Обчисліть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очікувану</w:t>
      </w:r>
      <w:proofErr w:type="spellEnd"/>
      <w:r w:rsidRPr="001B427C">
        <w:rPr>
          <w:sz w:val="28"/>
          <w:szCs w:val="28"/>
        </w:rPr>
        <w:t xml:space="preserve"> (</w:t>
      </w:r>
      <w:proofErr w:type="spellStart"/>
      <w:r w:rsidRPr="001B427C">
        <w:rPr>
          <w:sz w:val="28"/>
          <w:szCs w:val="28"/>
        </w:rPr>
        <w:t>середньозважену</w:t>
      </w:r>
      <w:proofErr w:type="spellEnd"/>
      <w:r w:rsidRPr="001B427C">
        <w:rPr>
          <w:sz w:val="28"/>
          <w:szCs w:val="28"/>
        </w:rPr>
        <w:t xml:space="preserve">) </w:t>
      </w:r>
      <w:proofErr w:type="spellStart"/>
      <w:r w:rsidRPr="001B427C">
        <w:rPr>
          <w:sz w:val="28"/>
          <w:szCs w:val="28"/>
        </w:rPr>
        <w:t>ціну</w:t>
      </w:r>
      <w:proofErr w:type="spellEnd"/>
      <w:r w:rsidRPr="001B427C">
        <w:rPr>
          <w:sz w:val="28"/>
          <w:szCs w:val="28"/>
        </w:rPr>
        <w:t>.</w:t>
      </w:r>
      <w:r w:rsidR="00DF7AAE" w:rsidRPr="001B427C">
        <w:rPr>
          <w:sz w:val="28"/>
          <w:szCs w:val="28"/>
        </w:rPr>
        <w:br/>
      </w:r>
      <w:proofErr w:type="spellStart"/>
      <w:r w:rsidR="00DF7AAE" w:rsidRPr="001B427C">
        <w:rPr>
          <w:i/>
          <w:sz w:val="28"/>
          <w:szCs w:val="28"/>
        </w:rPr>
        <w:lastRenderedPageBreak/>
        <w:t>Ц</w:t>
      </w:r>
      <w:r w:rsidR="00DF7AAE" w:rsidRPr="001B427C">
        <w:rPr>
          <w:i/>
          <w:sz w:val="28"/>
          <w:szCs w:val="28"/>
          <w:vertAlign w:val="subscript"/>
        </w:rPr>
        <w:t>оч</w:t>
      </w:r>
      <w:proofErr w:type="spellEnd"/>
      <w:r w:rsidR="00DF7AAE" w:rsidRPr="001B427C">
        <w:rPr>
          <w:i/>
          <w:sz w:val="28"/>
          <w:szCs w:val="28"/>
        </w:rPr>
        <w:t xml:space="preserve">​=0,3×7000+0,5×6000+0,2×5000 </w:t>
      </w:r>
      <w:r w:rsidR="001B427C" w:rsidRPr="001B427C">
        <w:rPr>
          <w:i/>
          <w:sz w:val="28"/>
          <w:szCs w:val="28"/>
        </w:rPr>
        <w:t xml:space="preserve">= </w:t>
      </w:r>
      <w:r w:rsidR="00DF7AAE" w:rsidRPr="001B427C">
        <w:rPr>
          <w:i/>
          <w:sz w:val="28"/>
          <w:szCs w:val="28"/>
        </w:rPr>
        <w:t>6100 </w:t>
      </w:r>
      <w:proofErr w:type="spellStart"/>
      <w:r w:rsidR="00DF7AAE" w:rsidRPr="001B427C">
        <w:rPr>
          <w:i/>
          <w:sz w:val="28"/>
          <w:szCs w:val="28"/>
        </w:rPr>
        <w:t>грн</w:t>
      </w:r>
      <w:proofErr w:type="spellEnd"/>
      <w:r w:rsidR="00DF7AAE" w:rsidRPr="001B427C">
        <w:rPr>
          <w:i/>
          <w:sz w:val="28"/>
          <w:szCs w:val="28"/>
        </w:rPr>
        <w:t xml:space="preserve">/т </w:t>
      </w:r>
      <w:r w:rsidR="001B427C" w:rsidRPr="001B427C">
        <w:rPr>
          <w:i/>
          <w:sz w:val="28"/>
          <w:szCs w:val="28"/>
        </w:rPr>
        <w:br/>
      </w:r>
      <w:proofErr w:type="spellStart"/>
      <w:r w:rsidR="00DF7AAE" w:rsidRPr="001B427C">
        <w:rPr>
          <w:b/>
          <w:bCs/>
          <w:i/>
          <w:sz w:val="28"/>
          <w:szCs w:val="28"/>
        </w:rPr>
        <w:t>Очікувана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</w:t>
      </w:r>
      <w:proofErr w:type="spellStart"/>
      <w:r w:rsidR="00DF7AAE" w:rsidRPr="001B427C">
        <w:rPr>
          <w:b/>
          <w:bCs/>
          <w:i/>
          <w:sz w:val="28"/>
          <w:szCs w:val="28"/>
        </w:rPr>
        <w:t>ціна</w:t>
      </w:r>
      <w:proofErr w:type="spellEnd"/>
      <w:r w:rsidR="00DF7AAE" w:rsidRPr="001B427C">
        <w:rPr>
          <w:b/>
          <w:bCs/>
          <w:i/>
          <w:sz w:val="28"/>
          <w:szCs w:val="28"/>
        </w:rPr>
        <w:t xml:space="preserve"> = 6100 </w:t>
      </w:r>
      <w:proofErr w:type="spellStart"/>
      <w:r w:rsidR="00DF7AAE" w:rsidRPr="001B427C">
        <w:rPr>
          <w:b/>
          <w:bCs/>
          <w:i/>
          <w:sz w:val="28"/>
          <w:szCs w:val="28"/>
        </w:rPr>
        <w:t>грн</w:t>
      </w:r>
      <w:proofErr w:type="spellEnd"/>
      <w:r w:rsidR="00DF7AAE" w:rsidRPr="001B427C">
        <w:rPr>
          <w:b/>
          <w:bCs/>
          <w:i/>
          <w:sz w:val="28"/>
          <w:szCs w:val="28"/>
        </w:rPr>
        <w:t>/т</w:t>
      </w:r>
      <w:r w:rsidR="001B427C" w:rsidRPr="001B427C">
        <w:rPr>
          <w:sz w:val="28"/>
          <w:szCs w:val="28"/>
        </w:rPr>
        <w:br/>
      </w:r>
      <w:r w:rsidRPr="001B427C">
        <w:rPr>
          <w:b/>
          <w:sz w:val="28"/>
          <w:szCs w:val="28"/>
        </w:rPr>
        <w:br/>
      </w:r>
      <w:r w:rsidRPr="001B427C">
        <w:rPr>
          <w:sz w:val="28"/>
          <w:szCs w:val="28"/>
        </w:rPr>
        <w:t xml:space="preserve">2. </w:t>
      </w:r>
      <w:proofErr w:type="spellStart"/>
      <w:r w:rsidRPr="001B427C">
        <w:rPr>
          <w:sz w:val="28"/>
          <w:szCs w:val="28"/>
        </w:rPr>
        <w:t>Порівняйте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її</w:t>
      </w:r>
      <w:proofErr w:type="spellEnd"/>
      <w:r w:rsidRPr="001B427C">
        <w:rPr>
          <w:sz w:val="28"/>
          <w:szCs w:val="28"/>
        </w:rPr>
        <w:t xml:space="preserve"> з </w:t>
      </w:r>
      <w:proofErr w:type="spellStart"/>
      <w:r w:rsidRPr="001B427C">
        <w:rPr>
          <w:sz w:val="28"/>
          <w:szCs w:val="28"/>
        </w:rPr>
        <w:t>собівартістю</w:t>
      </w:r>
      <w:proofErr w:type="spellEnd"/>
      <w:r w:rsidRPr="001B427C">
        <w:rPr>
          <w:sz w:val="28"/>
          <w:szCs w:val="28"/>
        </w:rPr>
        <w:t xml:space="preserve"> (5000 </w:t>
      </w:r>
      <w:proofErr w:type="spellStart"/>
      <w:r w:rsidRPr="001B427C">
        <w:rPr>
          <w:sz w:val="28"/>
          <w:szCs w:val="28"/>
        </w:rPr>
        <w:t>грн</w:t>
      </w:r>
      <w:proofErr w:type="spellEnd"/>
      <w:r w:rsidRPr="001B427C">
        <w:rPr>
          <w:sz w:val="28"/>
          <w:szCs w:val="28"/>
        </w:rPr>
        <w:t>).</w:t>
      </w:r>
      <w:r w:rsidR="001B427C" w:rsidRPr="001B427C">
        <w:rPr>
          <w:sz w:val="28"/>
          <w:szCs w:val="28"/>
        </w:rPr>
        <w:br/>
      </w:r>
      <w:r w:rsidR="001B427C" w:rsidRPr="001B427C">
        <w:rPr>
          <w:i/>
          <w:sz w:val="28"/>
          <w:szCs w:val="28"/>
        </w:rPr>
        <w:t>6100−5000=1100 </w:t>
      </w:r>
      <w:proofErr w:type="spellStart"/>
      <w:r w:rsidR="001B427C" w:rsidRPr="001B427C">
        <w:rPr>
          <w:i/>
          <w:sz w:val="28"/>
          <w:szCs w:val="28"/>
        </w:rPr>
        <w:t>грн</w:t>
      </w:r>
      <w:proofErr w:type="spellEnd"/>
      <w:r w:rsidR="001B427C" w:rsidRPr="001B427C">
        <w:rPr>
          <w:i/>
          <w:sz w:val="28"/>
          <w:szCs w:val="28"/>
        </w:rPr>
        <w:t xml:space="preserve">/т </w:t>
      </w:r>
      <w:r w:rsidR="001B427C" w:rsidRPr="001B427C">
        <w:rPr>
          <w:i/>
          <w:sz w:val="28"/>
          <w:szCs w:val="28"/>
        </w:rPr>
        <w:br/>
      </w:r>
      <w:proofErr w:type="spellStart"/>
      <w:r w:rsidR="001B427C" w:rsidRPr="001B427C">
        <w:rPr>
          <w:i/>
          <w:sz w:val="28"/>
          <w:szCs w:val="28"/>
        </w:rPr>
        <w:t>Очікувана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ціна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gramStart"/>
      <w:r w:rsidR="001B427C" w:rsidRPr="001B427C">
        <w:rPr>
          <w:b/>
          <w:bCs/>
          <w:i/>
          <w:sz w:val="28"/>
          <w:szCs w:val="28"/>
        </w:rPr>
        <w:t>на</w:t>
      </w:r>
      <w:proofErr w:type="gramEnd"/>
      <w:r w:rsidR="001B427C" w:rsidRPr="001B427C">
        <w:rPr>
          <w:b/>
          <w:bCs/>
          <w:i/>
          <w:sz w:val="28"/>
          <w:szCs w:val="28"/>
        </w:rPr>
        <w:t xml:space="preserve"> 1100 </w:t>
      </w:r>
      <w:proofErr w:type="spellStart"/>
      <w:r w:rsidR="001B427C" w:rsidRPr="001B427C">
        <w:rPr>
          <w:b/>
          <w:bCs/>
          <w:i/>
          <w:sz w:val="28"/>
          <w:szCs w:val="28"/>
        </w:rPr>
        <w:t>грн</w:t>
      </w:r>
      <w:proofErr w:type="spellEnd"/>
      <w:r w:rsidR="001B427C" w:rsidRPr="001B427C">
        <w:rPr>
          <w:b/>
          <w:bCs/>
          <w:i/>
          <w:sz w:val="28"/>
          <w:szCs w:val="28"/>
        </w:rPr>
        <w:t xml:space="preserve">/т </w:t>
      </w:r>
      <w:proofErr w:type="spellStart"/>
      <w:r w:rsidR="001B427C" w:rsidRPr="001B427C">
        <w:rPr>
          <w:b/>
          <w:bCs/>
          <w:i/>
          <w:sz w:val="28"/>
          <w:szCs w:val="28"/>
        </w:rPr>
        <w:t>вища</w:t>
      </w:r>
      <w:proofErr w:type="spellEnd"/>
      <w:r w:rsidR="001B427C" w:rsidRPr="001B427C">
        <w:rPr>
          <w:i/>
          <w:sz w:val="28"/>
          <w:szCs w:val="28"/>
        </w:rPr>
        <w:t xml:space="preserve"> за </w:t>
      </w:r>
      <w:proofErr w:type="spellStart"/>
      <w:r w:rsidR="001B427C" w:rsidRPr="001B427C">
        <w:rPr>
          <w:i/>
          <w:sz w:val="28"/>
          <w:szCs w:val="28"/>
        </w:rPr>
        <w:t>собівартість</w:t>
      </w:r>
      <w:proofErr w:type="spellEnd"/>
      <w:r w:rsidR="001B427C" w:rsidRPr="001B427C">
        <w:rPr>
          <w:i/>
          <w:sz w:val="28"/>
          <w:szCs w:val="28"/>
        </w:rPr>
        <w:t>.</w:t>
      </w:r>
      <w:r w:rsidR="001B427C" w:rsidRPr="001B427C">
        <w:rPr>
          <w:sz w:val="28"/>
          <w:szCs w:val="28"/>
        </w:rPr>
        <w:br/>
      </w:r>
      <w:r w:rsidRPr="001B427C">
        <w:rPr>
          <w:b/>
          <w:sz w:val="28"/>
          <w:szCs w:val="28"/>
        </w:rPr>
        <w:br/>
      </w:r>
      <w:r w:rsidRPr="001B427C">
        <w:rPr>
          <w:sz w:val="28"/>
          <w:szCs w:val="28"/>
        </w:rPr>
        <w:t xml:space="preserve">3. </w:t>
      </w:r>
      <w:proofErr w:type="spellStart"/>
      <w:r w:rsidRPr="001B427C">
        <w:rPr>
          <w:sz w:val="28"/>
          <w:szCs w:val="28"/>
        </w:rPr>
        <w:t>Прийміть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управлінське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proofErr w:type="gramStart"/>
      <w:r w:rsidRPr="001B427C">
        <w:rPr>
          <w:sz w:val="28"/>
          <w:szCs w:val="28"/>
        </w:rPr>
        <w:t>р</w:t>
      </w:r>
      <w:proofErr w:type="gramEnd"/>
      <w:r w:rsidRPr="001B427C">
        <w:rPr>
          <w:sz w:val="28"/>
          <w:szCs w:val="28"/>
        </w:rPr>
        <w:t>ішення</w:t>
      </w:r>
      <w:proofErr w:type="spellEnd"/>
      <w:r w:rsidRPr="001B427C">
        <w:rPr>
          <w:sz w:val="28"/>
          <w:szCs w:val="28"/>
        </w:rPr>
        <w:t xml:space="preserve">: </w:t>
      </w:r>
      <w:proofErr w:type="spellStart"/>
      <w:r w:rsidRPr="001B427C">
        <w:rPr>
          <w:sz w:val="28"/>
          <w:szCs w:val="28"/>
        </w:rPr>
        <w:t>продавати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чи</w:t>
      </w:r>
      <w:proofErr w:type="spellEnd"/>
      <w:r w:rsidRPr="001B427C">
        <w:rPr>
          <w:sz w:val="28"/>
          <w:szCs w:val="28"/>
        </w:rPr>
        <w:t xml:space="preserve"> </w:t>
      </w:r>
      <w:proofErr w:type="spellStart"/>
      <w:r w:rsidRPr="001B427C">
        <w:rPr>
          <w:sz w:val="28"/>
          <w:szCs w:val="28"/>
        </w:rPr>
        <w:t>зберігати</w:t>
      </w:r>
      <w:proofErr w:type="spellEnd"/>
      <w:r w:rsidRPr="001B427C">
        <w:rPr>
          <w:sz w:val="28"/>
          <w:szCs w:val="28"/>
        </w:rPr>
        <w:t>.</w:t>
      </w:r>
      <w:r w:rsidR="001B427C" w:rsidRPr="001B427C">
        <w:rPr>
          <w:sz w:val="28"/>
          <w:szCs w:val="28"/>
        </w:rPr>
        <w:br/>
      </w:r>
      <w:proofErr w:type="spellStart"/>
      <w:proofErr w:type="gramStart"/>
      <w:r w:rsidR="001B427C" w:rsidRPr="001B427C">
        <w:rPr>
          <w:b/>
          <w:bCs/>
          <w:i/>
          <w:sz w:val="28"/>
          <w:szCs w:val="28"/>
        </w:rPr>
        <w:t>Доц</w:t>
      </w:r>
      <w:proofErr w:type="gramEnd"/>
      <w:r w:rsidR="001B427C" w:rsidRPr="001B427C">
        <w:rPr>
          <w:b/>
          <w:bCs/>
          <w:i/>
          <w:sz w:val="28"/>
          <w:szCs w:val="28"/>
        </w:rPr>
        <w:t>ільно</w:t>
      </w:r>
      <w:proofErr w:type="spellEnd"/>
      <w:r w:rsidR="001B427C" w:rsidRPr="001B427C">
        <w:rPr>
          <w:b/>
          <w:bCs/>
          <w:i/>
          <w:sz w:val="28"/>
          <w:szCs w:val="28"/>
        </w:rPr>
        <w:t xml:space="preserve"> </w:t>
      </w:r>
      <w:proofErr w:type="spellStart"/>
      <w:r w:rsidR="001B427C" w:rsidRPr="001B427C">
        <w:rPr>
          <w:b/>
          <w:bCs/>
          <w:i/>
          <w:sz w:val="28"/>
          <w:szCs w:val="28"/>
        </w:rPr>
        <w:t>продавати</w:t>
      </w:r>
      <w:proofErr w:type="spellEnd"/>
      <w:r w:rsidR="001B427C" w:rsidRPr="001B427C">
        <w:rPr>
          <w:i/>
          <w:sz w:val="28"/>
          <w:szCs w:val="28"/>
        </w:rPr>
        <w:t xml:space="preserve">, </w:t>
      </w:r>
      <w:proofErr w:type="spellStart"/>
      <w:r w:rsidR="001B427C" w:rsidRPr="001B427C">
        <w:rPr>
          <w:i/>
          <w:sz w:val="28"/>
          <w:szCs w:val="28"/>
        </w:rPr>
        <w:t>оскільки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середньозважена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очікувана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ціна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перевищує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собівартість</w:t>
      </w:r>
      <w:proofErr w:type="spellEnd"/>
      <w:r w:rsidR="001B427C" w:rsidRPr="001B427C">
        <w:rPr>
          <w:i/>
          <w:sz w:val="28"/>
          <w:szCs w:val="28"/>
        </w:rPr>
        <w:t xml:space="preserve"> і </w:t>
      </w:r>
      <w:proofErr w:type="spellStart"/>
      <w:r w:rsidR="001B427C" w:rsidRPr="001B427C">
        <w:rPr>
          <w:i/>
          <w:sz w:val="28"/>
          <w:szCs w:val="28"/>
        </w:rPr>
        <w:t>забезпечує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прибуток</w:t>
      </w:r>
      <w:proofErr w:type="spellEnd"/>
      <w:r w:rsidR="001B427C" w:rsidRPr="001B427C">
        <w:rPr>
          <w:i/>
          <w:sz w:val="28"/>
          <w:szCs w:val="28"/>
        </w:rPr>
        <w:t>.</w:t>
      </w:r>
      <w:r w:rsidR="001B427C" w:rsidRPr="001B427C">
        <w:rPr>
          <w:i/>
          <w:sz w:val="28"/>
          <w:szCs w:val="28"/>
          <w:lang w:val="uk-UA"/>
        </w:rPr>
        <w:br/>
      </w:r>
      <w:proofErr w:type="spellStart"/>
      <w:r w:rsidR="001B427C" w:rsidRPr="001B427C">
        <w:rPr>
          <w:b/>
          <w:bCs/>
          <w:i/>
          <w:sz w:val="28"/>
          <w:szCs w:val="28"/>
        </w:rPr>
        <w:t>Висновок</w:t>
      </w:r>
      <w:proofErr w:type="spellEnd"/>
      <w:r w:rsidR="001B427C" w:rsidRPr="001B427C">
        <w:rPr>
          <w:b/>
          <w:bCs/>
          <w:i/>
          <w:sz w:val="28"/>
          <w:szCs w:val="28"/>
        </w:rPr>
        <w:t>:</w:t>
      </w:r>
      <w:r w:rsidR="001B427C" w:rsidRPr="001B427C">
        <w:rPr>
          <w:i/>
          <w:sz w:val="28"/>
          <w:szCs w:val="28"/>
        </w:rPr>
        <w:t xml:space="preserve"> за </w:t>
      </w:r>
      <w:proofErr w:type="spellStart"/>
      <w:r w:rsidR="001B427C" w:rsidRPr="001B427C">
        <w:rPr>
          <w:i/>
          <w:sz w:val="28"/>
          <w:szCs w:val="28"/>
        </w:rPr>
        <w:t>наявних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ризиків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реалізація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продукції</w:t>
      </w:r>
      <w:proofErr w:type="spellEnd"/>
      <w:r w:rsidR="001B427C" w:rsidRPr="001B427C">
        <w:rPr>
          <w:i/>
          <w:sz w:val="28"/>
          <w:szCs w:val="28"/>
        </w:rPr>
        <w:t xml:space="preserve"> є </w:t>
      </w:r>
      <w:proofErr w:type="spellStart"/>
      <w:r w:rsidR="001B427C" w:rsidRPr="001B427C">
        <w:rPr>
          <w:i/>
          <w:sz w:val="28"/>
          <w:szCs w:val="28"/>
        </w:rPr>
        <w:t>економічно</w:t>
      </w:r>
      <w:proofErr w:type="spellEnd"/>
      <w:r w:rsidR="001B427C" w:rsidRPr="001B427C">
        <w:rPr>
          <w:i/>
          <w:sz w:val="28"/>
          <w:szCs w:val="28"/>
        </w:rPr>
        <w:t xml:space="preserve"> </w:t>
      </w:r>
      <w:proofErr w:type="spellStart"/>
      <w:r w:rsidR="001B427C" w:rsidRPr="001B427C">
        <w:rPr>
          <w:i/>
          <w:sz w:val="28"/>
          <w:szCs w:val="28"/>
        </w:rPr>
        <w:t>обґрунтованою</w:t>
      </w:r>
      <w:proofErr w:type="spellEnd"/>
      <w:r w:rsidR="001B427C" w:rsidRPr="001B427C">
        <w:rPr>
          <w:i/>
          <w:sz w:val="28"/>
          <w:szCs w:val="28"/>
        </w:rPr>
        <w:t>.</w:t>
      </w:r>
    </w:p>
    <w:p w:rsidR="00B7247E" w:rsidRPr="001B427C" w:rsidRDefault="00175E21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5.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Розробка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цінової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стратегії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(кейс)</w:t>
      </w:r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Ситуація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Агропідприємство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виходить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ринок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органічної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овочі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1B427C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1.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Оберіть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цінову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стратегію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7247E" w:rsidRPr="001B427C" w:rsidRDefault="00175E21" w:rsidP="00175E21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прем</w:t>
      </w:r>
      <w:proofErr w:type="gramEnd"/>
      <w:r w:rsidRPr="001B427C">
        <w:rPr>
          <w:rFonts w:ascii="Times New Roman" w:hAnsi="Times New Roman" w:cs="Times New Roman"/>
          <w:sz w:val="28"/>
          <w:szCs w:val="28"/>
          <w:lang w:val="ru-RU"/>
        </w:rPr>
        <w:t>іальна</w:t>
      </w:r>
      <w:proofErr w:type="spellEnd"/>
    </w:p>
    <w:p w:rsidR="00B7247E" w:rsidRPr="001B427C" w:rsidRDefault="00175E21" w:rsidP="00175E21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проникнення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ринок</w:t>
      </w:r>
      <w:proofErr w:type="spellEnd"/>
    </w:p>
    <w:p w:rsidR="00B7247E" w:rsidRPr="001B427C" w:rsidRDefault="00175E21" w:rsidP="00175E21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конкурентна</w:t>
      </w:r>
      <w:proofErr w:type="spellEnd"/>
    </w:p>
    <w:p w:rsidR="00B7247E" w:rsidRPr="001B427C" w:rsidRDefault="00175E21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Обґрунтуйте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вибір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3.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Визначте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стартову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ціну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(з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урахуванням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висока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сертифікація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обмежена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пропозиція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).</w:t>
      </w:r>
      <w:r w:rsidRPr="001B427C">
        <w:rPr>
          <w:rFonts w:ascii="Times New Roman" w:hAnsi="Times New Roman" w:cs="Times New Roman"/>
          <w:sz w:val="28"/>
          <w:szCs w:val="28"/>
          <w:lang w:val="ru-RU"/>
        </w:rPr>
        <w:br/>
        <w:t xml:space="preserve">4.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Опишіть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змінюватиметься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 xml:space="preserve"> року (</w:t>
      </w:r>
      <w:proofErr w:type="spellStart"/>
      <w:r w:rsidRPr="001B427C">
        <w:rPr>
          <w:rFonts w:ascii="Times New Roman" w:hAnsi="Times New Roman" w:cs="Times New Roman"/>
          <w:sz w:val="28"/>
          <w:szCs w:val="28"/>
          <w:lang w:val="ru-RU"/>
        </w:rPr>
        <w:t>сезонність</w:t>
      </w:r>
      <w:proofErr w:type="spellEnd"/>
      <w:r w:rsidRPr="001B427C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1B427C" w:rsidRPr="001B427C" w:rsidRDefault="001B427C" w:rsidP="001B427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1.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Обрана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цінова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стратегія</w:t>
      </w:r>
      <w:proofErr w:type="spellEnd"/>
      <w:proofErr w:type="gram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proofErr w:type="spellStart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П</w:t>
      </w:r>
      <w:proofErr w:type="gramEnd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реміальна</w:t>
      </w:r>
      <w:proofErr w:type="spellEnd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стратегія.</w:t>
      </w: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2.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Обґрунтування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вибору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Преміальна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стратегія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є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найбільш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proofErr w:type="gram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доц</w:t>
      </w:r>
      <w:proofErr w:type="gram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ільною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, тому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що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:</w:t>
      </w:r>
    </w:p>
    <w:p w:rsidR="001B427C" w:rsidRPr="001B427C" w:rsidRDefault="001B427C" w:rsidP="001B4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1B427C">
        <w:rPr>
          <w:rFonts w:ascii="Times New Roman" w:hAnsi="Times New Roman" w:cs="Times New Roman"/>
          <w:i/>
          <w:sz w:val="28"/>
          <w:szCs w:val="28"/>
        </w:rPr>
        <w:t>продукція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</w:rPr>
        <w:t>має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>високу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>якість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:rsidR="001B427C" w:rsidRPr="001B427C" w:rsidRDefault="001B427C" w:rsidP="001B4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B427C">
        <w:rPr>
          <w:rFonts w:ascii="Times New Roman" w:hAnsi="Times New Roman" w:cs="Times New Roman"/>
          <w:i/>
          <w:sz w:val="28"/>
          <w:szCs w:val="28"/>
        </w:rPr>
        <w:t xml:space="preserve">є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>сертифікація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>органічного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</w:rPr>
        <w:t>виробництва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:rsidR="001B427C" w:rsidRPr="001B427C" w:rsidRDefault="001B427C" w:rsidP="001B4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органічна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продукція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має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вищу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споживчу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цінність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</w:p>
    <w:p w:rsidR="001B427C" w:rsidRPr="001B427C" w:rsidRDefault="001B427C" w:rsidP="001B4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gram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на</w:t>
      </w:r>
      <w:proofErr w:type="gram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ринку</w:t>
      </w:r>
      <w:proofErr w:type="gram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часто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спостерігається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обмежена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пропозиція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такої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продукції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</w:p>
    <w:p w:rsidR="001B427C" w:rsidRPr="001B427C" w:rsidRDefault="001B427C" w:rsidP="001B427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покупці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органічних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овочів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готові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платити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більше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за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безпечність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натуральність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</w:p>
    <w:p w:rsidR="001B427C" w:rsidRPr="001B427C" w:rsidRDefault="001B427C" w:rsidP="001B427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3.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Визначення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стартової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ціни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Стартова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gram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повинна</w:t>
      </w:r>
      <w:proofErr w:type="gram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бути </w:t>
      </w:r>
      <w:proofErr w:type="spellStart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вищою</w:t>
      </w:r>
      <w:proofErr w:type="spellEnd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за </w:t>
      </w:r>
      <w:proofErr w:type="spellStart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середньоринкову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для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звичайної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продукції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приблизно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на </w:t>
      </w:r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20–30%</w:t>
      </w: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.</w:t>
      </w: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Наприклад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,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якщо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середня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звичайних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овочів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становить </w:t>
      </w:r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40 </w:t>
      </w:r>
      <w:proofErr w:type="spellStart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грн</w:t>
      </w:r>
      <w:proofErr w:type="spellEnd"/>
      <w:r w:rsidRPr="001B427C">
        <w:rPr>
          <w:rStyle w:val="af6"/>
          <w:rFonts w:ascii="Times New Roman" w:hAnsi="Times New Roman" w:cs="Times New Roman"/>
          <w:i/>
          <w:color w:val="auto"/>
          <w:sz w:val="28"/>
          <w:szCs w:val="28"/>
          <w:lang w:val="ru-RU"/>
        </w:rPr>
        <w:t>/кг</w:t>
      </w: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,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тоді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стартова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органічної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продукції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може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бути:</w:t>
      </w:r>
    </w:p>
    <w:p w:rsidR="001B427C" w:rsidRPr="001B427C" w:rsidRDefault="001B427C" w:rsidP="001B427C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40×1,25=50</w:t>
      </w:r>
      <w:r w:rsidRPr="001B427C">
        <w:rPr>
          <w:rStyle w:val="katex-mathml"/>
          <w:rFonts w:ascii="Times New Roman" w:hAnsi="Times New Roman" w:cs="Times New Roman"/>
          <w:i/>
          <w:sz w:val="28"/>
          <w:szCs w:val="28"/>
        </w:rPr>
        <w:t> </w:t>
      </w:r>
      <w:proofErr w:type="spellStart"/>
      <w:r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грн</w:t>
      </w:r>
      <w:proofErr w:type="spellEnd"/>
      <w:r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t>/кг</w:t>
      </w:r>
      <w:r w:rsidRPr="001B427C">
        <w:rPr>
          <w:rStyle w:val="katex-mathml"/>
          <w:rFonts w:ascii="Times New Roman" w:hAnsi="Times New Roman" w:cs="Times New Roman"/>
          <w:i/>
          <w:sz w:val="28"/>
          <w:szCs w:val="28"/>
          <w:lang w:val="ru-RU"/>
        </w:rPr>
        <w:br/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Отже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стартову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ціну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доц</w:t>
      </w:r>
      <w:proofErr w:type="gram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ільно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встановити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рівні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50 </w:t>
      </w: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грн</w:t>
      </w:r>
      <w:proofErr w:type="spell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/кг.</w:t>
      </w:r>
    </w:p>
    <w:p w:rsidR="001B427C" w:rsidRPr="001B427C" w:rsidRDefault="001B427C" w:rsidP="001B427C">
      <w:pPr>
        <w:pStyle w:val="31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4. Як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змінюватиметься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протягом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року</w:t>
      </w:r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br/>
      </w:r>
      <w:proofErr w:type="spellStart"/>
      <w:proofErr w:type="gram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Ц</w:t>
      </w:r>
      <w:proofErr w:type="gram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іна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протягом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року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змінюватиметься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з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урахуванням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сезонності</w:t>
      </w:r>
      <w:proofErr w:type="spellEnd"/>
      <w:r w:rsidRPr="001B427C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:</w:t>
      </w:r>
    </w:p>
    <w:p w:rsidR="001B427C" w:rsidRPr="001B427C" w:rsidRDefault="001B427C" w:rsidP="001B427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навесні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буде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вищою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через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меншу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пропозицію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</w:p>
    <w:p w:rsidR="001B427C" w:rsidRPr="001B427C" w:rsidRDefault="001B427C" w:rsidP="001B427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proofErr w:type="gram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вл</w:t>
      </w:r>
      <w:proofErr w:type="gramEnd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ітку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можливо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незначне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зниження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через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масове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надходження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продукції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</w:p>
    <w:p w:rsidR="001B427C" w:rsidRPr="001B427C" w:rsidRDefault="001B427C" w:rsidP="001B427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восени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може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бути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помірною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період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активного</w:t>
      </w:r>
      <w:proofErr w:type="gram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збору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врожаю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; </w:t>
      </w:r>
    </w:p>
    <w:p w:rsidR="001B427C" w:rsidRPr="001B427C" w:rsidRDefault="001B427C" w:rsidP="001B427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1B427C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взимку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ціна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знову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зростатиме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через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дефіцит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св</w:t>
      </w:r>
      <w:proofErr w:type="gram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іжої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продукції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витрати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>зберігання</w:t>
      </w:r>
      <w:proofErr w:type="spellEnd"/>
      <w:r w:rsidRPr="001B427C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</w:p>
    <w:p w:rsidR="001B427C" w:rsidRPr="001B427C" w:rsidRDefault="001B427C" w:rsidP="001B427C">
      <w:pPr>
        <w:pStyle w:val="aff8"/>
        <w:rPr>
          <w:i/>
          <w:sz w:val="28"/>
          <w:szCs w:val="28"/>
        </w:rPr>
      </w:pPr>
      <w:proofErr w:type="spellStart"/>
      <w:r w:rsidRPr="001B427C">
        <w:rPr>
          <w:rStyle w:val="af6"/>
          <w:i/>
          <w:sz w:val="28"/>
          <w:szCs w:val="28"/>
        </w:rPr>
        <w:t>Висновок</w:t>
      </w:r>
      <w:proofErr w:type="spellEnd"/>
      <w:r w:rsidRPr="001B427C">
        <w:rPr>
          <w:rStyle w:val="af6"/>
          <w:i/>
          <w:sz w:val="28"/>
          <w:szCs w:val="28"/>
        </w:rPr>
        <w:t>:</w:t>
      </w:r>
      <w:r w:rsidRPr="001B427C">
        <w:rPr>
          <w:i/>
          <w:sz w:val="28"/>
          <w:szCs w:val="28"/>
        </w:rPr>
        <w:t xml:space="preserve"> для </w:t>
      </w:r>
      <w:proofErr w:type="spellStart"/>
      <w:r w:rsidRPr="001B427C">
        <w:rPr>
          <w:i/>
          <w:sz w:val="28"/>
          <w:szCs w:val="28"/>
        </w:rPr>
        <w:t>органічної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r w:rsidRPr="001B427C">
        <w:rPr>
          <w:i/>
          <w:sz w:val="28"/>
          <w:szCs w:val="28"/>
        </w:rPr>
        <w:t>продукції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proofErr w:type="gramStart"/>
      <w:r w:rsidRPr="001B427C">
        <w:rPr>
          <w:i/>
          <w:sz w:val="28"/>
          <w:szCs w:val="28"/>
        </w:rPr>
        <w:t>доц</w:t>
      </w:r>
      <w:proofErr w:type="gramEnd"/>
      <w:r w:rsidRPr="001B427C">
        <w:rPr>
          <w:i/>
          <w:sz w:val="28"/>
          <w:szCs w:val="28"/>
        </w:rPr>
        <w:t>ільно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r w:rsidRPr="001B427C">
        <w:rPr>
          <w:i/>
          <w:sz w:val="28"/>
          <w:szCs w:val="28"/>
        </w:rPr>
        <w:t>використовувати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r w:rsidRPr="001B427C">
        <w:rPr>
          <w:i/>
          <w:sz w:val="28"/>
          <w:szCs w:val="28"/>
        </w:rPr>
        <w:t>преміальну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r w:rsidRPr="001B427C">
        <w:rPr>
          <w:i/>
          <w:sz w:val="28"/>
          <w:szCs w:val="28"/>
        </w:rPr>
        <w:t>стратегію</w:t>
      </w:r>
      <w:proofErr w:type="spellEnd"/>
      <w:r w:rsidRPr="001B427C">
        <w:rPr>
          <w:i/>
          <w:sz w:val="28"/>
          <w:szCs w:val="28"/>
        </w:rPr>
        <w:t xml:space="preserve"> з </w:t>
      </w:r>
      <w:proofErr w:type="spellStart"/>
      <w:r w:rsidRPr="001B427C">
        <w:rPr>
          <w:i/>
          <w:sz w:val="28"/>
          <w:szCs w:val="28"/>
        </w:rPr>
        <w:t>гнучким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r w:rsidRPr="001B427C">
        <w:rPr>
          <w:i/>
          <w:sz w:val="28"/>
          <w:szCs w:val="28"/>
        </w:rPr>
        <w:t>сезонним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r w:rsidRPr="001B427C">
        <w:rPr>
          <w:i/>
          <w:sz w:val="28"/>
          <w:szCs w:val="28"/>
        </w:rPr>
        <w:t>коригуванням</w:t>
      </w:r>
      <w:proofErr w:type="spellEnd"/>
      <w:r w:rsidRPr="001B427C">
        <w:rPr>
          <w:i/>
          <w:sz w:val="28"/>
          <w:szCs w:val="28"/>
        </w:rPr>
        <w:t xml:space="preserve"> </w:t>
      </w:r>
      <w:proofErr w:type="spellStart"/>
      <w:r w:rsidRPr="001B427C">
        <w:rPr>
          <w:i/>
          <w:sz w:val="28"/>
          <w:szCs w:val="28"/>
        </w:rPr>
        <w:t>ціни</w:t>
      </w:r>
      <w:proofErr w:type="spellEnd"/>
      <w:r w:rsidRPr="001B427C">
        <w:rPr>
          <w:i/>
          <w:sz w:val="28"/>
          <w:szCs w:val="28"/>
        </w:rPr>
        <w:t>.</w:t>
      </w:r>
    </w:p>
    <w:p w:rsidR="00B7247E" w:rsidRPr="00175E21" w:rsidRDefault="00B7247E">
      <w:pPr>
        <w:rPr>
          <w:lang w:val="ru-RU"/>
        </w:rPr>
      </w:pPr>
    </w:p>
    <w:sectPr w:rsidR="00B7247E" w:rsidRPr="00175E2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9203E33"/>
    <w:multiLevelType w:val="multilevel"/>
    <w:tmpl w:val="FB9A0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C1408E5"/>
    <w:multiLevelType w:val="multilevel"/>
    <w:tmpl w:val="C0FC1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0BC3B16"/>
    <w:multiLevelType w:val="hybridMultilevel"/>
    <w:tmpl w:val="13863DA8"/>
    <w:lvl w:ilvl="0" w:tplc="041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>
    <w:nsid w:val="38E31A47"/>
    <w:multiLevelType w:val="multilevel"/>
    <w:tmpl w:val="AEB02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E10CAC"/>
    <w:multiLevelType w:val="multilevel"/>
    <w:tmpl w:val="CD3AA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83138E"/>
    <w:multiLevelType w:val="hybridMultilevel"/>
    <w:tmpl w:val="1DEA007C"/>
    <w:lvl w:ilvl="0" w:tplc="E85C9240">
      <w:numFmt w:val="bullet"/>
      <w:lvlText w:val=""/>
      <w:lvlJc w:val="left"/>
      <w:pPr>
        <w:ind w:left="504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4"/>
  </w:num>
  <w:num w:numId="12">
    <w:abstractNumId w:val="10"/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41DA4"/>
    <w:rsid w:val="0015074B"/>
    <w:rsid w:val="00175E21"/>
    <w:rsid w:val="001B427C"/>
    <w:rsid w:val="0029639D"/>
    <w:rsid w:val="00326F90"/>
    <w:rsid w:val="00AA1D8D"/>
    <w:rsid w:val="00B47730"/>
    <w:rsid w:val="00B7247E"/>
    <w:rsid w:val="00CB0664"/>
    <w:rsid w:val="00DF7AA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DF7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DF7AAE"/>
  </w:style>
  <w:style w:type="character" w:customStyle="1" w:styleId="mord">
    <w:name w:val="mord"/>
    <w:basedOn w:val="a2"/>
    <w:rsid w:val="00DF7AAE"/>
  </w:style>
  <w:style w:type="character" w:customStyle="1" w:styleId="mbin">
    <w:name w:val="mbin"/>
    <w:basedOn w:val="a2"/>
    <w:rsid w:val="00DF7AAE"/>
  </w:style>
  <w:style w:type="character" w:customStyle="1" w:styleId="vlist-s">
    <w:name w:val="vlist-s"/>
    <w:basedOn w:val="a2"/>
    <w:rsid w:val="00DF7AAE"/>
  </w:style>
  <w:style w:type="character" w:customStyle="1" w:styleId="mrel">
    <w:name w:val="mrel"/>
    <w:basedOn w:val="a2"/>
    <w:rsid w:val="00DF7AAE"/>
  </w:style>
  <w:style w:type="character" w:styleId="aff9">
    <w:name w:val="Placeholder Text"/>
    <w:basedOn w:val="a2"/>
    <w:uiPriority w:val="99"/>
    <w:semiHidden/>
    <w:rsid w:val="00DF7AAE"/>
    <w:rPr>
      <w:color w:val="808080"/>
    </w:rPr>
  </w:style>
  <w:style w:type="paragraph" w:styleId="affa">
    <w:name w:val="Balloon Text"/>
    <w:basedOn w:val="a1"/>
    <w:link w:val="affb"/>
    <w:uiPriority w:val="99"/>
    <w:semiHidden/>
    <w:unhideWhenUsed/>
    <w:rsid w:val="00DF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DF7AAE"/>
    <w:rPr>
      <w:rFonts w:ascii="Tahoma" w:hAnsi="Tahoma" w:cs="Tahoma"/>
      <w:sz w:val="16"/>
      <w:szCs w:val="16"/>
    </w:rPr>
  </w:style>
  <w:style w:type="character" w:customStyle="1" w:styleId="mpunct">
    <w:name w:val="mpunct"/>
    <w:basedOn w:val="a2"/>
    <w:rsid w:val="00DF7A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DF7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katex-mathml">
    <w:name w:val="katex-mathml"/>
    <w:basedOn w:val="a2"/>
    <w:rsid w:val="00DF7AAE"/>
  </w:style>
  <w:style w:type="character" w:customStyle="1" w:styleId="mord">
    <w:name w:val="mord"/>
    <w:basedOn w:val="a2"/>
    <w:rsid w:val="00DF7AAE"/>
  </w:style>
  <w:style w:type="character" w:customStyle="1" w:styleId="mbin">
    <w:name w:val="mbin"/>
    <w:basedOn w:val="a2"/>
    <w:rsid w:val="00DF7AAE"/>
  </w:style>
  <w:style w:type="character" w:customStyle="1" w:styleId="vlist-s">
    <w:name w:val="vlist-s"/>
    <w:basedOn w:val="a2"/>
    <w:rsid w:val="00DF7AAE"/>
  </w:style>
  <w:style w:type="character" w:customStyle="1" w:styleId="mrel">
    <w:name w:val="mrel"/>
    <w:basedOn w:val="a2"/>
    <w:rsid w:val="00DF7AAE"/>
  </w:style>
  <w:style w:type="character" w:styleId="aff9">
    <w:name w:val="Placeholder Text"/>
    <w:basedOn w:val="a2"/>
    <w:uiPriority w:val="99"/>
    <w:semiHidden/>
    <w:rsid w:val="00DF7AAE"/>
    <w:rPr>
      <w:color w:val="808080"/>
    </w:rPr>
  </w:style>
  <w:style w:type="paragraph" w:styleId="affa">
    <w:name w:val="Balloon Text"/>
    <w:basedOn w:val="a1"/>
    <w:link w:val="affb"/>
    <w:uiPriority w:val="99"/>
    <w:semiHidden/>
    <w:unhideWhenUsed/>
    <w:rsid w:val="00DF7A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b">
    <w:name w:val="Текст выноски Знак"/>
    <w:basedOn w:val="a2"/>
    <w:link w:val="affa"/>
    <w:uiPriority w:val="99"/>
    <w:semiHidden/>
    <w:rsid w:val="00DF7AAE"/>
    <w:rPr>
      <w:rFonts w:ascii="Tahoma" w:hAnsi="Tahoma" w:cs="Tahoma"/>
      <w:sz w:val="16"/>
      <w:szCs w:val="16"/>
    </w:rPr>
  </w:style>
  <w:style w:type="character" w:customStyle="1" w:styleId="mpunct">
    <w:name w:val="mpunct"/>
    <w:basedOn w:val="a2"/>
    <w:rsid w:val="00DF7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5D16296-0032-4470-AA1A-D39FD2E01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790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5286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3</cp:revision>
  <dcterms:created xsi:type="dcterms:W3CDTF">2013-12-23T23:15:00Z</dcterms:created>
  <dcterms:modified xsi:type="dcterms:W3CDTF">2026-04-19T15:38:00Z</dcterms:modified>
  <cp:category/>
</cp:coreProperties>
</file>