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9D" w:rsidRPr="00E876C5" w:rsidRDefault="005C0E9D" w:rsidP="005C0E9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</w:t>
      </w:r>
      <w:r w:rsidR="00E876C5"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</w:t>
      </w:r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>Практичні</w:t>
      </w:r>
      <w:proofErr w:type="spellEnd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>заняття</w:t>
      </w:r>
      <w:proofErr w:type="spellEnd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8 – 9</w:t>
      </w:r>
      <w:r w:rsidR="00E876C5" w:rsidRPr="00E876C5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Тема: </w:t>
      </w:r>
      <w:proofErr w:type="spellStart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>Планування</w:t>
      </w:r>
      <w:proofErr w:type="spellEnd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>розвитку</w:t>
      </w:r>
      <w:proofErr w:type="spellEnd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>аграрних</w:t>
      </w:r>
      <w:proofErr w:type="spellEnd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>формувань</w:t>
      </w:r>
      <w:proofErr w:type="spellEnd"/>
      <w:r w:rsidRPr="00E876C5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Мета </w:t>
      </w:r>
      <w:proofErr w:type="spellStart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>заняття</w:t>
      </w:r>
      <w:proofErr w:type="spellEnd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sz w:val="28"/>
          <w:szCs w:val="28"/>
          <w:lang w:val="ru-RU"/>
        </w:rPr>
        <w:t>засвоїти</w:t>
      </w:r>
      <w:proofErr w:type="spellEnd"/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E876C5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E876C5">
        <w:rPr>
          <w:rFonts w:ascii="Times New Roman" w:hAnsi="Times New Roman" w:cs="Times New Roman"/>
          <w:sz w:val="28"/>
          <w:szCs w:val="28"/>
          <w:lang w:val="ru-RU"/>
        </w:rPr>
        <w:t>ідходи</w:t>
      </w:r>
      <w:proofErr w:type="spellEnd"/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sz w:val="28"/>
          <w:szCs w:val="28"/>
          <w:lang w:val="ru-RU"/>
        </w:rPr>
        <w:t>планування</w:t>
      </w:r>
      <w:proofErr w:type="spellEnd"/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sz w:val="28"/>
          <w:szCs w:val="28"/>
          <w:lang w:val="ru-RU"/>
        </w:rPr>
        <w:t>галузі</w:t>
      </w:r>
      <w:proofErr w:type="spellEnd"/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sz w:val="28"/>
          <w:szCs w:val="28"/>
          <w:lang w:val="ru-RU"/>
        </w:rPr>
        <w:t>рослинництва</w:t>
      </w:r>
      <w:proofErr w:type="spellEnd"/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sz w:val="28"/>
          <w:szCs w:val="28"/>
          <w:lang w:val="ru-RU"/>
        </w:rPr>
        <w:t>аграрних</w:t>
      </w:r>
      <w:proofErr w:type="spellEnd"/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sz w:val="28"/>
          <w:szCs w:val="28"/>
          <w:lang w:val="ru-RU"/>
        </w:rPr>
        <w:t>підприємств</w:t>
      </w:r>
      <w:proofErr w:type="spellEnd"/>
      <w:r w:rsidRPr="00E876C5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1.</w:t>
      </w:r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sz w:val="28"/>
          <w:szCs w:val="28"/>
          <w:lang w:val="ru-RU"/>
        </w:rPr>
        <w:t>показників</w:t>
      </w:r>
      <w:proofErr w:type="spellEnd"/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sz w:val="28"/>
          <w:szCs w:val="28"/>
          <w:lang w:val="ru-RU"/>
        </w:rPr>
        <w:t>галузей</w:t>
      </w:r>
      <w:proofErr w:type="spellEnd"/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sz w:val="28"/>
          <w:szCs w:val="28"/>
          <w:lang w:val="ru-RU"/>
        </w:rPr>
        <w:t>рослинництва</w:t>
      </w:r>
      <w:proofErr w:type="spellEnd"/>
      <w:r w:rsidRPr="00E876C5">
        <w:rPr>
          <w:rFonts w:ascii="Times New Roman" w:hAnsi="Times New Roman" w:cs="Times New Roman"/>
          <w:sz w:val="28"/>
          <w:szCs w:val="28"/>
          <w:lang w:val="ru-RU"/>
        </w:rPr>
        <w:br/>
        <w:t xml:space="preserve">                                                                                                 </w:t>
      </w:r>
      <w:r w:rsidR="00E876C5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 w:rsidR="00E876C5" w:rsidRPr="00E876C5">
        <w:rPr>
          <w:rFonts w:ascii="Times New Roman" w:hAnsi="Times New Roman" w:cs="Times New Roman"/>
          <w:sz w:val="28"/>
          <w:szCs w:val="28"/>
          <w:lang w:val="ru-RU"/>
        </w:rPr>
        <w:t>Таблиця</w:t>
      </w:r>
      <w:proofErr w:type="spellEnd"/>
      <w:r w:rsidR="00E876C5"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1</w:t>
      </w:r>
      <w:r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</w:t>
      </w:r>
      <w:r w:rsidR="00E876C5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 w:rsidRPr="00E876C5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</w:t>
      </w:r>
      <w:proofErr w:type="spellStart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>Вихідні</w:t>
      </w:r>
      <w:proofErr w:type="spellEnd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76C5">
        <w:rPr>
          <w:rFonts w:ascii="Times New Roman" w:hAnsi="Times New Roman" w:cs="Times New Roman"/>
          <w:b/>
          <w:sz w:val="28"/>
          <w:szCs w:val="28"/>
          <w:lang w:val="ru-RU"/>
        </w:rPr>
        <w:t>дані</w:t>
      </w:r>
      <w:proofErr w:type="spellEnd"/>
    </w:p>
    <w:tbl>
      <w:tblPr>
        <w:tblStyle w:val="aff0"/>
        <w:tblW w:w="10483" w:type="dxa"/>
        <w:tblInd w:w="-459" w:type="dxa"/>
        <w:tblLook w:val="04A0" w:firstRow="1" w:lastRow="0" w:firstColumn="1" w:lastColumn="0" w:noHBand="0" w:noVBand="1"/>
      </w:tblPr>
      <w:tblGrid>
        <w:gridCol w:w="1803"/>
        <w:gridCol w:w="992"/>
        <w:gridCol w:w="1127"/>
        <w:gridCol w:w="992"/>
        <w:gridCol w:w="1127"/>
        <w:gridCol w:w="992"/>
        <w:gridCol w:w="1127"/>
        <w:gridCol w:w="1043"/>
        <w:gridCol w:w="1280"/>
      </w:tblGrid>
      <w:tr w:rsidR="005C0E9D" w:rsidTr="005C0E9D">
        <w:tc>
          <w:tcPr>
            <w:tcW w:w="1803" w:type="dxa"/>
            <w:vMerge w:val="restart"/>
            <w:vAlign w:val="center"/>
          </w:tcPr>
          <w:p w:rsidR="005C0E9D" w:rsidRPr="00E876C5" w:rsidRDefault="005C0E9D" w:rsidP="005C0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6357" w:type="dxa"/>
            <w:gridSpan w:val="6"/>
            <w:vAlign w:val="center"/>
          </w:tcPr>
          <w:p w:rsidR="005C0E9D" w:rsidRPr="00E876C5" w:rsidRDefault="005C0E9D" w:rsidP="005C0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Роки</w:t>
            </w:r>
          </w:p>
        </w:tc>
        <w:tc>
          <w:tcPr>
            <w:tcW w:w="1043" w:type="dxa"/>
            <w:vMerge w:val="restart"/>
            <w:vAlign w:val="center"/>
          </w:tcPr>
          <w:p w:rsidR="005C0E9D" w:rsidRPr="00E876C5" w:rsidRDefault="005C0E9D" w:rsidP="005C0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∑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площ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га</w:t>
            </w:r>
          </w:p>
        </w:tc>
        <w:tc>
          <w:tcPr>
            <w:tcW w:w="1280" w:type="dxa"/>
            <w:vMerge w:val="restart"/>
            <w:vAlign w:val="center"/>
          </w:tcPr>
          <w:p w:rsidR="005C0E9D" w:rsidRPr="00E876C5" w:rsidRDefault="005C0E9D" w:rsidP="005C0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∑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валових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зборів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ц</w:t>
            </w:r>
          </w:p>
        </w:tc>
      </w:tr>
      <w:tr w:rsidR="005C0E9D" w:rsidTr="005C0E9D">
        <w:tc>
          <w:tcPr>
            <w:tcW w:w="1803" w:type="dxa"/>
            <w:vMerge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19" w:type="dxa"/>
            <w:gridSpan w:val="2"/>
            <w:vAlign w:val="center"/>
          </w:tcPr>
          <w:p w:rsidR="005C0E9D" w:rsidRPr="00E876C5" w:rsidRDefault="005C0E9D" w:rsidP="005C0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2023</w:t>
            </w:r>
          </w:p>
        </w:tc>
        <w:tc>
          <w:tcPr>
            <w:tcW w:w="2119" w:type="dxa"/>
            <w:gridSpan w:val="2"/>
            <w:vAlign w:val="center"/>
          </w:tcPr>
          <w:p w:rsidR="005C0E9D" w:rsidRPr="00E876C5" w:rsidRDefault="005C0E9D" w:rsidP="005C0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2024</w:t>
            </w:r>
          </w:p>
        </w:tc>
        <w:tc>
          <w:tcPr>
            <w:tcW w:w="2119" w:type="dxa"/>
            <w:gridSpan w:val="2"/>
            <w:vAlign w:val="center"/>
          </w:tcPr>
          <w:p w:rsidR="005C0E9D" w:rsidRPr="00E876C5" w:rsidRDefault="005C0E9D" w:rsidP="005C0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2025</w:t>
            </w:r>
          </w:p>
        </w:tc>
        <w:tc>
          <w:tcPr>
            <w:tcW w:w="1043" w:type="dxa"/>
            <w:vMerge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80" w:type="dxa"/>
            <w:vMerge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C0E9D" w:rsidTr="005C0E9D">
        <w:tc>
          <w:tcPr>
            <w:tcW w:w="1803" w:type="dxa"/>
            <w:vMerge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5C0E9D" w:rsidRPr="00E876C5" w:rsidRDefault="005C0E9D" w:rsidP="005C0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площа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га</w:t>
            </w:r>
          </w:p>
        </w:tc>
        <w:tc>
          <w:tcPr>
            <w:tcW w:w="1127" w:type="dxa"/>
            <w:vAlign w:val="center"/>
          </w:tcPr>
          <w:p w:rsidR="005C0E9D" w:rsidRPr="00E876C5" w:rsidRDefault="005C0E9D" w:rsidP="005C0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валовий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збі</w:t>
            </w:r>
            <w:proofErr w:type="gram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</w:t>
            </w:r>
            <w:proofErr w:type="spellEnd"/>
            <w:proofErr w:type="gram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ц</w:t>
            </w:r>
          </w:p>
        </w:tc>
        <w:tc>
          <w:tcPr>
            <w:tcW w:w="992" w:type="dxa"/>
            <w:vAlign w:val="center"/>
          </w:tcPr>
          <w:p w:rsidR="005C0E9D" w:rsidRPr="00E876C5" w:rsidRDefault="005C0E9D" w:rsidP="005C0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площа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га</w:t>
            </w:r>
          </w:p>
        </w:tc>
        <w:tc>
          <w:tcPr>
            <w:tcW w:w="1127" w:type="dxa"/>
            <w:vAlign w:val="center"/>
          </w:tcPr>
          <w:p w:rsidR="005C0E9D" w:rsidRPr="00E876C5" w:rsidRDefault="005C0E9D" w:rsidP="005C0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валовий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збі</w:t>
            </w:r>
            <w:proofErr w:type="gram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</w:t>
            </w:r>
            <w:proofErr w:type="spellEnd"/>
            <w:proofErr w:type="gram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ц</w:t>
            </w:r>
          </w:p>
        </w:tc>
        <w:tc>
          <w:tcPr>
            <w:tcW w:w="992" w:type="dxa"/>
            <w:vAlign w:val="center"/>
          </w:tcPr>
          <w:p w:rsidR="005C0E9D" w:rsidRPr="00E876C5" w:rsidRDefault="005C0E9D" w:rsidP="005C0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площа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га</w:t>
            </w:r>
          </w:p>
        </w:tc>
        <w:tc>
          <w:tcPr>
            <w:tcW w:w="1127" w:type="dxa"/>
            <w:vAlign w:val="center"/>
          </w:tcPr>
          <w:p w:rsidR="005C0E9D" w:rsidRPr="00E876C5" w:rsidRDefault="005C0E9D" w:rsidP="005C0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валовий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збі</w:t>
            </w:r>
            <w:proofErr w:type="gram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</w:t>
            </w:r>
            <w:proofErr w:type="spellEnd"/>
            <w:proofErr w:type="gram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ц</w:t>
            </w:r>
          </w:p>
        </w:tc>
        <w:tc>
          <w:tcPr>
            <w:tcW w:w="1043" w:type="dxa"/>
            <w:vMerge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80" w:type="dxa"/>
            <w:vMerge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C0E9D" w:rsidTr="00714B1E">
        <w:tc>
          <w:tcPr>
            <w:tcW w:w="1803" w:type="dxa"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lang w:val="ru-RU"/>
              </w:rPr>
              <w:t>Озима</w:t>
            </w:r>
            <w:proofErr w:type="spellEnd"/>
            <w:r w:rsidRPr="00E876C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lang w:val="ru-RU"/>
              </w:rPr>
              <w:t>пшениця</w:t>
            </w:r>
            <w:proofErr w:type="spellEnd"/>
          </w:p>
        </w:tc>
        <w:tc>
          <w:tcPr>
            <w:tcW w:w="992" w:type="dxa"/>
            <w:vAlign w:val="center"/>
          </w:tcPr>
          <w:p w:rsidR="005C0E9D" w:rsidRPr="00E876C5" w:rsidRDefault="005C0E9D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</w:t>
            </w:r>
          </w:p>
        </w:tc>
        <w:tc>
          <w:tcPr>
            <w:tcW w:w="1127" w:type="dxa"/>
            <w:vAlign w:val="center"/>
          </w:tcPr>
          <w:p w:rsidR="005C0E9D" w:rsidRPr="00E876C5" w:rsidRDefault="005C0E9D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1593</w:t>
            </w:r>
          </w:p>
        </w:tc>
        <w:tc>
          <w:tcPr>
            <w:tcW w:w="992" w:type="dxa"/>
            <w:vAlign w:val="center"/>
          </w:tcPr>
          <w:p w:rsidR="005C0E9D" w:rsidRPr="00E876C5" w:rsidRDefault="005C0E9D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</w:t>
            </w:r>
          </w:p>
        </w:tc>
        <w:tc>
          <w:tcPr>
            <w:tcW w:w="1127" w:type="dxa"/>
            <w:vAlign w:val="center"/>
          </w:tcPr>
          <w:p w:rsidR="005C0E9D" w:rsidRPr="00E876C5" w:rsidRDefault="005C0E9D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1799</w:t>
            </w:r>
          </w:p>
        </w:tc>
        <w:tc>
          <w:tcPr>
            <w:tcW w:w="992" w:type="dxa"/>
            <w:vAlign w:val="center"/>
          </w:tcPr>
          <w:p w:rsidR="005C0E9D" w:rsidRPr="00E876C5" w:rsidRDefault="005C0E9D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47</w:t>
            </w:r>
          </w:p>
        </w:tc>
        <w:tc>
          <w:tcPr>
            <w:tcW w:w="1127" w:type="dxa"/>
            <w:vAlign w:val="center"/>
          </w:tcPr>
          <w:p w:rsidR="005C0E9D" w:rsidRPr="00E876C5" w:rsidRDefault="005C0E9D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1983</w:t>
            </w:r>
          </w:p>
        </w:tc>
        <w:tc>
          <w:tcPr>
            <w:tcW w:w="1043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148</w:t>
            </w:r>
          </w:p>
        </w:tc>
        <w:tc>
          <w:tcPr>
            <w:tcW w:w="1280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5375</w:t>
            </w:r>
          </w:p>
        </w:tc>
      </w:tr>
      <w:tr w:rsidR="005C0E9D" w:rsidTr="00714B1E">
        <w:tc>
          <w:tcPr>
            <w:tcW w:w="1803" w:type="dxa"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lang w:val="ru-RU"/>
              </w:rPr>
              <w:t>Кукурудза</w:t>
            </w:r>
            <w:proofErr w:type="spellEnd"/>
            <w:r w:rsidRPr="00E876C5">
              <w:rPr>
                <w:rFonts w:ascii="Times New Roman" w:hAnsi="Times New Roman" w:cs="Times New Roman"/>
                <w:lang w:val="ru-RU"/>
              </w:rPr>
              <w:t xml:space="preserve"> на зерно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638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607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653</w:t>
            </w:r>
          </w:p>
        </w:tc>
        <w:tc>
          <w:tcPr>
            <w:tcW w:w="1043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32</w:t>
            </w:r>
          </w:p>
        </w:tc>
        <w:tc>
          <w:tcPr>
            <w:tcW w:w="1280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1898</w:t>
            </w:r>
          </w:p>
        </w:tc>
      </w:tr>
      <w:tr w:rsidR="005C0E9D" w:rsidTr="00714B1E">
        <w:tc>
          <w:tcPr>
            <w:tcW w:w="1803" w:type="dxa"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lang w:val="ru-RU"/>
              </w:rPr>
              <w:t>Ячмінь</w:t>
            </w:r>
            <w:proofErr w:type="spellEnd"/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319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324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378</w:t>
            </w:r>
          </w:p>
        </w:tc>
        <w:tc>
          <w:tcPr>
            <w:tcW w:w="1043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37</w:t>
            </w:r>
          </w:p>
        </w:tc>
        <w:tc>
          <w:tcPr>
            <w:tcW w:w="1280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1021</w:t>
            </w:r>
          </w:p>
        </w:tc>
      </w:tr>
      <w:tr w:rsidR="005C0E9D" w:rsidTr="00714B1E">
        <w:tc>
          <w:tcPr>
            <w:tcW w:w="1803" w:type="dxa"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lang w:val="ru-RU"/>
              </w:rPr>
            </w:pPr>
            <w:r w:rsidRPr="00E876C5">
              <w:rPr>
                <w:rFonts w:ascii="Times New Roman" w:hAnsi="Times New Roman" w:cs="Times New Roman"/>
                <w:lang w:val="ru-RU"/>
              </w:rPr>
              <w:t>Гречка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63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043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13</w:t>
            </w:r>
          </w:p>
        </w:tc>
        <w:tc>
          <w:tcPr>
            <w:tcW w:w="1280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119</w:t>
            </w:r>
          </w:p>
        </w:tc>
      </w:tr>
      <w:tr w:rsidR="005C0E9D" w:rsidTr="00714B1E">
        <w:tc>
          <w:tcPr>
            <w:tcW w:w="1803" w:type="dxa"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lang w:val="ru-RU"/>
              </w:rPr>
              <w:t>Зернобобові</w:t>
            </w:r>
            <w:proofErr w:type="spellEnd"/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102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398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496</w:t>
            </w:r>
          </w:p>
        </w:tc>
        <w:tc>
          <w:tcPr>
            <w:tcW w:w="1043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47</w:t>
            </w:r>
          </w:p>
        </w:tc>
        <w:tc>
          <w:tcPr>
            <w:tcW w:w="1280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996</w:t>
            </w:r>
          </w:p>
        </w:tc>
      </w:tr>
      <w:tr w:rsidR="005C0E9D" w:rsidTr="00714B1E">
        <w:tc>
          <w:tcPr>
            <w:tcW w:w="1803" w:type="dxa"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lang w:val="ru-RU"/>
              </w:rPr>
              <w:t>Соняшник</w:t>
            </w:r>
            <w:proofErr w:type="spellEnd"/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163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271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466</w:t>
            </w:r>
          </w:p>
        </w:tc>
        <w:tc>
          <w:tcPr>
            <w:tcW w:w="1043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61</w:t>
            </w:r>
          </w:p>
        </w:tc>
        <w:tc>
          <w:tcPr>
            <w:tcW w:w="1280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900</w:t>
            </w:r>
          </w:p>
        </w:tc>
      </w:tr>
      <w:tr w:rsidR="005C0E9D" w:rsidTr="00714B1E">
        <w:tc>
          <w:tcPr>
            <w:tcW w:w="1803" w:type="dxa"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lang w:val="ru-RU"/>
              </w:rPr>
              <w:t>Овочі</w:t>
            </w:r>
            <w:proofErr w:type="spellEnd"/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1856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784</w:t>
            </w:r>
          </w:p>
        </w:tc>
        <w:tc>
          <w:tcPr>
            <w:tcW w:w="992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1266</w:t>
            </w:r>
          </w:p>
        </w:tc>
        <w:tc>
          <w:tcPr>
            <w:tcW w:w="1043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</w:t>
            </w:r>
          </w:p>
        </w:tc>
        <w:tc>
          <w:tcPr>
            <w:tcW w:w="1280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3906</w:t>
            </w:r>
          </w:p>
        </w:tc>
      </w:tr>
      <w:tr w:rsidR="005C0E9D" w:rsidTr="00714B1E">
        <w:tc>
          <w:tcPr>
            <w:tcW w:w="1803" w:type="dxa"/>
          </w:tcPr>
          <w:p w:rsidR="005C0E9D" w:rsidRPr="00E876C5" w:rsidRDefault="005C0E9D" w:rsidP="005C0E9D">
            <w:pPr>
              <w:rPr>
                <w:rFonts w:ascii="Times New Roman" w:hAnsi="Times New Roman" w:cs="Times New Roman"/>
                <w:lang w:val="ru-RU"/>
              </w:rPr>
            </w:pPr>
            <w:r w:rsidRPr="00E876C5">
              <w:rPr>
                <w:rFonts w:ascii="Times New Roman" w:hAnsi="Times New Roman" w:cs="Times New Roman"/>
                <w:lang w:val="ru-RU"/>
              </w:rPr>
              <w:t>РАЗОМ</w:t>
            </w:r>
          </w:p>
        </w:tc>
        <w:tc>
          <w:tcPr>
            <w:tcW w:w="992" w:type="dxa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118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</w:p>
        </w:tc>
        <w:tc>
          <w:tcPr>
            <w:tcW w:w="992" w:type="dxa"/>
            <w:vAlign w:val="center"/>
          </w:tcPr>
          <w:p w:rsidR="005C0E9D" w:rsidRPr="00714B1E" w:rsidRDefault="00714B1E" w:rsidP="002B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126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</w:p>
        </w:tc>
        <w:tc>
          <w:tcPr>
            <w:tcW w:w="992" w:type="dxa"/>
            <w:vAlign w:val="center"/>
          </w:tcPr>
          <w:p w:rsidR="005C0E9D" w:rsidRPr="00714B1E" w:rsidRDefault="00714B1E" w:rsidP="002B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114</w:t>
            </w:r>
          </w:p>
        </w:tc>
        <w:tc>
          <w:tcPr>
            <w:tcW w:w="1127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</w:p>
        </w:tc>
        <w:tc>
          <w:tcPr>
            <w:tcW w:w="1043" w:type="dxa"/>
            <w:vAlign w:val="center"/>
          </w:tcPr>
          <w:p w:rsidR="005C0E9D" w:rsidRPr="00714B1E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4B1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358</w:t>
            </w:r>
          </w:p>
        </w:tc>
        <w:tc>
          <w:tcPr>
            <w:tcW w:w="1280" w:type="dxa"/>
            <w:vAlign w:val="center"/>
          </w:tcPr>
          <w:p w:rsidR="005C0E9D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</w:p>
        </w:tc>
      </w:tr>
    </w:tbl>
    <w:p w:rsidR="005C0E9D" w:rsidRPr="005C0E9D" w:rsidRDefault="005C0E9D" w:rsidP="005C0E9D">
      <w:pPr>
        <w:rPr>
          <w:lang w:val="ru-RU"/>
        </w:rPr>
      </w:pPr>
    </w:p>
    <w:p w:rsidR="005C0E9D" w:rsidRPr="00E876C5" w:rsidRDefault="002B4FAE" w:rsidP="005C0E9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                                 </w:t>
      </w:r>
      <w:proofErr w:type="spellStart"/>
      <w:r w:rsidR="005C0E9D" w:rsidRPr="00E876C5">
        <w:rPr>
          <w:rFonts w:ascii="Times New Roman" w:hAnsi="Times New Roman" w:cs="Times New Roman"/>
          <w:sz w:val="28"/>
          <w:szCs w:val="28"/>
          <w:lang w:val="ru-RU"/>
        </w:rPr>
        <w:t>Таблиця</w:t>
      </w:r>
      <w:proofErr w:type="spellEnd"/>
      <w:r w:rsidR="005C0E9D"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2      </w:t>
      </w:r>
    </w:p>
    <w:p w:rsidR="002B4FAE" w:rsidRPr="002B4FAE" w:rsidRDefault="00E876C5" w:rsidP="005C0E9D">
      <w:pPr>
        <w:rPr>
          <w:b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</w:t>
      </w:r>
      <w:proofErr w:type="spellStart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>Прирі</w:t>
      </w:r>
      <w:proofErr w:type="gramStart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proofErr w:type="spellEnd"/>
      <w:proofErr w:type="gramEnd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>урожайності</w:t>
      </w:r>
      <w:proofErr w:type="spellEnd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>сільськогосподарських</w:t>
      </w:r>
      <w:proofErr w:type="spellEnd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культур</w:t>
      </w:r>
    </w:p>
    <w:tbl>
      <w:tblPr>
        <w:tblStyle w:val="aff0"/>
        <w:tblW w:w="10490" w:type="dxa"/>
        <w:tblInd w:w="-459" w:type="dxa"/>
        <w:tblLook w:val="04A0" w:firstRow="1" w:lastRow="0" w:firstColumn="1" w:lastColumn="0" w:noHBand="0" w:noVBand="1"/>
      </w:tblPr>
      <w:tblGrid>
        <w:gridCol w:w="1522"/>
        <w:gridCol w:w="1640"/>
        <w:gridCol w:w="1858"/>
        <w:gridCol w:w="1220"/>
        <w:gridCol w:w="1582"/>
        <w:gridCol w:w="1092"/>
        <w:gridCol w:w="1576"/>
      </w:tblGrid>
      <w:tr w:rsidR="002B4FAE" w:rsidTr="002B4FAE">
        <w:tc>
          <w:tcPr>
            <w:tcW w:w="1526" w:type="dxa"/>
            <w:vMerge w:val="restart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7355" w:type="dxa"/>
            <w:gridSpan w:val="5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Прирі</w:t>
            </w:r>
            <w:proofErr w:type="gram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</w:t>
            </w:r>
            <w:proofErr w:type="spellEnd"/>
            <w:proofErr w:type="gram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у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відсотках</w:t>
            </w:r>
            <w:proofErr w:type="spellEnd"/>
          </w:p>
        </w:tc>
        <w:tc>
          <w:tcPr>
            <w:tcW w:w="1609" w:type="dxa"/>
            <w:vMerge w:val="restart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Разом приросту у %</w:t>
            </w:r>
          </w:p>
        </w:tc>
      </w:tr>
      <w:tr w:rsidR="002B4FAE" w:rsidTr="002B4FAE">
        <w:tc>
          <w:tcPr>
            <w:tcW w:w="1526" w:type="dxa"/>
            <w:vMerge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624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нова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технологія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виробництва</w:t>
            </w:r>
            <w:proofErr w:type="spellEnd"/>
          </w:p>
        </w:tc>
        <w:tc>
          <w:tcPr>
            <w:tcW w:w="185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вдосконалення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організації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праці</w:t>
            </w:r>
            <w:proofErr w:type="spellEnd"/>
          </w:p>
        </w:tc>
        <w:tc>
          <w:tcPr>
            <w:tcW w:w="1221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внесення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добрив</w:t>
            </w:r>
          </w:p>
        </w:tc>
        <w:tc>
          <w:tcPr>
            <w:tcW w:w="1556" w:type="dxa"/>
            <w:vAlign w:val="center"/>
          </w:tcPr>
          <w:p w:rsidR="002B4FAE" w:rsidRPr="00E876C5" w:rsidRDefault="00E876C5" w:rsidP="002B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боротьба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шкідниками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та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хворо</w:t>
            </w:r>
            <w:r w:rsidR="002B4FAE"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бами</w:t>
            </w:r>
            <w:proofErr w:type="gramEnd"/>
          </w:p>
        </w:tc>
        <w:tc>
          <w:tcPr>
            <w:tcW w:w="109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нов</w:t>
            </w:r>
            <w:proofErr w:type="gram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і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сорти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гібриди</w:t>
            </w:r>
            <w:proofErr w:type="spellEnd"/>
          </w:p>
        </w:tc>
        <w:tc>
          <w:tcPr>
            <w:tcW w:w="1609" w:type="dxa"/>
            <w:vMerge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2B4FAE" w:rsidTr="00714B1E">
        <w:tc>
          <w:tcPr>
            <w:tcW w:w="1526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Озима</w:t>
            </w:r>
            <w:proofErr w:type="spellEnd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пшениця</w:t>
            </w:r>
            <w:proofErr w:type="spellEnd"/>
          </w:p>
        </w:tc>
        <w:tc>
          <w:tcPr>
            <w:tcW w:w="1624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5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21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56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09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1609" w:type="dxa"/>
            <w:vAlign w:val="center"/>
          </w:tcPr>
          <w:p w:rsidR="002B4FAE" w:rsidRPr="00E876C5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4,5</w:t>
            </w:r>
          </w:p>
        </w:tc>
      </w:tr>
      <w:tr w:rsidR="002B4FAE" w:rsidTr="00714B1E">
        <w:tc>
          <w:tcPr>
            <w:tcW w:w="1526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Кукурудза</w:t>
            </w:r>
            <w:proofErr w:type="spellEnd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зерно</w:t>
            </w:r>
          </w:p>
        </w:tc>
        <w:tc>
          <w:tcPr>
            <w:tcW w:w="1624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85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21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556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1,8</w:t>
            </w:r>
          </w:p>
        </w:tc>
        <w:tc>
          <w:tcPr>
            <w:tcW w:w="109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09" w:type="dxa"/>
            <w:vAlign w:val="center"/>
          </w:tcPr>
          <w:p w:rsidR="002B4FAE" w:rsidRPr="00E876C5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2,8</w:t>
            </w:r>
          </w:p>
        </w:tc>
      </w:tr>
      <w:tr w:rsidR="002B4FAE" w:rsidTr="00714B1E">
        <w:tc>
          <w:tcPr>
            <w:tcW w:w="1526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Ячмінь</w:t>
            </w:r>
            <w:proofErr w:type="spellEnd"/>
          </w:p>
        </w:tc>
        <w:tc>
          <w:tcPr>
            <w:tcW w:w="1624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85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221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1,3</w:t>
            </w:r>
          </w:p>
        </w:tc>
        <w:tc>
          <w:tcPr>
            <w:tcW w:w="1556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09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09" w:type="dxa"/>
            <w:vAlign w:val="center"/>
          </w:tcPr>
          <w:p w:rsidR="002B4FAE" w:rsidRPr="00E876C5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3,3</w:t>
            </w:r>
          </w:p>
        </w:tc>
      </w:tr>
      <w:tr w:rsidR="002B4FAE" w:rsidTr="00714B1E">
        <w:tc>
          <w:tcPr>
            <w:tcW w:w="1526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Гречка</w:t>
            </w:r>
          </w:p>
        </w:tc>
        <w:tc>
          <w:tcPr>
            <w:tcW w:w="1624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5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21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1556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09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1,2</w:t>
            </w:r>
          </w:p>
        </w:tc>
        <w:tc>
          <w:tcPr>
            <w:tcW w:w="1609" w:type="dxa"/>
            <w:vAlign w:val="center"/>
          </w:tcPr>
          <w:p w:rsidR="002B4FAE" w:rsidRPr="00E876C5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4,7</w:t>
            </w:r>
          </w:p>
        </w:tc>
      </w:tr>
      <w:tr w:rsidR="002B4FAE" w:rsidTr="00714B1E">
        <w:tc>
          <w:tcPr>
            <w:tcW w:w="1526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Зернобобові</w:t>
            </w:r>
            <w:proofErr w:type="spellEnd"/>
          </w:p>
        </w:tc>
        <w:tc>
          <w:tcPr>
            <w:tcW w:w="1624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5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21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1,2</w:t>
            </w:r>
          </w:p>
        </w:tc>
        <w:tc>
          <w:tcPr>
            <w:tcW w:w="1556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109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09" w:type="dxa"/>
            <w:vAlign w:val="center"/>
          </w:tcPr>
          <w:p w:rsidR="002B4FAE" w:rsidRPr="00E876C5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4,7</w:t>
            </w:r>
          </w:p>
        </w:tc>
      </w:tr>
      <w:tr w:rsidR="002B4FAE" w:rsidTr="00714B1E">
        <w:tc>
          <w:tcPr>
            <w:tcW w:w="1526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Соняшник</w:t>
            </w:r>
            <w:proofErr w:type="spellEnd"/>
          </w:p>
        </w:tc>
        <w:tc>
          <w:tcPr>
            <w:tcW w:w="1624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85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21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1556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09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09" w:type="dxa"/>
            <w:vAlign w:val="center"/>
          </w:tcPr>
          <w:p w:rsidR="002B4FAE" w:rsidRPr="00E876C5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2,5</w:t>
            </w:r>
          </w:p>
        </w:tc>
      </w:tr>
      <w:tr w:rsidR="002B4FAE" w:rsidTr="00714B1E">
        <w:tc>
          <w:tcPr>
            <w:tcW w:w="1526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Овочі</w:t>
            </w:r>
            <w:proofErr w:type="spellEnd"/>
          </w:p>
        </w:tc>
        <w:tc>
          <w:tcPr>
            <w:tcW w:w="1624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85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21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1556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97" w:type="dxa"/>
            <w:vAlign w:val="center"/>
          </w:tcPr>
          <w:p w:rsidR="002B4FAE" w:rsidRPr="00E876C5" w:rsidRDefault="002B4FAE" w:rsidP="002B4F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1,8</w:t>
            </w:r>
          </w:p>
        </w:tc>
        <w:tc>
          <w:tcPr>
            <w:tcW w:w="1609" w:type="dxa"/>
            <w:vAlign w:val="center"/>
          </w:tcPr>
          <w:p w:rsidR="002B4FAE" w:rsidRPr="00E876C5" w:rsidRDefault="00714B1E" w:rsidP="00714B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5,3</w:t>
            </w:r>
          </w:p>
        </w:tc>
      </w:tr>
    </w:tbl>
    <w:p w:rsidR="005C0E9D" w:rsidRPr="002B4FAE" w:rsidRDefault="005C0E9D" w:rsidP="005C0E9D">
      <w:pPr>
        <w:rPr>
          <w:b/>
          <w:lang w:val="ru-RU"/>
        </w:rPr>
      </w:pPr>
    </w:p>
    <w:p w:rsidR="002B4FAE" w:rsidRPr="00E876C5" w:rsidRDefault="002B4FAE" w:rsidP="005C0E9D">
      <w:pPr>
        <w:rPr>
          <w:sz w:val="28"/>
          <w:szCs w:val="28"/>
          <w:lang w:val="ru-RU"/>
        </w:rPr>
      </w:pPr>
      <w:r w:rsidRPr="00E876C5">
        <w:rPr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                         </w:t>
      </w:r>
      <w:r w:rsidR="00E876C5" w:rsidRPr="00E876C5">
        <w:rPr>
          <w:sz w:val="28"/>
          <w:szCs w:val="28"/>
          <w:lang w:val="ru-RU"/>
        </w:rPr>
        <w:t xml:space="preserve"> </w:t>
      </w:r>
      <w:proofErr w:type="spellStart"/>
      <w:r w:rsidR="005C0E9D" w:rsidRPr="00E876C5">
        <w:rPr>
          <w:rFonts w:ascii="Times New Roman" w:hAnsi="Times New Roman" w:cs="Times New Roman"/>
          <w:sz w:val="28"/>
          <w:szCs w:val="28"/>
          <w:lang w:val="ru-RU"/>
        </w:rPr>
        <w:t>Таблиця</w:t>
      </w:r>
      <w:proofErr w:type="spellEnd"/>
      <w:r w:rsidR="005C0E9D"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3</w:t>
      </w:r>
      <w:r w:rsidRPr="00E876C5">
        <w:rPr>
          <w:sz w:val="28"/>
          <w:szCs w:val="28"/>
          <w:lang w:val="ru-RU"/>
        </w:rPr>
        <w:br/>
      </w:r>
      <w:proofErr w:type="spellStart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>Визначення</w:t>
      </w:r>
      <w:proofErr w:type="spellEnd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>нормативної</w:t>
      </w:r>
      <w:proofErr w:type="spellEnd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>врожайності</w:t>
      </w:r>
      <w:proofErr w:type="spellEnd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>сільськогосподарських</w:t>
      </w:r>
      <w:proofErr w:type="spellEnd"/>
      <w:r w:rsidR="005C0E9D" w:rsidRPr="00E876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культур</w:t>
      </w:r>
    </w:p>
    <w:tbl>
      <w:tblPr>
        <w:tblStyle w:val="aff0"/>
        <w:tblW w:w="0" w:type="auto"/>
        <w:tblInd w:w="-459" w:type="dxa"/>
        <w:tblLook w:val="04A0" w:firstRow="1" w:lastRow="0" w:firstColumn="1" w:lastColumn="0" w:noHBand="0" w:noVBand="1"/>
      </w:tblPr>
      <w:tblGrid>
        <w:gridCol w:w="2673"/>
        <w:gridCol w:w="2214"/>
        <w:gridCol w:w="2214"/>
        <w:gridCol w:w="2214"/>
      </w:tblGrid>
      <w:tr w:rsidR="002B4FAE" w:rsidTr="00E876C5">
        <w:tc>
          <w:tcPr>
            <w:tcW w:w="2673" w:type="dxa"/>
            <w:vAlign w:val="center"/>
          </w:tcPr>
          <w:p w:rsidR="002B4FAE" w:rsidRPr="00E876C5" w:rsidRDefault="002B4FAE" w:rsidP="00E876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2214" w:type="dxa"/>
            <w:vAlign w:val="center"/>
          </w:tcPr>
          <w:p w:rsidR="002B4FAE" w:rsidRPr="00E876C5" w:rsidRDefault="002B4FAE" w:rsidP="00E876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Середньозважена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врожайність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ц/га</w:t>
            </w:r>
          </w:p>
        </w:tc>
        <w:tc>
          <w:tcPr>
            <w:tcW w:w="2214" w:type="dxa"/>
            <w:vAlign w:val="center"/>
          </w:tcPr>
          <w:p w:rsidR="002B4FAE" w:rsidRPr="00E876C5" w:rsidRDefault="002B4FAE" w:rsidP="00E876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Прирі</w:t>
            </w:r>
            <w:proofErr w:type="gram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</w:t>
            </w:r>
            <w:proofErr w:type="spellEnd"/>
            <w:proofErr w:type="gram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врожайності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ц/га</w:t>
            </w:r>
          </w:p>
        </w:tc>
        <w:tc>
          <w:tcPr>
            <w:tcW w:w="2214" w:type="dxa"/>
            <w:vAlign w:val="center"/>
          </w:tcPr>
          <w:p w:rsidR="002B4FAE" w:rsidRPr="00E876C5" w:rsidRDefault="002B4FAE" w:rsidP="00E876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gram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Нормативна</w:t>
            </w:r>
            <w:proofErr w:type="gram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врожайність</w:t>
            </w:r>
            <w:proofErr w:type="spellEnd"/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ц/га</w:t>
            </w:r>
          </w:p>
        </w:tc>
      </w:tr>
      <w:tr w:rsidR="002B4FAE" w:rsidTr="00E876C5">
        <w:tc>
          <w:tcPr>
            <w:tcW w:w="2673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Озима</w:t>
            </w:r>
            <w:proofErr w:type="spellEnd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пшениця</w:t>
            </w:r>
            <w:proofErr w:type="spellEnd"/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36,3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1,63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37,9</w:t>
            </w:r>
          </w:p>
        </w:tc>
      </w:tr>
      <w:tr w:rsidR="002B4FAE" w:rsidTr="00E876C5">
        <w:tc>
          <w:tcPr>
            <w:tcW w:w="2673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Кукурудза</w:t>
            </w:r>
            <w:proofErr w:type="spellEnd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зерно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59,3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1,66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61,0</w:t>
            </w:r>
          </w:p>
        </w:tc>
      </w:tr>
      <w:tr w:rsidR="002B4FAE" w:rsidTr="00E876C5">
        <w:tc>
          <w:tcPr>
            <w:tcW w:w="2673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Ячмінь</w:t>
            </w:r>
            <w:proofErr w:type="spellEnd"/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27,6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0,91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28,5</w:t>
            </w:r>
          </w:p>
        </w:tc>
      </w:tr>
      <w:tr w:rsidR="002B4FAE" w:rsidTr="00E876C5">
        <w:tc>
          <w:tcPr>
            <w:tcW w:w="2673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Гречка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9,15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0,43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9,6</w:t>
            </w:r>
          </w:p>
        </w:tc>
      </w:tr>
      <w:tr w:rsidR="002B4FAE" w:rsidTr="00E876C5">
        <w:tc>
          <w:tcPr>
            <w:tcW w:w="2673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Зернобобові</w:t>
            </w:r>
            <w:proofErr w:type="spellEnd"/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21,2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1,00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22,2</w:t>
            </w:r>
          </w:p>
        </w:tc>
      </w:tr>
      <w:tr w:rsidR="002B4FAE" w:rsidTr="00E876C5">
        <w:tc>
          <w:tcPr>
            <w:tcW w:w="2673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Соняшник</w:t>
            </w:r>
            <w:proofErr w:type="spellEnd"/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14,8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0,37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15,2</w:t>
            </w:r>
          </w:p>
        </w:tc>
      </w:tr>
      <w:tr w:rsidR="002B4FAE" w:rsidTr="00E876C5">
        <w:tc>
          <w:tcPr>
            <w:tcW w:w="2673" w:type="dxa"/>
          </w:tcPr>
          <w:p w:rsidR="002B4FAE" w:rsidRPr="00E876C5" w:rsidRDefault="002B4FAE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Овочі</w:t>
            </w:r>
            <w:proofErr w:type="spellEnd"/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195,3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10,35</w:t>
            </w:r>
          </w:p>
        </w:tc>
        <w:tc>
          <w:tcPr>
            <w:tcW w:w="2214" w:type="dxa"/>
          </w:tcPr>
          <w:p w:rsidR="002B4FAE" w:rsidRPr="00D2145A" w:rsidRDefault="00D2145A" w:rsidP="00D21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4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205,7</w:t>
            </w:r>
          </w:p>
        </w:tc>
      </w:tr>
    </w:tbl>
    <w:p w:rsidR="00714B1E" w:rsidRPr="00D2145A" w:rsidRDefault="00714B1E" w:rsidP="00714B1E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lang w:val="ru-RU"/>
        </w:rPr>
        <w:br/>
      </w:r>
      <w:proofErr w:type="spellStart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Середня</w:t>
      </w:r>
      <w:proofErr w:type="spellEnd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врожайність</w:t>
      </w:r>
      <w:proofErr w:type="spellEnd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= </w:t>
      </w:r>
      <w:proofErr w:type="spellStart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валовий</w:t>
      </w:r>
      <w:proofErr w:type="spellEnd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збі</w:t>
      </w:r>
      <w:proofErr w:type="gramStart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р</w:t>
      </w:r>
      <w:proofErr w:type="spellEnd"/>
      <w:proofErr w:type="gramEnd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÷ </w:t>
      </w:r>
      <w:proofErr w:type="spellStart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площа</w:t>
      </w:r>
      <w:proofErr w:type="spellEnd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br/>
      </w:r>
      <w:proofErr w:type="spellStart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Приріст</w:t>
      </w:r>
      <w:proofErr w:type="spellEnd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= </w:t>
      </w:r>
      <w:proofErr w:type="spellStart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середня</w:t>
      </w:r>
      <w:proofErr w:type="spellEnd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× % / 100</w:t>
      </w:r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br/>
        <w:t xml:space="preserve">Нормативна = </w:t>
      </w:r>
      <w:proofErr w:type="spellStart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середня</w:t>
      </w:r>
      <w:proofErr w:type="spellEnd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+ </w:t>
      </w:r>
      <w:proofErr w:type="spellStart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приріст</w:t>
      </w:r>
      <w:proofErr w:type="spellEnd"/>
      <w:r w:rsidRPr="00D2145A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r w:rsidRPr="00D2145A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1. </w:t>
      </w:r>
      <w:proofErr w:type="spellStart"/>
      <w:r w:rsidRPr="00D2145A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Озима</w:t>
      </w:r>
      <w:proofErr w:type="spellEnd"/>
      <w:r w:rsidRPr="00D2145A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proofErr w:type="spellStart"/>
      <w:r w:rsidRPr="00D2145A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пшениця</w:t>
      </w:r>
      <w:proofErr w:type="spellEnd"/>
      <w:r w:rsidRPr="00D2145A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br/>
      </w:r>
      <w:proofErr w:type="spellStart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Середня</w:t>
      </w:r>
      <w:proofErr w:type="spellEnd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врожайність</w:t>
      </w:r>
      <w:proofErr w:type="spellEnd"/>
      <w:r w:rsidRPr="00D2145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:</w:t>
      </w:r>
    </w:p>
    <w:p w:rsidR="00714B1E" w:rsidRPr="00D2145A" w:rsidRDefault="00714B1E" w:rsidP="00714B1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5375÷148=36,3</w:t>
      </w:r>
      <w:r w:rsidRPr="00D2145A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D2145A">
        <w:rPr>
          <w:rFonts w:ascii="Times New Roman" w:hAnsi="Times New Roman" w:cs="Times New Roman"/>
          <w:sz w:val="28"/>
          <w:szCs w:val="28"/>
          <w:lang w:val="ru-RU"/>
        </w:rPr>
        <w:t>Прирі</w:t>
      </w:r>
      <w:proofErr w:type="gramStart"/>
      <w:r w:rsidRPr="00D2145A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proofErr w:type="gramEnd"/>
      <w:r w:rsidRPr="00D2145A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D2145A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36,3×4,5%=36,3×0,045=1,63</w:t>
      </w:r>
      <w:r w:rsidRPr="00D2145A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r w:rsidRPr="00D2145A">
        <w:rPr>
          <w:rFonts w:ascii="Times New Roman" w:hAnsi="Times New Roman" w:cs="Times New Roman"/>
          <w:sz w:val="28"/>
          <w:szCs w:val="28"/>
          <w:lang w:val="ru-RU"/>
        </w:rPr>
        <w:t>Нормативна:</w:t>
      </w:r>
      <w:r w:rsidRPr="00D2145A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36,3+1,63=37,9</w:t>
      </w:r>
      <w:r w:rsidRPr="00D2145A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</w:p>
    <w:p w:rsidR="00714B1E" w:rsidRPr="00D2145A" w:rsidRDefault="00714B1E" w:rsidP="00714B1E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2145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D2145A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2. </w:t>
      </w:r>
      <w:proofErr w:type="spellStart"/>
      <w:r w:rsidRPr="00D2145A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Кукурудза</w:t>
      </w:r>
      <w:proofErr w:type="spellEnd"/>
      <w:r w:rsidRPr="00D2145A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на зерно</w:t>
      </w:r>
    </w:p>
    <w:p w:rsidR="00714B1E" w:rsidRPr="00D2145A" w:rsidRDefault="00714B1E" w:rsidP="00714B1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1898÷32=59,3</w:t>
      </w:r>
      <w:r w:rsidR="00D2145A" w:rsidRPr="00D214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145A"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  <w:r w:rsidRPr="00D2145A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59,3×0,028=1,66</w:t>
      </w:r>
      <w:r w:rsidR="00D2145A" w:rsidRPr="00D214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145A"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  <w:r w:rsidRPr="00D2145A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59,3+1,66=61,0</w:t>
      </w:r>
      <w:r w:rsidR="00D2145A" w:rsidRPr="00D214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145A"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</w:p>
    <w:p w:rsidR="00714B1E" w:rsidRPr="00D2145A" w:rsidRDefault="00714B1E" w:rsidP="00714B1E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2145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D2145A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3. </w:t>
      </w:r>
      <w:proofErr w:type="spellStart"/>
      <w:r w:rsidRPr="00D2145A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Ячмінь</w:t>
      </w:r>
      <w:proofErr w:type="spellEnd"/>
    </w:p>
    <w:p w:rsidR="00714B1E" w:rsidRPr="00D2145A" w:rsidRDefault="00714B1E" w:rsidP="00714B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1021÷37=27,6</w:t>
      </w:r>
      <w:r w:rsidR="00D2145A" w:rsidRPr="00D214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145A"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  <w:r w:rsidRPr="00D2145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27,6×0,033=0,91</w:t>
      </w:r>
      <w:r w:rsidR="00D2145A" w:rsidRPr="00D214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145A"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  <w:r w:rsidRPr="00D2145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27,6+0,91=28,5</w:t>
      </w:r>
      <w:r w:rsidR="00D2145A" w:rsidRPr="002405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145A"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</w:p>
    <w:p w:rsidR="00714B1E" w:rsidRPr="00D2145A" w:rsidRDefault="00714B1E" w:rsidP="00714B1E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2145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D2145A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4. Гречка</w:t>
      </w:r>
    </w:p>
    <w:p w:rsidR="00714B1E" w:rsidRPr="00D2145A" w:rsidRDefault="00714B1E" w:rsidP="00714B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119÷13=9,15</w:t>
      </w:r>
      <w:r w:rsidR="00D2145A" w:rsidRPr="002405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145A" w:rsidRPr="00D2145A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  <w:r w:rsidR="00D2145A" w:rsidRPr="00D2145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9,15×0,047=0,43</w:t>
      </w:r>
      <w:r w:rsidR="00D2145A" w:rsidRPr="002405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145A"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  <w:r w:rsidR="00D2145A" w:rsidRPr="00D2145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9,15+0,43=9,6</w:t>
      </w:r>
      <w:r w:rsidR="00D2145A" w:rsidRPr="002405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145A"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</w:p>
    <w:p w:rsidR="00714B1E" w:rsidRPr="00705FE6" w:rsidRDefault="00714B1E" w:rsidP="00714B1E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5FE6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lastRenderedPageBreak/>
        <w:t xml:space="preserve">5. </w:t>
      </w:r>
      <w:proofErr w:type="spellStart"/>
      <w:r w:rsidRPr="00705FE6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Зернобобові</w:t>
      </w:r>
      <w:proofErr w:type="spellEnd"/>
    </w:p>
    <w:p w:rsidR="00714B1E" w:rsidRPr="00D2145A" w:rsidRDefault="00714B1E" w:rsidP="00714B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996÷47=21,2</w:t>
      </w:r>
      <w:r w:rsidR="00705FE6"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 xml:space="preserve"> ц/га</w:t>
      </w:r>
      <w:r w:rsidR="00D2145A" w:rsidRPr="00D2145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21,2×0,047=1,00</w:t>
      </w:r>
      <w:r w:rsidR="00705FE6"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 xml:space="preserve"> ц/га</w:t>
      </w:r>
      <w:r w:rsidR="00D2145A" w:rsidRPr="00D2145A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="00D2145A"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21,2+1,00=22,2</w:t>
      </w:r>
      <w:r w:rsidR="00705FE6"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 xml:space="preserve"> ц/га</w:t>
      </w:r>
    </w:p>
    <w:p w:rsidR="00714B1E" w:rsidRPr="00705FE6" w:rsidRDefault="00714B1E" w:rsidP="00714B1E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5FE6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6. </w:t>
      </w:r>
      <w:proofErr w:type="spellStart"/>
      <w:r w:rsidRPr="00705FE6">
        <w:rPr>
          <w:rStyle w:val="af6"/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Соняшник</w:t>
      </w:r>
      <w:proofErr w:type="spellEnd"/>
    </w:p>
    <w:p w:rsidR="005C0E9D" w:rsidRPr="00705FE6" w:rsidRDefault="00714B1E" w:rsidP="00714B1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900÷61=14,8</w:t>
      </w:r>
      <w:r w:rsidR="00705FE6"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 xml:space="preserve"> ц/га</w:t>
      </w:r>
      <w:r w:rsidR="00D2145A" w:rsidRPr="00D2145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14,8×0,025=0,37</w:t>
      </w:r>
      <w:r w:rsidR="00705FE6"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 xml:space="preserve"> ц/га</w:t>
      </w:r>
      <w:r w:rsidR="00D2145A" w:rsidRPr="00D2145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14,8+0,37=15,2</w:t>
      </w:r>
      <w:r w:rsidR="00705FE6"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 xml:space="preserve"> ц/га</w:t>
      </w:r>
      <w:r w:rsidR="00D2145A" w:rsidRPr="00D2145A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="00D2145A" w:rsidRPr="00D2145A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705FE6">
        <w:rPr>
          <w:rStyle w:val="af6"/>
          <w:rFonts w:ascii="Times New Roman" w:hAnsi="Times New Roman" w:cs="Times New Roman"/>
          <w:bCs w:val="0"/>
          <w:sz w:val="28"/>
          <w:szCs w:val="28"/>
          <w:lang w:val="ru-RU"/>
        </w:rPr>
        <w:t xml:space="preserve">7. </w:t>
      </w:r>
      <w:proofErr w:type="spellStart"/>
      <w:r w:rsidRPr="00705FE6">
        <w:rPr>
          <w:rStyle w:val="af6"/>
          <w:rFonts w:ascii="Times New Roman" w:hAnsi="Times New Roman" w:cs="Times New Roman"/>
          <w:bCs w:val="0"/>
          <w:sz w:val="28"/>
          <w:szCs w:val="28"/>
          <w:lang w:val="ru-RU"/>
        </w:rPr>
        <w:t>Овочі</w:t>
      </w:r>
      <w:proofErr w:type="spellEnd"/>
      <w:r w:rsidR="00D2145A" w:rsidRPr="00D2145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3906÷20=195,3</w:t>
      </w:r>
      <w:r w:rsidR="00705FE6"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 xml:space="preserve"> ц/га</w:t>
      </w:r>
      <w:r w:rsidR="00D2145A" w:rsidRPr="00D2145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195,3×0,053=10,35</w:t>
      </w:r>
      <w:r w:rsidR="00705FE6"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 xml:space="preserve"> ц/га</w:t>
      </w:r>
      <w:r w:rsidR="00D2145A" w:rsidRPr="00D2145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195,3+10,35=205,7</w:t>
      </w:r>
      <w:r w:rsidR="00705FE6"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 xml:space="preserve"> ц/га</w:t>
      </w:r>
    </w:p>
    <w:p w:rsidR="005C0E9D" w:rsidRPr="00E876C5" w:rsidRDefault="00E876C5" w:rsidP="005C0E9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</w:t>
      </w:r>
      <w:r w:rsidR="0014270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="005C0E9D" w:rsidRPr="00E876C5">
        <w:rPr>
          <w:rFonts w:ascii="Times New Roman" w:hAnsi="Times New Roman" w:cs="Times New Roman"/>
          <w:sz w:val="28"/>
          <w:szCs w:val="28"/>
          <w:lang w:val="ru-RU"/>
        </w:rPr>
        <w:t>Таблиця</w:t>
      </w:r>
      <w:proofErr w:type="spellEnd"/>
      <w:r w:rsidR="005C0E9D"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4  </w:t>
      </w:r>
    </w:p>
    <w:p w:rsidR="00E876C5" w:rsidRPr="00142706" w:rsidRDefault="005C0E9D" w:rsidP="005C0E9D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Планова</w:t>
      </w:r>
      <w:proofErr w:type="spellEnd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потреба </w:t>
      </w:r>
      <w:proofErr w:type="spellStart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господарства</w:t>
      </w:r>
      <w:proofErr w:type="spellEnd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gramStart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proofErr w:type="gramEnd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сільськогосподарській</w:t>
      </w:r>
      <w:proofErr w:type="spellEnd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продукції</w:t>
      </w:r>
      <w:proofErr w:type="spellEnd"/>
    </w:p>
    <w:tbl>
      <w:tblPr>
        <w:tblStyle w:val="aff0"/>
        <w:tblW w:w="0" w:type="auto"/>
        <w:tblInd w:w="-459" w:type="dxa"/>
        <w:tblLook w:val="04A0" w:firstRow="1" w:lastRow="0" w:firstColumn="1" w:lastColumn="0" w:noHBand="0" w:noVBand="1"/>
      </w:tblPr>
      <w:tblGrid>
        <w:gridCol w:w="1995"/>
        <w:gridCol w:w="1145"/>
        <w:gridCol w:w="1119"/>
        <w:gridCol w:w="1162"/>
        <w:gridCol w:w="1162"/>
        <w:gridCol w:w="1152"/>
        <w:gridCol w:w="1145"/>
        <w:gridCol w:w="1155"/>
      </w:tblGrid>
      <w:tr w:rsidR="00E876C5" w:rsidTr="00142706">
        <w:tc>
          <w:tcPr>
            <w:tcW w:w="1995" w:type="dxa"/>
          </w:tcPr>
          <w:p w:rsidR="00E876C5" w:rsidRDefault="00E876C5" w:rsidP="005C0E9D">
            <w:pPr>
              <w:rPr>
                <w:b/>
                <w:lang w:val="ru-RU"/>
              </w:rPr>
            </w:pPr>
            <w:r w:rsidRPr="00E876C5">
              <w:rPr>
                <w:b/>
                <w:lang w:val="ru-RU"/>
              </w:rPr>
              <w:t>Культура</w:t>
            </w:r>
          </w:p>
        </w:tc>
        <w:tc>
          <w:tcPr>
            <w:tcW w:w="1145" w:type="dxa"/>
          </w:tcPr>
          <w:p w:rsidR="00E876C5" w:rsidRDefault="00E876C5" w:rsidP="005C0E9D">
            <w:pPr>
              <w:rPr>
                <w:b/>
                <w:lang w:val="ru-RU"/>
              </w:rPr>
            </w:pPr>
            <w:r w:rsidRPr="00E876C5">
              <w:rPr>
                <w:b/>
                <w:lang w:val="ru-RU"/>
              </w:rPr>
              <w:t xml:space="preserve">Продаж за </w:t>
            </w:r>
            <w:proofErr w:type="spellStart"/>
            <w:proofErr w:type="gramStart"/>
            <w:r w:rsidRPr="00E876C5">
              <w:rPr>
                <w:b/>
                <w:lang w:val="ru-RU"/>
              </w:rPr>
              <w:t>догово</w:t>
            </w:r>
            <w:proofErr w:type="spellEnd"/>
            <w:r w:rsidRPr="00E876C5">
              <w:rPr>
                <w:b/>
                <w:lang w:val="ru-RU"/>
              </w:rPr>
              <w:t>-рами</w:t>
            </w:r>
            <w:proofErr w:type="gramEnd"/>
            <w:r w:rsidRPr="00E876C5">
              <w:rPr>
                <w:b/>
                <w:lang w:val="ru-RU"/>
              </w:rPr>
              <w:t>, ц</w:t>
            </w:r>
          </w:p>
        </w:tc>
        <w:tc>
          <w:tcPr>
            <w:tcW w:w="1119" w:type="dxa"/>
          </w:tcPr>
          <w:p w:rsidR="00E876C5" w:rsidRDefault="00E876C5" w:rsidP="005C0E9D">
            <w:pPr>
              <w:rPr>
                <w:b/>
                <w:lang w:val="ru-RU"/>
              </w:rPr>
            </w:pPr>
            <w:r w:rsidRPr="00E876C5">
              <w:rPr>
                <w:b/>
                <w:lang w:val="ru-RU"/>
              </w:rPr>
              <w:t xml:space="preserve">Фонд оплати </w:t>
            </w:r>
            <w:proofErr w:type="spellStart"/>
            <w:r w:rsidRPr="00E876C5">
              <w:rPr>
                <w:b/>
                <w:lang w:val="ru-RU"/>
              </w:rPr>
              <w:t>праці</w:t>
            </w:r>
            <w:proofErr w:type="spellEnd"/>
            <w:r w:rsidRPr="00E876C5">
              <w:rPr>
                <w:b/>
                <w:lang w:val="ru-RU"/>
              </w:rPr>
              <w:t>, %</w:t>
            </w:r>
          </w:p>
        </w:tc>
        <w:tc>
          <w:tcPr>
            <w:tcW w:w="1162" w:type="dxa"/>
          </w:tcPr>
          <w:p w:rsidR="00E876C5" w:rsidRDefault="00E876C5" w:rsidP="005C0E9D">
            <w:pPr>
              <w:rPr>
                <w:b/>
                <w:lang w:val="ru-RU"/>
              </w:rPr>
            </w:pPr>
            <w:r w:rsidRPr="00E876C5">
              <w:rPr>
                <w:b/>
                <w:lang w:val="ru-RU"/>
              </w:rPr>
              <w:t>Основ-</w:t>
            </w:r>
            <w:proofErr w:type="spellStart"/>
            <w:r w:rsidRPr="00E876C5">
              <w:rPr>
                <w:b/>
                <w:lang w:val="ru-RU"/>
              </w:rPr>
              <w:t>ний</w:t>
            </w:r>
            <w:proofErr w:type="spellEnd"/>
            <w:r w:rsidRPr="00E876C5">
              <w:rPr>
                <w:b/>
                <w:lang w:val="ru-RU"/>
              </w:rPr>
              <w:t xml:space="preserve"> </w:t>
            </w:r>
            <w:proofErr w:type="spellStart"/>
            <w:r w:rsidRPr="00E876C5">
              <w:rPr>
                <w:b/>
                <w:lang w:val="ru-RU"/>
              </w:rPr>
              <w:t>насіннє</w:t>
            </w:r>
            <w:proofErr w:type="gramStart"/>
            <w:r w:rsidRPr="00E876C5">
              <w:rPr>
                <w:b/>
                <w:lang w:val="ru-RU"/>
              </w:rPr>
              <w:t>-в</w:t>
            </w:r>
            <w:proofErr w:type="gramEnd"/>
            <w:r w:rsidRPr="00E876C5">
              <w:rPr>
                <w:b/>
                <w:lang w:val="ru-RU"/>
              </w:rPr>
              <w:t>ий</w:t>
            </w:r>
            <w:proofErr w:type="spellEnd"/>
            <w:r w:rsidRPr="00E876C5">
              <w:rPr>
                <w:b/>
                <w:lang w:val="ru-RU"/>
              </w:rPr>
              <w:t xml:space="preserve"> фонд, ц</w:t>
            </w:r>
          </w:p>
        </w:tc>
        <w:tc>
          <w:tcPr>
            <w:tcW w:w="1162" w:type="dxa"/>
          </w:tcPr>
          <w:p w:rsidR="00E876C5" w:rsidRDefault="00E876C5" w:rsidP="005C0E9D">
            <w:pPr>
              <w:rPr>
                <w:b/>
                <w:lang w:val="ru-RU"/>
              </w:rPr>
            </w:pPr>
            <w:proofErr w:type="spellStart"/>
            <w:r w:rsidRPr="00E876C5">
              <w:rPr>
                <w:b/>
                <w:lang w:val="ru-RU"/>
              </w:rPr>
              <w:t>Страхо-вий</w:t>
            </w:r>
            <w:proofErr w:type="spellEnd"/>
            <w:r w:rsidRPr="00E876C5">
              <w:rPr>
                <w:b/>
                <w:lang w:val="ru-RU"/>
              </w:rPr>
              <w:t xml:space="preserve"> </w:t>
            </w:r>
            <w:proofErr w:type="spellStart"/>
            <w:r w:rsidRPr="00E876C5">
              <w:rPr>
                <w:b/>
                <w:lang w:val="ru-RU"/>
              </w:rPr>
              <w:t>насіннє</w:t>
            </w:r>
            <w:proofErr w:type="gramStart"/>
            <w:r w:rsidRPr="00E876C5">
              <w:rPr>
                <w:b/>
                <w:lang w:val="ru-RU"/>
              </w:rPr>
              <w:t>-в</w:t>
            </w:r>
            <w:proofErr w:type="gramEnd"/>
            <w:r w:rsidRPr="00E876C5">
              <w:rPr>
                <w:b/>
                <w:lang w:val="ru-RU"/>
              </w:rPr>
              <w:t>ий</w:t>
            </w:r>
            <w:proofErr w:type="spellEnd"/>
            <w:r w:rsidRPr="00E876C5">
              <w:rPr>
                <w:b/>
                <w:lang w:val="ru-RU"/>
              </w:rPr>
              <w:t xml:space="preserve"> фонд, %</w:t>
            </w:r>
          </w:p>
        </w:tc>
        <w:tc>
          <w:tcPr>
            <w:tcW w:w="1152" w:type="dxa"/>
          </w:tcPr>
          <w:p w:rsidR="00E876C5" w:rsidRDefault="00E876C5" w:rsidP="005C0E9D">
            <w:pPr>
              <w:rPr>
                <w:b/>
                <w:lang w:val="ru-RU"/>
              </w:rPr>
            </w:pPr>
            <w:r w:rsidRPr="00E876C5">
              <w:rPr>
                <w:b/>
                <w:lang w:val="ru-RU"/>
              </w:rPr>
              <w:t>Громад-</w:t>
            </w:r>
            <w:proofErr w:type="spellStart"/>
            <w:r w:rsidRPr="00E876C5">
              <w:rPr>
                <w:b/>
                <w:lang w:val="ru-RU"/>
              </w:rPr>
              <w:t>ське</w:t>
            </w:r>
            <w:proofErr w:type="spellEnd"/>
            <w:r w:rsidRPr="00E876C5">
              <w:rPr>
                <w:b/>
                <w:lang w:val="ru-RU"/>
              </w:rPr>
              <w:t xml:space="preserve"> харчу-</w:t>
            </w:r>
            <w:proofErr w:type="spellStart"/>
            <w:r w:rsidRPr="00E876C5">
              <w:rPr>
                <w:b/>
                <w:lang w:val="ru-RU"/>
              </w:rPr>
              <w:t>вання</w:t>
            </w:r>
            <w:proofErr w:type="spellEnd"/>
            <w:r w:rsidRPr="00E876C5">
              <w:rPr>
                <w:b/>
                <w:lang w:val="ru-RU"/>
              </w:rPr>
              <w:t>, ц</w:t>
            </w:r>
          </w:p>
        </w:tc>
        <w:tc>
          <w:tcPr>
            <w:tcW w:w="1145" w:type="dxa"/>
          </w:tcPr>
          <w:p w:rsidR="00E876C5" w:rsidRDefault="00E876C5" w:rsidP="005C0E9D">
            <w:pPr>
              <w:rPr>
                <w:b/>
                <w:lang w:val="ru-RU"/>
              </w:rPr>
            </w:pPr>
            <w:r w:rsidRPr="00E876C5">
              <w:rPr>
                <w:b/>
                <w:lang w:val="ru-RU"/>
              </w:rPr>
              <w:t xml:space="preserve">Продаж </w:t>
            </w:r>
            <w:proofErr w:type="gramStart"/>
            <w:r w:rsidRPr="00E876C5">
              <w:rPr>
                <w:b/>
                <w:lang w:val="ru-RU"/>
              </w:rPr>
              <w:t>на</w:t>
            </w:r>
            <w:proofErr w:type="gramEnd"/>
            <w:r w:rsidRPr="00E876C5">
              <w:rPr>
                <w:b/>
                <w:lang w:val="ru-RU"/>
              </w:rPr>
              <w:t xml:space="preserve"> ринку, ц</w:t>
            </w:r>
          </w:p>
        </w:tc>
        <w:tc>
          <w:tcPr>
            <w:tcW w:w="1155" w:type="dxa"/>
          </w:tcPr>
          <w:p w:rsidR="00E876C5" w:rsidRDefault="00E876C5" w:rsidP="005C0E9D">
            <w:pPr>
              <w:rPr>
                <w:b/>
                <w:lang w:val="ru-RU"/>
              </w:rPr>
            </w:pPr>
            <w:proofErr w:type="spellStart"/>
            <w:r w:rsidRPr="00E876C5">
              <w:rPr>
                <w:b/>
                <w:lang w:val="ru-RU"/>
              </w:rPr>
              <w:t>Інша</w:t>
            </w:r>
            <w:proofErr w:type="spellEnd"/>
            <w:r w:rsidRPr="00E876C5">
              <w:rPr>
                <w:b/>
                <w:lang w:val="ru-RU"/>
              </w:rPr>
              <w:t xml:space="preserve"> потреба</w:t>
            </w:r>
          </w:p>
        </w:tc>
      </w:tr>
      <w:tr w:rsidR="00E876C5" w:rsidTr="00142706">
        <w:tc>
          <w:tcPr>
            <w:tcW w:w="1995" w:type="dxa"/>
          </w:tcPr>
          <w:p w:rsidR="00E876C5" w:rsidRPr="00142706" w:rsidRDefault="00E876C5" w:rsidP="0014270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Озима</w:t>
            </w:r>
            <w:proofErr w:type="spellEnd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пшениця</w:t>
            </w:r>
            <w:proofErr w:type="spellEnd"/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</w:t>
            </w:r>
          </w:p>
        </w:tc>
        <w:tc>
          <w:tcPr>
            <w:tcW w:w="1119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88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15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600</w:t>
            </w:r>
          </w:p>
        </w:tc>
        <w:tc>
          <w:tcPr>
            <w:tcW w:w="115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</w:tr>
      <w:tr w:rsidR="00E876C5" w:rsidTr="00142706">
        <w:tc>
          <w:tcPr>
            <w:tcW w:w="1995" w:type="dxa"/>
          </w:tcPr>
          <w:p w:rsidR="00E876C5" w:rsidRPr="00142706" w:rsidRDefault="00E876C5" w:rsidP="0014270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Кукурудза</w:t>
            </w:r>
            <w:proofErr w:type="spellEnd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зерно</w:t>
            </w:r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420</w:t>
            </w:r>
          </w:p>
        </w:tc>
        <w:tc>
          <w:tcPr>
            <w:tcW w:w="1119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15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1071</w:t>
            </w:r>
          </w:p>
        </w:tc>
        <w:tc>
          <w:tcPr>
            <w:tcW w:w="115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E876C5" w:rsidTr="00142706">
        <w:tc>
          <w:tcPr>
            <w:tcW w:w="1995" w:type="dxa"/>
          </w:tcPr>
          <w:p w:rsidR="00E876C5" w:rsidRPr="00142706" w:rsidRDefault="00E876C5" w:rsidP="0014270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Ячмінь</w:t>
            </w:r>
            <w:proofErr w:type="spellEnd"/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175</w:t>
            </w:r>
          </w:p>
        </w:tc>
        <w:tc>
          <w:tcPr>
            <w:tcW w:w="1119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15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131</w:t>
            </w:r>
          </w:p>
        </w:tc>
        <w:tc>
          <w:tcPr>
            <w:tcW w:w="115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E876C5" w:rsidTr="00142706">
        <w:tc>
          <w:tcPr>
            <w:tcW w:w="1995" w:type="dxa"/>
          </w:tcPr>
          <w:p w:rsidR="00E876C5" w:rsidRPr="00142706" w:rsidRDefault="00E876C5" w:rsidP="0014270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Гречка</w:t>
            </w:r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80</w:t>
            </w:r>
          </w:p>
        </w:tc>
        <w:tc>
          <w:tcPr>
            <w:tcW w:w="1119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15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15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E876C5" w:rsidTr="00142706">
        <w:tc>
          <w:tcPr>
            <w:tcW w:w="1995" w:type="dxa"/>
          </w:tcPr>
          <w:p w:rsidR="00E876C5" w:rsidRPr="00142706" w:rsidRDefault="00E876C5" w:rsidP="0014270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Зернобобові</w:t>
            </w:r>
            <w:proofErr w:type="spellEnd"/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119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15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15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E876C5" w:rsidTr="00142706">
        <w:tc>
          <w:tcPr>
            <w:tcW w:w="1995" w:type="dxa"/>
          </w:tcPr>
          <w:p w:rsidR="00E876C5" w:rsidRPr="00142706" w:rsidRDefault="00E876C5" w:rsidP="0014270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Соняшник</w:t>
            </w:r>
            <w:proofErr w:type="spellEnd"/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19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15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215</w:t>
            </w:r>
          </w:p>
        </w:tc>
        <w:tc>
          <w:tcPr>
            <w:tcW w:w="115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</w:tr>
      <w:tr w:rsidR="00E876C5" w:rsidTr="00142706">
        <w:tc>
          <w:tcPr>
            <w:tcW w:w="1995" w:type="dxa"/>
          </w:tcPr>
          <w:p w:rsidR="00E876C5" w:rsidRPr="00142706" w:rsidRDefault="00E876C5" w:rsidP="0014270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Овочі</w:t>
            </w:r>
            <w:proofErr w:type="spellEnd"/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350</w:t>
            </w:r>
          </w:p>
        </w:tc>
        <w:tc>
          <w:tcPr>
            <w:tcW w:w="1119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6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52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</w:t>
            </w:r>
          </w:p>
        </w:tc>
        <w:tc>
          <w:tcPr>
            <w:tcW w:w="114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1200</w:t>
            </w:r>
          </w:p>
        </w:tc>
        <w:tc>
          <w:tcPr>
            <w:tcW w:w="1155" w:type="dxa"/>
            <w:vAlign w:val="center"/>
          </w:tcPr>
          <w:p w:rsidR="00E876C5" w:rsidRPr="00142706" w:rsidRDefault="00142706" w:rsidP="0014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</w:tbl>
    <w:p w:rsidR="005C0E9D" w:rsidRPr="00E876C5" w:rsidRDefault="005C0E9D" w:rsidP="005C0E9D">
      <w:pPr>
        <w:rPr>
          <w:b/>
          <w:lang w:val="ru-RU"/>
        </w:rPr>
      </w:pPr>
    </w:p>
    <w:p w:rsidR="005C0E9D" w:rsidRPr="00E876C5" w:rsidRDefault="00142706" w:rsidP="005C0E9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</w:t>
      </w:r>
      <w:r w:rsidR="00D2145A">
        <w:rPr>
          <w:rFonts w:ascii="Times New Roman" w:hAnsi="Times New Roman" w:cs="Times New Roman"/>
          <w:sz w:val="28"/>
          <w:szCs w:val="28"/>
          <w:lang w:val="ru-RU"/>
        </w:rPr>
        <w:br/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 w:rsidR="005C0E9D" w:rsidRPr="00E876C5">
        <w:rPr>
          <w:rFonts w:ascii="Times New Roman" w:hAnsi="Times New Roman" w:cs="Times New Roman"/>
          <w:sz w:val="28"/>
          <w:szCs w:val="28"/>
          <w:lang w:val="ru-RU"/>
        </w:rPr>
        <w:t>Таблиця</w:t>
      </w:r>
      <w:proofErr w:type="spellEnd"/>
      <w:r w:rsidR="005C0E9D" w:rsidRPr="00E876C5">
        <w:rPr>
          <w:rFonts w:ascii="Times New Roman" w:hAnsi="Times New Roman" w:cs="Times New Roman"/>
          <w:sz w:val="28"/>
          <w:szCs w:val="28"/>
          <w:lang w:val="ru-RU"/>
        </w:rPr>
        <w:t xml:space="preserve"> 5  </w:t>
      </w:r>
    </w:p>
    <w:p w:rsidR="00E876C5" w:rsidRPr="00142706" w:rsidRDefault="005C0E9D" w:rsidP="005C0E9D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Нормативний</w:t>
      </w:r>
      <w:proofErr w:type="spellEnd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вихід</w:t>
      </w:r>
      <w:proofErr w:type="spellEnd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сільськогосподарської</w:t>
      </w:r>
      <w:proofErr w:type="spellEnd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продукції</w:t>
      </w:r>
      <w:proofErr w:type="spellEnd"/>
    </w:p>
    <w:tbl>
      <w:tblPr>
        <w:tblStyle w:val="aff0"/>
        <w:tblW w:w="0" w:type="auto"/>
        <w:tblInd w:w="-743" w:type="dxa"/>
        <w:tblLook w:val="04A0" w:firstRow="1" w:lastRow="0" w:firstColumn="1" w:lastColumn="0" w:noHBand="0" w:noVBand="1"/>
      </w:tblPr>
      <w:tblGrid>
        <w:gridCol w:w="1600"/>
        <w:gridCol w:w="1072"/>
        <w:gridCol w:w="986"/>
        <w:gridCol w:w="1108"/>
        <w:gridCol w:w="1108"/>
        <w:gridCol w:w="1107"/>
        <w:gridCol w:w="1072"/>
        <w:gridCol w:w="1133"/>
        <w:gridCol w:w="1133"/>
      </w:tblGrid>
      <w:tr w:rsidR="00142706" w:rsidTr="00D2145A">
        <w:tc>
          <w:tcPr>
            <w:tcW w:w="1600" w:type="dxa"/>
            <w:vAlign w:val="center"/>
          </w:tcPr>
          <w:p w:rsidR="00E876C5" w:rsidRPr="00142706" w:rsidRDefault="00E876C5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1072" w:type="dxa"/>
            <w:vAlign w:val="center"/>
          </w:tcPr>
          <w:p w:rsidR="00E876C5" w:rsidRPr="00142706" w:rsidRDefault="00E876C5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Продаж за </w:t>
            </w:r>
            <w:proofErr w:type="spellStart"/>
            <w:proofErr w:type="gram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догово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рами</w:t>
            </w:r>
            <w:proofErr w:type="gram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ц</w:t>
            </w:r>
          </w:p>
        </w:tc>
        <w:tc>
          <w:tcPr>
            <w:tcW w:w="986" w:type="dxa"/>
            <w:vAlign w:val="center"/>
          </w:tcPr>
          <w:p w:rsidR="00E876C5" w:rsidRPr="00142706" w:rsidRDefault="00E876C5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 xml:space="preserve">Фонд оплати </w:t>
            </w: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праці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, </w:t>
            </w:r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%</w:t>
            </w:r>
          </w:p>
        </w:tc>
        <w:tc>
          <w:tcPr>
            <w:tcW w:w="1108" w:type="dxa"/>
            <w:vAlign w:val="center"/>
          </w:tcPr>
          <w:p w:rsidR="00E876C5" w:rsidRPr="00142706" w:rsidRDefault="00E876C5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Основ-</w:t>
            </w: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ний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насіннє</w:t>
            </w:r>
            <w:proofErr w:type="gram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в</w:t>
            </w:r>
            <w:proofErr w:type="gram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ий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фонд, ц</w:t>
            </w:r>
          </w:p>
        </w:tc>
        <w:tc>
          <w:tcPr>
            <w:tcW w:w="1108" w:type="dxa"/>
            <w:vAlign w:val="center"/>
          </w:tcPr>
          <w:p w:rsidR="00E876C5" w:rsidRPr="00142706" w:rsidRDefault="00E876C5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Страхо-вий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насіннє</w:t>
            </w:r>
            <w:proofErr w:type="gram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в</w:t>
            </w:r>
            <w:proofErr w:type="gram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ий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фонд, %</w:t>
            </w:r>
          </w:p>
        </w:tc>
        <w:tc>
          <w:tcPr>
            <w:tcW w:w="1107" w:type="dxa"/>
            <w:vAlign w:val="center"/>
          </w:tcPr>
          <w:p w:rsidR="00E876C5" w:rsidRPr="00142706" w:rsidRDefault="00E876C5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Громад-</w:t>
            </w: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ське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харчу-</w:t>
            </w: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вання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ц</w:t>
            </w:r>
          </w:p>
        </w:tc>
        <w:tc>
          <w:tcPr>
            <w:tcW w:w="1072" w:type="dxa"/>
            <w:vAlign w:val="center"/>
          </w:tcPr>
          <w:p w:rsidR="00E876C5" w:rsidRPr="00142706" w:rsidRDefault="00E876C5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 xml:space="preserve">Продаж </w:t>
            </w:r>
            <w:proofErr w:type="gram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</w:t>
            </w:r>
            <w:proofErr w:type="gram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ринку, </w:t>
            </w:r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ц</w:t>
            </w:r>
          </w:p>
        </w:tc>
        <w:tc>
          <w:tcPr>
            <w:tcW w:w="1133" w:type="dxa"/>
            <w:vAlign w:val="center"/>
          </w:tcPr>
          <w:p w:rsidR="00E876C5" w:rsidRPr="00142706" w:rsidRDefault="00E876C5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Інша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потреба, ц</w:t>
            </w:r>
          </w:p>
        </w:tc>
        <w:tc>
          <w:tcPr>
            <w:tcW w:w="1133" w:type="dxa"/>
            <w:vAlign w:val="center"/>
          </w:tcPr>
          <w:p w:rsidR="00E876C5" w:rsidRPr="00142706" w:rsidRDefault="00E876C5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gram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Норма</w:t>
            </w:r>
            <w:r w:rsid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тивна</w:t>
            </w:r>
            <w:proofErr w:type="spellEnd"/>
            <w:proofErr w:type="gramEnd"/>
            <w:r w:rsidR="00142706"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потреба, </w:t>
            </w:r>
            <w:r w:rsidR="00142706"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ц</w:t>
            </w:r>
          </w:p>
        </w:tc>
      </w:tr>
      <w:tr w:rsidR="00142706" w:rsidTr="00CA31DD">
        <w:tc>
          <w:tcPr>
            <w:tcW w:w="1600" w:type="dxa"/>
          </w:tcPr>
          <w:p w:rsidR="00E876C5" w:rsidRPr="00142706" w:rsidRDefault="00E876C5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Озима</w:t>
            </w:r>
            <w:proofErr w:type="spellEnd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пшениця</w:t>
            </w:r>
            <w:proofErr w:type="spellEnd"/>
          </w:p>
        </w:tc>
        <w:tc>
          <w:tcPr>
            <w:tcW w:w="1072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45B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</w:t>
            </w:r>
          </w:p>
        </w:tc>
        <w:tc>
          <w:tcPr>
            <w:tcW w:w="986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C45BF">
              <w:rPr>
                <w:rFonts w:ascii="Times New Roman" w:hAnsi="Times New Roman" w:cs="Times New Roman"/>
                <w:b/>
                <w:lang w:val="ru-RU"/>
              </w:rPr>
              <w:t>90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88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14,08</w:t>
            </w:r>
          </w:p>
        </w:tc>
        <w:tc>
          <w:tcPr>
            <w:tcW w:w="1107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72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600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1706,08</w:t>
            </w:r>
          </w:p>
        </w:tc>
      </w:tr>
      <w:tr w:rsidR="00142706" w:rsidTr="00CA31DD">
        <w:tc>
          <w:tcPr>
            <w:tcW w:w="1600" w:type="dxa"/>
          </w:tcPr>
          <w:p w:rsidR="00E876C5" w:rsidRPr="00142706" w:rsidRDefault="00E876C5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Кукурудза</w:t>
            </w:r>
            <w:proofErr w:type="spellEnd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зерно</w:t>
            </w:r>
          </w:p>
        </w:tc>
        <w:tc>
          <w:tcPr>
            <w:tcW w:w="1072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45B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420</w:t>
            </w:r>
          </w:p>
        </w:tc>
        <w:tc>
          <w:tcPr>
            <w:tcW w:w="986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C45BF">
              <w:rPr>
                <w:rFonts w:ascii="Times New Roman" w:hAnsi="Times New Roman" w:cs="Times New Roman"/>
                <w:b/>
                <w:lang w:val="ru-RU"/>
              </w:rPr>
              <w:t>21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1,02</w:t>
            </w:r>
          </w:p>
        </w:tc>
        <w:tc>
          <w:tcPr>
            <w:tcW w:w="1107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072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1071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1525,02</w:t>
            </w:r>
          </w:p>
        </w:tc>
      </w:tr>
      <w:tr w:rsidR="00142706" w:rsidTr="00CA31DD">
        <w:tc>
          <w:tcPr>
            <w:tcW w:w="1600" w:type="dxa"/>
          </w:tcPr>
          <w:p w:rsidR="00E876C5" w:rsidRPr="00142706" w:rsidRDefault="00E876C5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Ячмінь</w:t>
            </w:r>
            <w:proofErr w:type="spellEnd"/>
          </w:p>
        </w:tc>
        <w:tc>
          <w:tcPr>
            <w:tcW w:w="1072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45B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175</w:t>
            </w:r>
          </w:p>
        </w:tc>
        <w:tc>
          <w:tcPr>
            <w:tcW w:w="986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C45BF">
              <w:rPr>
                <w:rFonts w:ascii="Times New Roman" w:hAnsi="Times New Roman" w:cs="Times New Roman"/>
                <w:b/>
                <w:lang w:val="ru-RU"/>
              </w:rPr>
              <w:t>17,5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3,3</w:t>
            </w:r>
          </w:p>
        </w:tc>
        <w:tc>
          <w:tcPr>
            <w:tcW w:w="1107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072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131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349,8</w:t>
            </w:r>
          </w:p>
        </w:tc>
      </w:tr>
      <w:tr w:rsidR="00142706" w:rsidTr="00CA31DD">
        <w:tc>
          <w:tcPr>
            <w:tcW w:w="1600" w:type="dxa"/>
          </w:tcPr>
          <w:p w:rsidR="00E876C5" w:rsidRPr="00142706" w:rsidRDefault="00E876C5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Гречка</w:t>
            </w:r>
          </w:p>
        </w:tc>
        <w:tc>
          <w:tcPr>
            <w:tcW w:w="1072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45B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80</w:t>
            </w:r>
          </w:p>
        </w:tc>
        <w:tc>
          <w:tcPr>
            <w:tcW w:w="986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C45BF">
              <w:rPr>
                <w:rFonts w:ascii="Times New Roman" w:hAnsi="Times New Roman" w:cs="Times New Roman"/>
                <w:b/>
                <w:lang w:val="ru-RU"/>
              </w:rPr>
              <w:t>8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0,68</w:t>
            </w:r>
          </w:p>
        </w:tc>
        <w:tc>
          <w:tcPr>
            <w:tcW w:w="1107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72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96,68</w:t>
            </w:r>
          </w:p>
        </w:tc>
      </w:tr>
      <w:tr w:rsidR="00142706" w:rsidTr="00CA31DD">
        <w:tc>
          <w:tcPr>
            <w:tcW w:w="1600" w:type="dxa"/>
          </w:tcPr>
          <w:p w:rsidR="00E876C5" w:rsidRPr="00142706" w:rsidRDefault="00E876C5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Зернобобові</w:t>
            </w:r>
            <w:proofErr w:type="spellEnd"/>
          </w:p>
        </w:tc>
        <w:tc>
          <w:tcPr>
            <w:tcW w:w="1072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45B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986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C45BF">
              <w:rPr>
                <w:rFonts w:ascii="Times New Roman" w:hAnsi="Times New Roman" w:cs="Times New Roman"/>
                <w:b/>
                <w:lang w:val="ru-RU"/>
              </w:rPr>
              <w:t>19,2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7,2</w:t>
            </w:r>
          </w:p>
        </w:tc>
        <w:tc>
          <w:tcPr>
            <w:tcW w:w="1107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72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331,4</w:t>
            </w:r>
          </w:p>
        </w:tc>
      </w:tr>
      <w:tr w:rsidR="00142706" w:rsidTr="00CA31DD">
        <w:tc>
          <w:tcPr>
            <w:tcW w:w="1600" w:type="dxa"/>
          </w:tcPr>
          <w:p w:rsidR="00E876C5" w:rsidRPr="00142706" w:rsidRDefault="00E876C5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Соняшник</w:t>
            </w:r>
            <w:proofErr w:type="spellEnd"/>
          </w:p>
        </w:tc>
        <w:tc>
          <w:tcPr>
            <w:tcW w:w="1072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45B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986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C45BF">
              <w:rPr>
                <w:rFonts w:ascii="Times New Roman" w:hAnsi="Times New Roman" w:cs="Times New Roman"/>
                <w:b/>
                <w:lang w:val="ru-RU"/>
              </w:rPr>
              <w:t>0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1,95</w:t>
            </w:r>
          </w:p>
        </w:tc>
        <w:tc>
          <w:tcPr>
            <w:tcW w:w="1107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072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215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249,95</w:t>
            </w:r>
          </w:p>
        </w:tc>
      </w:tr>
      <w:tr w:rsidR="00142706" w:rsidTr="00CA31DD">
        <w:tc>
          <w:tcPr>
            <w:tcW w:w="1600" w:type="dxa"/>
          </w:tcPr>
          <w:p w:rsidR="00E876C5" w:rsidRPr="00142706" w:rsidRDefault="00E876C5" w:rsidP="005C0E9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Овочі</w:t>
            </w:r>
            <w:proofErr w:type="spellEnd"/>
          </w:p>
        </w:tc>
        <w:tc>
          <w:tcPr>
            <w:tcW w:w="1072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45B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350</w:t>
            </w:r>
          </w:p>
        </w:tc>
        <w:tc>
          <w:tcPr>
            <w:tcW w:w="986" w:type="dxa"/>
            <w:vAlign w:val="center"/>
          </w:tcPr>
          <w:p w:rsidR="00E876C5" w:rsidRPr="006C45BF" w:rsidRDefault="006C45BF" w:rsidP="006C45BF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C45BF">
              <w:rPr>
                <w:rFonts w:ascii="Times New Roman" w:hAnsi="Times New Roman" w:cs="Times New Roman"/>
                <w:b/>
                <w:lang w:val="ru-RU"/>
              </w:rPr>
              <w:t>35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108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</w:t>
            </w:r>
          </w:p>
        </w:tc>
        <w:tc>
          <w:tcPr>
            <w:tcW w:w="1107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</w:t>
            </w:r>
          </w:p>
        </w:tc>
        <w:tc>
          <w:tcPr>
            <w:tcW w:w="1072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1200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33" w:type="dxa"/>
            <w:vAlign w:val="center"/>
          </w:tcPr>
          <w:p w:rsidR="00E876C5" w:rsidRPr="00CA31DD" w:rsidRDefault="00CA31DD" w:rsidP="00CA3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1633</w:t>
            </w:r>
          </w:p>
        </w:tc>
      </w:tr>
    </w:tbl>
    <w:p w:rsidR="00D2145A" w:rsidRPr="006C45BF" w:rsidRDefault="00D2145A" w:rsidP="00D2145A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>Формули</w:t>
      </w:r>
      <w:proofErr w:type="spellEnd"/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>розрахунку</w:t>
      </w:r>
      <w:proofErr w:type="spellEnd"/>
      <w:r w:rsidRPr="006C45BF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6C45BF">
        <w:rPr>
          <w:rStyle w:val="af6"/>
          <w:rFonts w:ascii="Times New Roman" w:hAnsi="Times New Roman" w:cs="Times New Roman"/>
          <w:color w:val="auto"/>
          <w:sz w:val="28"/>
          <w:szCs w:val="28"/>
          <w:lang w:val="ru-RU"/>
        </w:rPr>
        <w:t xml:space="preserve">1. Фонд оплати </w:t>
      </w:r>
      <w:proofErr w:type="spellStart"/>
      <w:r w:rsidRPr="006C45BF">
        <w:rPr>
          <w:rStyle w:val="af6"/>
          <w:rFonts w:ascii="Times New Roman" w:hAnsi="Times New Roman" w:cs="Times New Roman"/>
          <w:color w:val="auto"/>
          <w:sz w:val="28"/>
          <w:szCs w:val="28"/>
          <w:lang w:val="ru-RU"/>
        </w:rPr>
        <w:t>праці</w:t>
      </w:r>
      <w:proofErr w:type="spellEnd"/>
      <w:r w:rsidRPr="006C45BF">
        <w:rPr>
          <w:rStyle w:val="af6"/>
          <w:rFonts w:ascii="Times New Roman" w:hAnsi="Times New Roman" w:cs="Times New Roman"/>
          <w:color w:val="auto"/>
          <w:sz w:val="28"/>
          <w:szCs w:val="28"/>
          <w:lang w:val="ru-RU"/>
        </w:rPr>
        <w:t>, ц</w:t>
      </w:r>
    </w:p>
    <w:p w:rsidR="00D2145A" w:rsidRPr="006C45BF" w:rsidRDefault="00D2145A" w:rsidP="00D2145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ФОП=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b/>
                <w:bCs/>
                <w:i/>
                <w:sz w:val="36"/>
                <w:szCs w:val="36"/>
                <w:lang w:val="ru-RU"/>
              </w:rPr>
            </m:ctrlPr>
          </m:fPr>
          <m:num>
            <m:r>
              <m:rPr>
                <m:sty m:val="bi"/>
              </m:rPr>
              <w:rPr>
                <w:rStyle w:val="katex-mathml"/>
                <w:rFonts w:ascii="Cambria Math" w:hAnsi="Cambria Math" w:cs="Times New Roman"/>
                <w:sz w:val="36"/>
                <w:szCs w:val="36"/>
                <w:lang w:val="ru-RU"/>
              </w:rPr>
              <m:t>Продаж</m:t>
            </m:r>
            <m:r>
              <m:rPr>
                <m:sty m:val="bi"/>
              </m:rP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 </m:t>
            </m:r>
            <m:r>
              <m:rPr>
                <m:sty m:val="bi"/>
              </m:rPr>
              <w:rPr>
                <w:rStyle w:val="katex-mathml"/>
                <w:rFonts w:ascii="Cambria Math" w:hAnsi="Cambria Math" w:cs="Times New Roman"/>
                <w:sz w:val="36"/>
                <w:szCs w:val="36"/>
                <w:lang w:val="ru-RU"/>
              </w:rPr>
              <m:t>за</m:t>
            </m:r>
            <m:r>
              <m:rPr>
                <m:sty m:val="bi"/>
              </m:rP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 </m:t>
            </m:r>
            <m:r>
              <m:rPr>
                <m:sty m:val="bi"/>
              </m:rPr>
              <w:rPr>
                <w:rStyle w:val="katex-mathml"/>
                <w:rFonts w:ascii="Cambria Math" w:hAnsi="Cambria Math" w:cs="Times New Roman"/>
                <w:sz w:val="36"/>
                <w:szCs w:val="36"/>
                <w:lang w:val="ru-RU"/>
              </w:rPr>
              <m:t>договорами×%</m:t>
            </m:r>
          </m:num>
          <m:den>
            <m:r>
              <m:rPr>
                <m:sty m:val="bi"/>
              </m:rPr>
              <w:rPr>
                <w:rStyle w:val="katex-mathml"/>
                <w:rFonts w:ascii="Cambria Math" w:hAnsi="Cambria Math" w:cs="Times New Roman"/>
                <w:sz w:val="36"/>
                <w:szCs w:val="36"/>
                <w:lang w:val="ru-RU"/>
              </w:rPr>
              <m:t>100</m:t>
            </m:r>
          </m:den>
        </m:f>
      </m:oMath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2145A" w:rsidRPr="006C45BF" w:rsidRDefault="00D2145A" w:rsidP="006C45BF">
      <w:pPr>
        <w:pStyle w:val="aff8"/>
        <w:rPr>
          <w:sz w:val="28"/>
          <w:szCs w:val="28"/>
        </w:rPr>
      </w:pPr>
      <w:r w:rsidRPr="006C45BF">
        <w:rPr>
          <w:rStyle w:val="af6"/>
          <w:sz w:val="28"/>
          <w:szCs w:val="28"/>
        </w:rPr>
        <w:t xml:space="preserve">2. </w:t>
      </w:r>
      <w:proofErr w:type="spellStart"/>
      <w:r w:rsidRPr="006C45BF">
        <w:rPr>
          <w:rStyle w:val="af6"/>
          <w:sz w:val="28"/>
          <w:szCs w:val="28"/>
        </w:rPr>
        <w:t>Страховий</w:t>
      </w:r>
      <w:proofErr w:type="spellEnd"/>
      <w:r w:rsidRPr="006C45BF">
        <w:rPr>
          <w:rStyle w:val="af6"/>
          <w:sz w:val="28"/>
          <w:szCs w:val="28"/>
        </w:rPr>
        <w:t xml:space="preserve"> </w:t>
      </w:r>
      <w:proofErr w:type="spellStart"/>
      <w:r w:rsidRPr="006C45BF">
        <w:rPr>
          <w:rStyle w:val="af6"/>
          <w:sz w:val="28"/>
          <w:szCs w:val="28"/>
        </w:rPr>
        <w:t>насіннєвий</w:t>
      </w:r>
      <w:proofErr w:type="spellEnd"/>
      <w:r w:rsidRPr="006C45BF">
        <w:rPr>
          <w:rStyle w:val="af6"/>
          <w:sz w:val="28"/>
          <w:szCs w:val="28"/>
        </w:rPr>
        <w:t xml:space="preserve"> фонд, ц</w:t>
      </w:r>
      <w:r w:rsidR="006C45BF" w:rsidRPr="006C45BF">
        <w:rPr>
          <w:rStyle w:val="af6"/>
          <w:sz w:val="28"/>
          <w:szCs w:val="28"/>
          <w:lang w:val="uk-UA"/>
        </w:rPr>
        <w:br/>
      </w:r>
      <w:r w:rsidRPr="006C45BF">
        <w:rPr>
          <w:rStyle w:val="katex-mathml"/>
          <w:rFonts w:eastAsiaTheme="majorEastAsia"/>
          <w:sz w:val="28"/>
          <w:szCs w:val="28"/>
        </w:rPr>
        <w:t>СНФ</w:t>
      </w:r>
      <w:r w:rsidR="006C45BF" w:rsidRPr="006C45BF">
        <w:rPr>
          <w:rStyle w:val="katex-mathml"/>
          <w:rFonts w:eastAsiaTheme="majorEastAsia"/>
          <w:sz w:val="28"/>
          <w:szCs w:val="28"/>
          <w:lang w:val="uk-UA"/>
        </w:rPr>
        <w:t xml:space="preserve"> </w:t>
      </w:r>
      <w:r w:rsidRPr="006C45BF">
        <w:rPr>
          <w:rStyle w:val="katex-mathml"/>
          <w:rFonts w:eastAsiaTheme="majorEastAsia"/>
          <w:sz w:val="28"/>
          <w:szCs w:val="28"/>
        </w:rPr>
        <w:t>=</w:t>
      </w:r>
      <w:r w:rsidR="006C45BF" w:rsidRPr="006C45BF">
        <w:rPr>
          <w:rStyle w:val="katex-mathml"/>
          <w:rFonts w:eastAsiaTheme="majorEastAsia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eastAsiaTheme="majorEastAsia" w:hAnsi="Cambria Math"/>
                <w:b/>
                <w:bCs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Style w:val="katex-mathml"/>
                <w:rFonts w:ascii="Cambria Math" w:eastAsiaTheme="majorEastAsia" w:hAnsi="Cambria Math"/>
                <w:sz w:val="36"/>
                <w:szCs w:val="36"/>
              </w:rPr>
              <m:t>Основний насіннєвий фонд×%</m:t>
            </m:r>
          </m:num>
          <m:den>
            <m:r>
              <m:rPr>
                <m:sty m:val="bi"/>
              </m:rPr>
              <w:rPr>
                <w:rStyle w:val="katex-mathml"/>
                <w:rFonts w:ascii="Cambria Math" w:eastAsiaTheme="majorEastAsia" w:hAnsi="Cambria Math"/>
                <w:sz w:val="36"/>
                <w:szCs w:val="36"/>
              </w:rPr>
              <m:t>100</m:t>
            </m:r>
          </m:den>
        </m:f>
      </m:oMath>
      <w:r w:rsidRPr="006C45BF">
        <w:rPr>
          <w:sz w:val="28"/>
          <w:szCs w:val="28"/>
        </w:rPr>
        <w:t xml:space="preserve"> </w:t>
      </w:r>
    </w:p>
    <w:p w:rsidR="00D2145A" w:rsidRPr="006C45BF" w:rsidRDefault="00D2145A" w:rsidP="006C45BF">
      <w:pPr>
        <w:pStyle w:val="aff8"/>
        <w:rPr>
          <w:sz w:val="28"/>
          <w:szCs w:val="28"/>
          <w:lang w:val="uk-UA"/>
        </w:rPr>
      </w:pPr>
      <w:r w:rsidRPr="006C45BF">
        <w:rPr>
          <w:rStyle w:val="af6"/>
          <w:sz w:val="28"/>
          <w:szCs w:val="28"/>
        </w:rPr>
        <w:t>3. Нормативна потреба, ц</w:t>
      </w:r>
      <w:r w:rsidR="006C45BF" w:rsidRPr="006C45BF">
        <w:rPr>
          <w:rStyle w:val="af6"/>
          <w:sz w:val="28"/>
          <w:szCs w:val="28"/>
          <w:lang w:val="uk-UA"/>
        </w:rPr>
        <w:br/>
      </w:r>
      <w:r w:rsidRPr="006C45BF">
        <w:rPr>
          <w:rStyle w:val="katex-mathml"/>
          <w:rFonts w:eastAsiaTheme="majorEastAsia"/>
          <w:sz w:val="28"/>
          <w:szCs w:val="28"/>
        </w:rPr>
        <w:t>НП=Продаж+ФОП+Основний фонд+Страховий фонд+Громадське харчування+Продаж </w:t>
      </w:r>
      <w:proofErr w:type="gramStart"/>
      <w:r w:rsidRPr="006C45BF">
        <w:rPr>
          <w:rStyle w:val="katex-mathml"/>
          <w:rFonts w:eastAsiaTheme="majorEastAsia"/>
          <w:sz w:val="28"/>
          <w:szCs w:val="28"/>
        </w:rPr>
        <w:t>на</w:t>
      </w:r>
      <w:proofErr w:type="gramEnd"/>
      <w:r w:rsidRPr="006C45BF">
        <w:rPr>
          <w:rStyle w:val="katex-mathml"/>
          <w:rFonts w:eastAsiaTheme="majorEastAsia"/>
          <w:sz w:val="28"/>
          <w:szCs w:val="28"/>
        </w:rPr>
        <w:t> ринку+Інша потреба</w:t>
      </w:r>
      <w:r w:rsidRPr="006C45BF">
        <w:rPr>
          <w:sz w:val="28"/>
          <w:szCs w:val="28"/>
        </w:rPr>
        <w:t xml:space="preserve"> </w:t>
      </w:r>
    </w:p>
    <w:p w:rsidR="00D2145A" w:rsidRPr="006C45BF" w:rsidRDefault="00D2145A" w:rsidP="006C45BF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1) </w:t>
      </w:r>
      <w:proofErr w:type="spellStart"/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>Озима</w:t>
      </w:r>
      <w:proofErr w:type="spellEnd"/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>пшениця</w:t>
      </w:r>
      <w:proofErr w:type="spellEnd"/>
      <w:r w:rsidR="006C45BF"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Фонд оплати </w:t>
      </w:r>
      <w:proofErr w:type="spellStart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праці</w:t>
      </w:r>
      <w:proofErr w:type="spellEnd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:</w:t>
      </w:r>
    </w:p>
    <w:p w:rsidR="00D2145A" w:rsidRPr="006C45BF" w:rsidRDefault="00D2145A" w:rsidP="00D2145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900×10%=90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Страховий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насіннєвий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фонд: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88×16%=14,08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Fonts w:ascii="Times New Roman" w:hAnsi="Times New Roman" w:cs="Times New Roman"/>
          <w:sz w:val="28"/>
          <w:szCs w:val="28"/>
          <w:lang w:val="ru-RU"/>
        </w:rPr>
        <w:t>Нормативна потреба: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900+90+88+14,08+2+600+12=1706,08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</w:p>
    <w:p w:rsidR="00D2145A" w:rsidRPr="006C45BF" w:rsidRDefault="00D2145A" w:rsidP="006C45BF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2) </w:t>
      </w:r>
      <w:proofErr w:type="spellStart"/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>Кукурудза</w:t>
      </w:r>
      <w:proofErr w:type="spellEnd"/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на зерно</w:t>
      </w:r>
      <w:r w:rsidR="006C45BF"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Фонд оплати </w:t>
      </w:r>
      <w:proofErr w:type="spellStart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праці</w:t>
      </w:r>
      <w:proofErr w:type="spellEnd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:</w:t>
      </w:r>
    </w:p>
    <w:p w:rsidR="00D2145A" w:rsidRPr="006C45BF" w:rsidRDefault="00D2145A" w:rsidP="00D2145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420×5%=21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Страховий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насіннєвий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фонд: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6×17%=1,02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Fonts w:ascii="Times New Roman" w:hAnsi="Times New Roman" w:cs="Times New Roman"/>
          <w:sz w:val="28"/>
          <w:szCs w:val="28"/>
          <w:lang w:val="ru-RU"/>
        </w:rPr>
        <w:lastRenderedPageBreak/>
        <w:t>Нормативна потреба: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420+21+6+1,02+0+1071+6=1525,02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</w:p>
    <w:p w:rsidR="00D2145A" w:rsidRPr="006C45BF" w:rsidRDefault="00D2145A" w:rsidP="006C45BF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3) </w:t>
      </w:r>
      <w:proofErr w:type="spellStart"/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>Ячмінь</w:t>
      </w:r>
      <w:proofErr w:type="spellEnd"/>
      <w:r w:rsidR="006C45BF" w:rsidRPr="006C45BF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Фонд оплати </w:t>
      </w:r>
      <w:proofErr w:type="spellStart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праці</w:t>
      </w:r>
      <w:proofErr w:type="spellEnd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:</w:t>
      </w:r>
    </w:p>
    <w:p w:rsidR="00D2145A" w:rsidRPr="006C45BF" w:rsidRDefault="00D2145A" w:rsidP="00D2145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175×10%=17,5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Страховий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насіннєвий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фонд: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22×15%=3,3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Fonts w:ascii="Times New Roman" w:hAnsi="Times New Roman" w:cs="Times New Roman"/>
          <w:sz w:val="28"/>
          <w:szCs w:val="28"/>
          <w:lang w:val="ru-RU"/>
        </w:rPr>
        <w:t>Нормативна потреба: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175+17,5+22+3,3+0+131+1=349,8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</w:p>
    <w:p w:rsidR="00D2145A" w:rsidRPr="006C45BF" w:rsidRDefault="00D2145A" w:rsidP="006C45BF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>4) Гречка</w:t>
      </w:r>
      <w:r w:rsidR="006C45BF"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Фонд оплати </w:t>
      </w:r>
      <w:proofErr w:type="spellStart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праці</w:t>
      </w:r>
      <w:proofErr w:type="spellEnd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:</w:t>
      </w:r>
    </w:p>
    <w:p w:rsidR="00D2145A" w:rsidRPr="006C45BF" w:rsidRDefault="00D2145A" w:rsidP="00D2145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80×10%=8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Страховий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насіннєвий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фонд: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4×17%=0,68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Fonts w:ascii="Times New Roman" w:hAnsi="Times New Roman" w:cs="Times New Roman"/>
          <w:sz w:val="28"/>
          <w:szCs w:val="28"/>
          <w:lang w:val="ru-RU"/>
        </w:rPr>
        <w:t>Нормативна потреба: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80+8+4+0,68+2+2+0=96,68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</w:p>
    <w:p w:rsidR="00D2145A" w:rsidRPr="006C45BF" w:rsidRDefault="00D2145A" w:rsidP="006C45BF">
      <w:pPr>
        <w:pStyle w:val="21"/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5) </w:t>
      </w:r>
      <w:proofErr w:type="spellStart"/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>Зернобобові</w:t>
      </w:r>
      <w:proofErr w:type="spellEnd"/>
      <w:r w:rsidR="006C45BF" w:rsidRPr="006C45BF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Фонд оплати </w:t>
      </w:r>
      <w:proofErr w:type="spellStart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праці</w:t>
      </w:r>
      <w:proofErr w:type="spellEnd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:</w:t>
      </w:r>
    </w:p>
    <w:p w:rsidR="00D2145A" w:rsidRPr="006C45BF" w:rsidRDefault="00D2145A" w:rsidP="00D2145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240×8%=19,2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Страховий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насіннєвий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фонд: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45×16%=7,2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Fonts w:ascii="Times New Roman" w:hAnsi="Times New Roman" w:cs="Times New Roman"/>
          <w:sz w:val="28"/>
          <w:szCs w:val="28"/>
          <w:lang w:val="ru-RU"/>
        </w:rPr>
        <w:t>Нормативна потреба: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240+19,2+45+7,2+1+16+3=331,4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</w:p>
    <w:p w:rsidR="00D2145A" w:rsidRPr="006C45BF" w:rsidRDefault="00D2145A" w:rsidP="006C45BF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6) </w:t>
      </w:r>
      <w:proofErr w:type="spellStart"/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>Соняшник</w:t>
      </w:r>
      <w:proofErr w:type="spellEnd"/>
      <w:r w:rsidR="006C45BF"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Фонд оплати </w:t>
      </w:r>
      <w:proofErr w:type="spellStart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праці</w:t>
      </w:r>
      <w:proofErr w:type="spellEnd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:</w:t>
      </w:r>
    </w:p>
    <w:p w:rsidR="00D2145A" w:rsidRPr="006C45BF" w:rsidRDefault="00D2145A" w:rsidP="00D2145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0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Страховий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насіннєвий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фонд: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13×15%=1,95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Fonts w:ascii="Times New Roman" w:hAnsi="Times New Roman" w:cs="Times New Roman"/>
          <w:sz w:val="28"/>
          <w:szCs w:val="28"/>
          <w:lang w:val="ru-RU"/>
        </w:rPr>
        <w:t>Нормативна потреба: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0+0+13+1,95+0+215+20=249,95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</w:p>
    <w:p w:rsidR="00D2145A" w:rsidRPr="006C45BF" w:rsidRDefault="00D2145A" w:rsidP="006C45BF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 xml:space="preserve">7) </w:t>
      </w:r>
      <w:proofErr w:type="spellStart"/>
      <w:r w:rsidRPr="006C45BF">
        <w:rPr>
          <w:rFonts w:ascii="Times New Roman" w:hAnsi="Times New Roman" w:cs="Times New Roman"/>
          <w:color w:val="auto"/>
          <w:sz w:val="28"/>
          <w:szCs w:val="28"/>
          <w:lang w:val="ru-RU"/>
        </w:rPr>
        <w:t>Овочі</w:t>
      </w:r>
      <w:proofErr w:type="spellEnd"/>
      <w:r w:rsidR="006C45BF" w:rsidRPr="006C45BF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Фонд оплати </w:t>
      </w:r>
      <w:proofErr w:type="spellStart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праці</w:t>
      </w:r>
      <w:proofErr w:type="spellEnd"/>
      <w:r w:rsidRPr="006C45BF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:</w:t>
      </w:r>
    </w:p>
    <w:p w:rsidR="005C0E9D" w:rsidRPr="006C45BF" w:rsidRDefault="00D2145A" w:rsidP="00D2145A">
      <w:pPr>
        <w:rPr>
          <w:lang w:val="ru-RU"/>
        </w:rPr>
      </w:pP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350×10%=35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 w:rsidRPr="006C45BF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Страховий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C45BF">
        <w:rPr>
          <w:rFonts w:ascii="Times New Roman" w:hAnsi="Times New Roman" w:cs="Times New Roman"/>
          <w:sz w:val="28"/>
          <w:szCs w:val="28"/>
          <w:lang w:val="ru-RU"/>
        </w:rPr>
        <w:t>насіннєвий</w:t>
      </w:r>
      <w:proofErr w:type="spellEnd"/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фонд: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0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Pr="006C45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Fonts w:ascii="Times New Roman" w:hAnsi="Times New Roman" w:cs="Times New Roman"/>
          <w:sz w:val="28"/>
          <w:szCs w:val="28"/>
          <w:lang w:val="ru-RU"/>
        </w:rPr>
        <w:t>Нормативна потреба:</w:t>
      </w:r>
      <w:r w:rsidR="006C45BF" w:rsidRPr="006C45B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350+35+0+0+38+1200+10=1633</w:t>
      </w:r>
      <w:r w:rsidRPr="006C45BF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6C45BF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6C45BF">
        <w:rPr>
          <w:rStyle w:val="katex-mathml"/>
          <w:lang w:val="ru-RU"/>
        </w:rPr>
        <w:br/>
        <w:t xml:space="preserve">                                                                                                                                     </w:t>
      </w:r>
      <w:proofErr w:type="spellStart"/>
      <w:r w:rsidR="005C0E9D" w:rsidRPr="00142706">
        <w:rPr>
          <w:rFonts w:ascii="Times New Roman" w:hAnsi="Times New Roman" w:cs="Times New Roman"/>
          <w:sz w:val="28"/>
          <w:szCs w:val="28"/>
          <w:lang w:val="ru-RU"/>
        </w:rPr>
        <w:t>Таблиця</w:t>
      </w:r>
      <w:proofErr w:type="spellEnd"/>
      <w:r w:rsidR="005C0E9D" w:rsidRPr="00142706">
        <w:rPr>
          <w:rFonts w:ascii="Times New Roman" w:hAnsi="Times New Roman" w:cs="Times New Roman"/>
          <w:sz w:val="28"/>
          <w:szCs w:val="28"/>
          <w:lang w:val="ru-RU"/>
        </w:rPr>
        <w:t xml:space="preserve"> 6</w:t>
      </w:r>
    </w:p>
    <w:p w:rsidR="005C0E9D" w:rsidRPr="00142706" w:rsidRDefault="005C0E9D" w:rsidP="005C0E9D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Планування</w:t>
      </w:r>
      <w:proofErr w:type="spellEnd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пос</w:t>
      </w:r>
      <w:proofErr w:type="gramEnd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івних</w:t>
      </w:r>
      <w:proofErr w:type="spellEnd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площ</w:t>
      </w:r>
      <w:proofErr w:type="spellEnd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>сільськогосподарських</w:t>
      </w:r>
      <w:proofErr w:type="spellEnd"/>
      <w:r w:rsidRPr="001427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культур</w:t>
      </w:r>
    </w:p>
    <w:tbl>
      <w:tblPr>
        <w:tblStyle w:val="aff0"/>
        <w:tblW w:w="0" w:type="auto"/>
        <w:tblInd w:w="-459" w:type="dxa"/>
        <w:tblLook w:val="04A0" w:firstRow="1" w:lastRow="0" w:firstColumn="1" w:lastColumn="0" w:noHBand="0" w:noVBand="1"/>
      </w:tblPr>
      <w:tblGrid>
        <w:gridCol w:w="2307"/>
        <w:gridCol w:w="2038"/>
        <w:gridCol w:w="2041"/>
        <w:gridCol w:w="1605"/>
        <w:gridCol w:w="2044"/>
      </w:tblGrid>
      <w:tr w:rsidR="00142706" w:rsidRPr="00E876C5" w:rsidTr="00142706">
        <w:tc>
          <w:tcPr>
            <w:tcW w:w="2307" w:type="dxa"/>
            <w:vAlign w:val="center"/>
          </w:tcPr>
          <w:p w:rsidR="00142706" w:rsidRPr="00E876C5" w:rsidRDefault="00142706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2038" w:type="dxa"/>
            <w:vAlign w:val="center"/>
          </w:tcPr>
          <w:p w:rsidR="00142706" w:rsidRPr="00E876C5" w:rsidRDefault="00142706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Норма </w:t>
            </w: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виробництва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продукції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ц</w:t>
            </w:r>
          </w:p>
        </w:tc>
        <w:tc>
          <w:tcPr>
            <w:tcW w:w="2041" w:type="dxa"/>
            <w:vAlign w:val="center"/>
          </w:tcPr>
          <w:p w:rsidR="00142706" w:rsidRPr="00E876C5" w:rsidRDefault="00142706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gram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Нормативна</w:t>
            </w:r>
            <w:proofErr w:type="gram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врожайність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ц/га</w:t>
            </w:r>
          </w:p>
        </w:tc>
        <w:tc>
          <w:tcPr>
            <w:tcW w:w="1605" w:type="dxa"/>
            <w:vAlign w:val="center"/>
          </w:tcPr>
          <w:p w:rsidR="00142706" w:rsidRPr="00142706" w:rsidRDefault="00142706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Розрахована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івна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площа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, </w:t>
            </w:r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га</w:t>
            </w:r>
          </w:p>
        </w:tc>
        <w:tc>
          <w:tcPr>
            <w:tcW w:w="2044" w:type="dxa"/>
            <w:vAlign w:val="center"/>
          </w:tcPr>
          <w:p w:rsidR="00142706" w:rsidRPr="00E876C5" w:rsidRDefault="00142706" w:rsidP="001427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Скоригована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пос</w:t>
            </w:r>
            <w:proofErr w:type="gram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івна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площа</w:t>
            </w:r>
            <w:proofErr w:type="spellEnd"/>
            <w:r w:rsidRPr="0014270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га</w:t>
            </w:r>
          </w:p>
        </w:tc>
      </w:tr>
      <w:tr w:rsidR="00142706" w:rsidRPr="00E876C5" w:rsidTr="002405C1">
        <w:tc>
          <w:tcPr>
            <w:tcW w:w="2307" w:type="dxa"/>
          </w:tcPr>
          <w:p w:rsidR="00142706" w:rsidRPr="00E876C5" w:rsidRDefault="00142706" w:rsidP="00714B1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bookmarkStart w:id="0" w:name="_GoBack" w:colFirst="3" w:colLast="4"/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Озима</w:t>
            </w:r>
            <w:proofErr w:type="spellEnd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пшениця</w:t>
            </w:r>
            <w:proofErr w:type="spellEnd"/>
          </w:p>
        </w:tc>
        <w:tc>
          <w:tcPr>
            <w:tcW w:w="2038" w:type="dxa"/>
            <w:vAlign w:val="center"/>
          </w:tcPr>
          <w:p w:rsidR="00142706" w:rsidRPr="00E876C5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1706,08</w:t>
            </w:r>
          </w:p>
        </w:tc>
        <w:tc>
          <w:tcPr>
            <w:tcW w:w="2041" w:type="dxa"/>
            <w:vAlign w:val="center"/>
          </w:tcPr>
          <w:p w:rsidR="00142706" w:rsidRPr="00E876C5" w:rsidRDefault="00CA31DD" w:rsidP="00F825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37,9</w:t>
            </w:r>
          </w:p>
        </w:tc>
        <w:tc>
          <w:tcPr>
            <w:tcW w:w="1605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45,0</w:t>
            </w:r>
          </w:p>
        </w:tc>
        <w:tc>
          <w:tcPr>
            <w:tcW w:w="2044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45,0</w:t>
            </w:r>
          </w:p>
        </w:tc>
      </w:tr>
      <w:tr w:rsidR="00142706" w:rsidRPr="00E876C5" w:rsidTr="002405C1">
        <w:tc>
          <w:tcPr>
            <w:tcW w:w="2307" w:type="dxa"/>
          </w:tcPr>
          <w:p w:rsidR="00142706" w:rsidRPr="00E876C5" w:rsidRDefault="00142706" w:rsidP="00714B1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Кукурудза</w:t>
            </w:r>
            <w:proofErr w:type="spellEnd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зерно</w:t>
            </w:r>
          </w:p>
        </w:tc>
        <w:tc>
          <w:tcPr>
            <w:tcW w:w="2038" w:type="dxa"/>
            <w:vAlign w:val="center"/>
          </w:tcPr>
          <w:p w:rsidR="00142706" w:rsidRPr="00E876C5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1525,02</w:t>
            </w:r>
          </w:p>
        </w:tc>
        <w:tc>
          <w:tcPr>
            <w:tcW w:w="2041" w:type="dxa"/>
            <w:vAlign w:val="center"/>
          </w:tcPr>
          <w:p w:rsidR="00142706" w:rsidRPr="00E876C5" w:rsidRDefault="00CA31DD" w:rsidP="00F825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61,0</w:t>
            </w:r>
          </w:p>
        </w:tc>
        <w:tc>
          <w:tcPr>
            <w:tcW w:w="1605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25,0</w:t>
            </w:r>
          </w:p>
        </w:tc>
        <w:tc>
          <w:tcPr>
            <w:tcW w:w="2044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25,0</w:t>
            </w:r>
          </w:p>
        </w:tc>
      </w:tr>
      <w:tr w:rsidR="00142706" w:rsidRPr="00E876C5" w:rsidTr="002405C1">
        <w:tc>
          <w:tcPr>
            <w:tcW w:w="2307" w:type="dxa"/>
          </w:tcPr>
          <w:p w:rsidR="00142706" w:rsidRPr="00E876C5" w:rsidRDefault="00142706" w:rsidP="00714B1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Ячмінь</w:t>
            </w:r>
            <w:proofErr w:type="spellEnd"/>
          </w:p>
        </w:tc>
        <w:tc>
          <w:tcPr>
            <w:tcW w:w="2038" w:type="dxa"/>
            <w:vAlign w:val="center"/>
          </w:tcPr>
          <w:p w:rsidR="00142706" w:rsidRPr="00E876C5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349,8</w:t>
            </w:r>
          </w:p>
        </w:tc>
        <w:tc>
          <w:tcPr>
            <w:tcW w:w="2041" w:type="dxa"/>
            <w:vAlign w:val="center"/>
          </w:tcPr>
          <w:p w:rsidR="00142706" w:rsidRPr="00E876C5" w:rsidRDefault="00CA31DD" w:rsidP="00F825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28,5</w:t>
            </w:r>
          </w:p>
        </w:tc>
        <w:tc>
          <w:tcPr>
            <w:tcW w:w="1605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12,3</w:t>
            </w:r>
          </w:p>
        </w:tc>
        <w:tc>
          <w:tcPr>
            <w:tcW w:w="2044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12,3</w:t>
            </w:r>
          </w:p>
        </w:tc>
      </w:tr>
      <w:tr w:rsidR="00142706" w:rsidRPr="00E876C5" w:rsidTr="002405C1">
        <w:tc>
          <w:tcPr>
            <w:tcW w:w="2307" w:type="dxa"/>
          </w:tcPr>
          <w:p w:rsidR="00142706" w:rsidRPr="00E876C5" w:rsidRDefault="00142706" w:rsidP="00714B1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Гречка</w:t>
            </w:r>
          </w:p>
        </w:tc>
        <w:tc>
          <w:tcPr>
            <w:tcW w:w="2038" w:type="dxa"/>
            <w:vAlign w:val="center"/>
          </w:tcPr>
          <w:p w:rsidR="00142706" w:rsidRPr="00E876C5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96,68</w:t>
            </w:r>
          </w:p>
        </w:tc>
        <w:tc>
          <w:tcPr>
            <w:tcW w:w="2041" w:type="dxa"/>
            <w:vAlign w:val="center"/>
          </w:tcPr>
          <w:p w:rsidR="00142706" w:rsidRPr="00E876C5" w:rsidRDefault="00CA31DD" w:rsidP="00F825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9,6</w:t>
            </w:r>
          </w:p>
        </w:tc>
        <w:tc>
          <w:tcPr>
            <w:tcW w:w="1605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10,1</w:t>
            </w:r>
          </w:p>
        </w:tc>
        <w:tc>
          <w:tcPr>
            <w:tcW w:w="2044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10,1</w:t>
            </w:r>
          </w:p>
        </w:tc>
      </w:tr>
      <w:tr w:rsidR="00142706" w:rsidRPr="00E876C5" w:rsidTr="002405C1">
        <w:tc>
          <w:tcPr>
            <w:tcW w:w="2307" w:type="dxa"/>
          </w:tcPr>
          <w:p w:rsidR="00142706" w:rsidRPr="00E876C5" w:rsidRDefault="00142706" w:rsidP="00714B1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Зернобобові</w:t>
            </w:r>
            <w:proofErr w:type="spellEnd"/>
          </w:p>
        </w:tc>
        <w:tc>
          <w:tcPr>
            <w:tcW w:w="2038" w:type="dxa"/>
            <w:vAlign w:val="center"/>
          </w:tcPr>
          <w:p w:rsidR="00142706" w:rsidRPr="00E876C5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331,4</w:t>
            </w:r>
          </w:p>
        </w:tc>
        <w:tc>
          <w:tcPr>
            <w:tcW w:w="2041" w:type="dxa"/>
            <w:vAlign w:val="center"/>
          </w:tcPr>
          <w:p w:rsidR="00142706" w:rsidRPr="00E876C5" w:rsidRDefault="00CA31DD" w:rsidP="00F825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22,2</w:t>
            </w:r>
          </w:p>
        </w:tc>
        <w:tc>
          <w:tcPr>
            <w:tcW w:w="1605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14,9</w:t>
            </w:r>
          </w:p>
        </w:tc>
        <w:tc>
          <w:tcPr>
            <w:tcW w:w="2044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14,9</w:t>
            </w:r>
          </w:p>
        </w:tc>
      </w:tr>
      <w:tr w:rsidR="00142706" w:rsidRPr="00E876C5" w:rsidTr="002405C1">
        <w:tc>
          <w:tcPr>
            <w:tcW w:w="2307" w:type="dxa"/>
          </w:tcPr>
          <w:p w:rsidR="00142706" w:rsidRPr="00E876C5" w:rsidRDefault="00142706" w:rsidP="00714B1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Соняшник</w:t>
            </w:r>
            <w:proofErr w:type="spellEnd"/>
          </w:p>
        </w:tc>
        <w:tc>
          <w:tcPr>
            <w:tcW w:w="2038" w:type="dxa"/>
            <w:vAlign w:val="center"/>
          </w:tcPr>
          <w:p w:rsidR="00142706" w:rsidRPr="00E876C5" w:rsidRDefault="00CA31DD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249,95</w:t>
            </w:r>
          </w:p>
        </w:tc>
        <w:tc>
          <w:tcPr>
            <w:tcW w:w="2041" w:type="dxa"/>
            <w:vAlign w:val="center"/>
          </w:tcPr>
          <w:p w:rsidR="00142706" w:rsidRPr="00E876C5" w:rsidRDefault="00CA31DD" w:rsidP="00F825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15,2</w:t>
            </w:r>
          </w:p>
        </w:tc>
        <w:tc>
          <w:tcPr>
            <w:tcW w:w="1605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16,4</w:t>
            </w:r>
          </w:p>
        </w:tc>
        <w:tc>
          <w:tcPr>
            <w:tcW w:w="2044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16,4</w:t>
            </w:r>
          </w:p>
        </w:tc>
      </w:tr>
      <w:tr w:rsidR="00142706" w:rsidRPr="00E876C5" w:rsidTr="002405C1">
        <w:tc>
          <w:tcPr>
            <w:tcW w:w="2307" w:type="dxa"/>
          </w:tcPr>
          <w:p w:rsidR="00142706" w:rsidRPr="00E876C5" w:rsidRDefault="00142706" w:rsidP="00714B1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876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Овочі</w:t>
            </w:r>
            <w:proofErr w:type="spellEnd"/>
          </w:p>
        </w:tc>
        <w:tc>
          <w:tcPr>
            <w:tcW w:w="2038" w:type="dxa"/>
            <w:vAlign w:val="center"/>
          </w:tcPr>
          <w:p w:rsidR="00142706" w:rsidRPr="00E876C5" w:rsidRDefault="00F82507" w:rsidP="00CA3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1633</w:t>
            </w:r>
          </w:p>
        </w:tc>
        <w:tc>
          <w:tcPr>
            <w:tcW w:w="2041" w:type="dxa"/>
            <w:vAlign w:val="center"/>
          </w:tcPr>
          <w:p w:rsidR="00142706" w:rsidRPr="00E876C5" w:rsidRDefault="00CA31DD" w:rsidP="00F825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A31D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205,7</w:t>
            </w:r>
          </w:p>
        </w:tc>
        <w:tc>
          <w:tcPr>
            <w:tcW w:w="1605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7,9</w:t>
            </w:r>
          </w:p>
        </w:tc>
        <w:tc>
          <w:tcPr>
            <w:tcW w:w="2044" w:type="dxa"/>
            <w:vAlign w:val="center"/>
          </w:tcPr>
          <w:p w:rsidR="00142706" w:rsidRPr="002405C1" w:rsidRDefault="00F82507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7,9</w:t>
            </w:r>
          </w:p>
        </w:tc>
      </w:tr>
      <w:tr w:rsidR="00142706" w:rsidRPr="00E876C5" w:rsidTr="002405C1">
        <w:tc>
          <w:tcPr>
            <w:tcW w:w="2307" w:type="dxa"/>
          </w:tcPr>
          <w:p w:rsidR="00142706" w:rsidRPr="00E876C5" w:rsidRDefault="00142706" w:rsidP="00714B1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РАЗОМ</w:t>
            </w:r>
          </w:p>
        </w:tc>
        <w:tc>
          <w:tcPr>
            <w:tcW w:w="2038" w:type="dxa"/>
          </w:tcPr>
          <w:p w:rsidR="00142706" w:rsidRPr="00E876C5" w:rsidRDefault="00142706" w:rsidP="00714B1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</w:p>
        </w:tc>
        <w:tc>
          <w:tcPr>
            <w:tcW w:w="2041" w:type="dxa"/>
          </w:tcPr>
          <w:p w:rsidR="00142706" w:rsidRPr="00E876C5" w:rsidRDefault="00142706" w:rsidP="00714B1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</w:p>
        </w:tc>
        <w:tc>
          <w:tcPr>
            <w:tcW w:w="1605" w:type="dxa"/>
            <w:vAlign w:val="center"/>
          </w:tcPr>
          <w:p w:rsidR="00142706" w:rsidRPr="002405C1" w:rsidRDefault="002405C1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131,6</w:t>
            </w:r>
          </w:p>
        </w:tc>
        <w:tc>
          <w:tcPr>
            <w:tcW w:w="2044" w:type="dxa"/>
            <w:vAlign w:val="center"/>
          </w:tcPr>
          <w:p w:rsidR="00142706" w:rsidRPr="002405C1" w:rsidRDefault="002405C1" w:rsidP="0024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405C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131,6</w:t>
            </w:r>
          </w:p>
        </w:tc>
      </w:tr>
    </w:tbl>
    <w:bookmarkEnd w:id="0"/>
    <w:p w:rsidR="00CA31DD" w:rsidRPr="00CA31DD" w:rsidRDefault="00CA31DD" w:rsidP="00CA31DD">
      <w:pPr>
        <w:pStyle w:val="2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CA31DD">
        <w:rPr>
          <w:rFonts w:ascii="Times New Roman" w:hAnsi="Times New Roman" w:cs="Times New Roman"/>
          <w:color w:val="auto"/>
          <w:sz w:val="28"/>
          <w:szCs w:val="28"/>
        </w:rPr>
        <w:t>Формула</w:t>
      </w:r>
      <w:proofErr w:type="spellEnd"/>
    </w:p>
    <w:p w:rsidR="00CA31DD" w:rsidRPr="00CA31DD" w:rsidRDefault="00CA31DD" w:rsidP="00CA31D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CA31DD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Пос</w:t>
      </w:r>
      <w:proofErr w:type="gramEnd"/>
      <w:r w:rsidRPr="00CA31DD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івна</w:t>
      </w:r>
      <w:proofErr w:type="spellEnd"/>
      <w:r w:rsidRPr="00CA31DD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CA31DD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площа</w:t>
      </w:r>
      <w:proofErr w:type="spellEnd"/>
      <w:r w:rsidRPr="00CA31DD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=</w:t>
      </w:r>
      <w:r w:rsidRPr="00CA31DD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 xml:space="preserve">Норма виробництва продукції  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 xml:space="preserve">Нормативна врожайність </m:t>
            </m:r>
          </m:den>
        </m:f>
      </m:oMath>
      <w:r w:rsidRPr="00CA31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A31DD" w:rsidRPr="002405C1" w:rsidRDefault="00CA31DD" w:rsidP="00CA31DD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2405C1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1) </w:t>
      </w:r>
      <w:proofErr w:type="spellStart"/>
      <w:r w:rsidRPr="002405C1">
        <w:rPr>
          <w:rFonts w:ascii="Times New Roman" w:hAnsi="Times New Roman" w:cs="Times New Roman"/>
          <w:color w:val="auto"/>
          <w:sz w:val="28"/>
          <w:szCs w:val="28"/>
          <w:lang w:val="ru-RU"/>
        </w:rPr>
        <w:t>Озима</w:t>
      </w:r>
      <w:proofErr w:type="spellEnd"/>
      <w:r w:rsidRPr="002405C1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2405C1">
        <w:rPr>
          <w:rFonts w:ascii="Times New Roman" w:hAnsi="Times New Roman" w:cs="Times New Roman"/>
          <w:color w:val="auto"/>
          <w:sz w:val="28"/>
          <w:szCs w:val="28"/>
          <w:lang w:val="ru-RU"/>
        </w:rPr>
        <w:t>пшениця</w:t>
      </w:r>
      <w:proofErr w:type="spellEnd"/>
    </w:p>
    <w:p w:rsidR="00CA31DD" w:rsidRPr="00CA31DD" w:rsidRDefault="00CA31DD" w:rsidP="00CA31D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1706,08÷37,9=45,0</w:t>
      </w:r>
      <w:r w:rsidRPr="00CA31DD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га</w:t>
      </w:r>
    </w:p>
    <w:p w:rsidR="00CA31DD" w:rsidRPr="002405C1" w:rsidRDefault="00CA31DD" w:rsidP="00CA31DD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2405C1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2) </w:t>
      </w:r>
      <w:proofErr w:type="spellStart"/>
      <w:r w:rsidRPr="002405C1">
        <w:rPr>
          <w:rFonts w:ascii="Times New Roman" w:hAnsi="Times New Roman" w:cs="Times New Roman"/>
          <w:color w:val="auto"/>
          <w:sz w:val="28"/>
          <w:szCs w:val="28"/>
          <w:lang w:val="ru-RU"/>
        </w:rPr>
        <w:t>Кукурудза</w:t>
      </w:r>
      <w:proofErr w:type="spellEnd"/>
      <w:r w:rsidRPr="002405C1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на зерно</w:t>
      </w:r>
    </w:p>
    <w:p w:rsidR="00CA31DD" w:rsidRPr="00F82507" w:rsidRDefault="00CA31DD" w:rsidP="00CA31D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1525,02÷61,0=25,0</w:t>
      </w:r>
      <w:r w:rsidRPr="00CA31DD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га</w:t>
      </w:r>
    </w:p>
    <w:p w:rsidR="00CA31DD" w:rsidRPr="002405C1" w:rsidRDefault="00CA31DD" w:rsidP="00CA31DD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2405C1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3) </w:t>
      </w:r>
      <w:proofErr w:type="spellStart"/>
      <w:r w:rsidRPr="002405C1">
        <w:rPr>
          <w:rFonts w:ascii="Times New Roman" w:hAnsi="Times New Roman" w:cs="Times New Roman"/>
          <w:color w:val="auto"/>
          <w:sz w:val="28"/>
          <w:szCs w:val="28"/>
          <w:lang w:val="ru-RU"/>
        </w:rPr>
        <w:t>Ячмінь</w:t>
      </w:r>
      <w:proofErr w:type="spellEnd"/>
    </w:p>
    <w:p w:rsidR="00CA31DD" w:rsidRPr="00CA31DD" w:rsidRDefault="00CA31DD" w:rsidP="00CA31D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349,8÷28,5=12,3</w:t>
      </w:r>
      <w:r w:rsidRPr="00CA31DD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га</w:t>
      </w:r>
    </w:p>
    <w:p w:rsidR="00CA31DD" w:rsidRPr="002405C1" w:rsidRDefault="00CA31DD" w:rsidP="00CA31DD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2405C1">
        <w:rPr>
          <w:rFonts w:ascii="Times New Roman" w:hAnsi="Times New Roman" w:cs="Times New Roman"/>
          <w:color w:val="auto"/>
          <w:sz w:val="28"/>
          <w:szCs w:val="28"/>
          <w:lang w:val="ru-RU"/>
        </w:rPr>
        <w:t>4) Гречка</w:t>
      </w:r>
    </w:p>
    <w:p w:rsidR="00CA31DD" w:rsidRPr="00CA31DD" w:rsidRDefault="00CA31DD" w:rsidP="00CA31D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96,68÷9,6=10,1</w:t>
      </w:r>
      <w:r w:rsidRPr="00CA31DD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га</w:t>
      </w:r>
    </w:p>
    <w:p w:rsidR="00CA31DD" w:rsidRPr="00CA31DD" w:rsidRDefault="00CA31DD" w:rsidP="00CA31DD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CA31DD">
        <w:rPr>
          <w:rFonts w:ascii="Times New Roman" w:hAnsi="Times New Roman" w:cs="Times New Roman"/>
          <w:color w:val="auto"/>
          <w:sz w:val="28"/>
          <w:szCs w:val="28"/>
          <w:lang w:val="uk-UA"/>
        </w:rPr>
        <w:lastRenderedPageBreak/>
        <w:t>5) Зернобобові</w:t>
      </w:r>
    </w:p>
    <w:p w:rsidR="00CA31DD" w:rsidRPr="00CA31DD" w:rsidRDefault="00CA31DD" w:rsidP="00CA31D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31DD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331,4÷22,2=14,9</w:t>
      </w:r>
      <w:r w:rsidRPr="00CA31DD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CA31DD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га</w:t>
      </w:r>
      <w:r w:rsidRPr="00CA31DD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CA31DD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A31DD">
        <w:rPr>
          <w:rFonts w:ascii="Times New Roman" w:hAnsi="Times New Roman" w:cs="Times New Roman"/>
          <w:b/>
          <w:sz w:val="28"/>
          <w:szCs w:val="28"/>
          <w:lang w:val="uk-UA"/>
        </w:rPr>
        <w:t>6) Соняшник</w:t>
      </w:r>
      <w:r w:rsidRPr="00CA31DD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A31DD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249,95÷15,2=16,4</w:t>
      </w:r>
      <w:r w:rsidRPr="00CA31DD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CA31DD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га</w:t>
      </w:r>
    </w:p>
    <w:p w:rsidR="00CA31DD" w:rsidRPr="00CA31DD" w:rsidRDefault="00CA31DD" w:rsidP="00CA31DD">
      <w:pPr>
        <w:pStyle w:val="21"/>
        <w:rPr>
          <w:rFonts w:ascii="Times New Roman" w:hAnsi="Times New Roman" w:cs="Times New Roman"/>
          <w:color w:val="auto"/>
          <w:sz w:val="28"/>
          <w:szCs w:val="28"/>
        </w:rPr>
      </w:pPr>
      <w:r w:rsidRPr="00CA31DD">
        <w:rPr>
          <w:rFonts w:ascii="Times New Roman" w:hAnsi="Times New Roman" w:cs="Times New Roman"/>
          <w:color w:val="auto"/>
          <w:sz w:val="28"/>
          <w:szCs w:val="28"/>
        </w:rPr>
        <w:t xml:space="preserve">7) </w:t>
      </w:r>
      <w:proofErr w:type="spellStart"/>
      <w:r w:rsidRPr="00CA31DD">
        <w:rPr>
          <w:rFonts w:ascii="Times New Roman" w:hAnsi="Times New Roman" w:cs="Times New Roman"/>
          <w:color w:val="auto"/>
          <w:sz w:val="28"/>
          <w:szCs w:val="28"/>
        </w:rPr>
        <w:t>Овочі</w:t>
      </w:r>
      <w:proofErr w:type="spellEnd"/>
    </w:p>
    <w:p w:rsidR="005C0E9D" w:rsidRPr="00705FE6" w:rsidRDefault="00CA31DD" w:rsidP="00CA31D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1633÷205,7=7,9</w:t>
      </w:r>
      <w:r w:rsidRPr="00CA31DD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2405C1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га</w:t>
      </w:r>
      <w:r w:rsidRPr="00CA31DD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Style w:val="mord"/>
          <w:lang w:val="uk-UA"/>
        </w:rPr>
        <w:br/>
      </w:r>
      <w:proofErr w:type="spellStart"/>
      <w:r w:rsidR="005C0E9D" w:rsidRPr="00705FE6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="005C0E9D" w:rsidRPr="002405C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2.</w:t>
      </w:r>
      <w:r w:rsidR="005C0E9D" w:rsidRPr="002405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>Планування</w:t>
      </w:r>
      <w:proofErr w:type="spellEnd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>урожайності</w:t>
      </w:r>
      <w:proofErr w:type="spellEnd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, валового </w:t>
      </w:r>
      <w:proofErr w:type="spellStart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>збору</w:t>
      </w:r>
      <w:proofErr w:type="spellEnd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proofErr w:type="gramStart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>пос</w:t>
      </w:r>
      <w:proofErr w:type="gramEnd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>івної</w:t>
      </w:r>
      <w:proofErr w:type="spellEnd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>площі</w:t>
      </w:r>
      <w:proofErr w:type="spellEnd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>сільськогосподарської</w:t>
      </w:r>
      <w:proofErr w:type="spellEnd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>культури</w:t>
      </w:r>
      <w:proofErr w:type="spellEnd"/>
      <w:r w:rsidR="005C0E9D" w:rsidRPr="00705FE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C0E9D" w:rsidRPr="00705FE6" w:rsidRDefault="005C0E9D" w:rsidP="005C0E9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основі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економічної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оцінки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фермерському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господарстві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«Колос»,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визначити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нормативно-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ресурсну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врожайність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озимої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пшениці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Бонітет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грунту в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господарстві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складає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65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балів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ціна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балу – 0,46; норма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внесення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мінеральних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добрив – 2,03 ц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д.р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.; норма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внесення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органічних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добрив – 20 т;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окупність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1 ц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д.р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мінеральних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добрив – 4,4 ц;</w:t>
      </w:r>
      <w:proofErr w:type="gram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окупність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1 т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органічних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добрив – 0,15 ц.</w:t>
      </w:r>
    </w:p>
    <w:p w:rsidR="005C0E9D" w:rsidRPr="00705FE6" w:rsidRDefault="005C0E9D" w:rsidP="005C0E9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Потреба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пшениці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включа</w:t>
      </w:r>
      <w:proofErr w:type="gramStart"/>
      <w:r w:rsidRPr="00705FE6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>:</w:t>
      </w:r>
      <w:proofErr w:type="gram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продаж за договорами – 2000 ц;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насіннєвий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фонд – 220 ц;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фуражний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фонд – 8000 ц, продаж </w:t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працівникам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– 4000 ц.</w:t>
      </w:r>
    </w:p>
    <w:p w:rsidR="00F82507" w:rsidRPr="00705FE6" w:rsidRDefault="005C0E9D" w:rsidP="00F82507">
      <w:pPr>
        <w:pStyle w:val="aff8"/>
        <w:rPr>
          <w:sz w:val="28"/>
          <w:szCs w:val="28"/>
          <w:lang w:val="uk-UA"/>
        </w:rPr>
      </w:pPr>
      <w:proofErr w:type="spellStart"/>
      <w:r w:rsidRPr="00705FE6">
        <w:rPr>
          <w:sz w:val="28"/>
          <w:szCs w:val="28"/>
        </w:rPr>
        <w:t>Розв’язання</w:t>
      </w:r>
      <w:proofErr w:type="spellEnd"/>
      <w:r w:rsidR="00F82507" w:rsidRPr="00705FE6">
        <w:rPr>
          <w:sz w:val="28"/>
          <w:szCs w:val="28"/>
          <w:lang w:val="uk-UA"/>
        </w:rPr>
        <w:t>:</w:t>
      </w:r>
      <w:r w:rsidR="00F82507" w:rsidRPr="00705FE6">
        <w:rPr>
          <w:sz w:val="28"/>
          <w:szCs w:val="28"/>
          <w:lang w:val="uk-UA"/>
        </w:rPr>
        <w:br/>
      </w:r>
      <w:r w:rsidR="00F82507" w:rsidRPr="00705FE6">
        <w:rPr>
          <w:sz w:val="28"/>
          <w:szCs w:val="28"/>
        </w:rPr>
        <w:t xml:space="preserve"> </w:t>
      </w:r>
      <w:r w:rsidR="00F82507" w:rsidRPr="00705FE6">
        <w:rPr>
          <w:sz w:val="28"/>
          <w:szCs w:val="28"/>
          <w:lang w:val="uk-UA"/>
        </w:rPr>
        <w:t>1. Визначаємо нормативно-ресурсну врожайність озимої пшениці</w:t>
      </w:r>
      <w:r w:rsidR="00F82507" w:rsidRPr="00705FE6">
        <w:rPr>
          <w:sz w:val="28"/>
          <w:szCs w:val="28"/>
          <w:lang w:val="uk-UA"/>
        </w:rPr>
        <w:br/>
        <w:t>Формула:</w:t>
      </w:r>
      <w:r w:rsidR="00F82507" w:rsidRPr="00705FE6">
        <w:rPr>
          <w:sz w:val="28"/>
          <w:szCs w:val="28"/>
          <w:lang w:val="uk-UA"/>
        </w:rPr>
        <w:br/>
      </w:r>
      <w:proofErr w:type="spellStart"/>
      <w:r w:rsidRPr="00705FE6">
        <w:rPr>
          <w:sz w:val="28"/>
          <w:szCs w:val="28"/>
          <w:lang w:val="uk-UA"/>
        </w:rPr>
        <w:t>Ун-р</w:t>
      </w:r>
      <w:proofErr w:type="spellEnd"/>
      <w:r w:rsidRPr="00705FE6">
        <w:rPr>
          <w:sz w:val="28"/>
          <w:szCs w:val="28"/>
          <w:lang w:val="uk-UA"/>
        </w:rPr>
        <w:t xml:space="preserve"> = Б х Ц + </w:t>
      </w:r>
      <w:proofErr w:type="spellStart"/>
      <w:r w:rsidRPr="00705FE6">
        <w:rPr>
          <w:sz w:val="28"/>
          <w:szCs w:val="28"/>
          <w:lang w:val="uk-UA"/>
        </w:rPr>
        <w:t>Ко</w:t>
      </w:r>
      <w:proofErr w:type="spellEnd"/>
      <w:r w:rsidRPr="00705FE6">
        <w:rPr>
          <w:sz w:val="28"/>
          <w:szCs w:val="28"/>
          <w:lang w:val="uk-UA"/>
        </w:rPr>
        <w:t xml:space="preserve"> х </w:t>
      </w:r>
      <w:proofErr w:type="spellStart"/>
      <w:r w:rsidRPr="00705FE6">
        <w:rPr>
          <w:sz w:val="28"/>
          <w:szCs w:val="28"/>
          <w:lang w:val="uk-UA"/>
        </w:rPr>
        <w:t>Оо</w:t>
      </w:r>
      <w:proofErr w:type="spellEnd"/>
      <w:r w:rsidRPr="00705FE6">
        <w:rPr>
          <w:sz w:val="28"/>
          <w:szCs w:val="28"/>
          <w:lang w:val="uk-UA"/>
        </w:rPr>
        <w:t xml:space="preserve"> + Км х Ом,</w:t>
      </w:r>
      <w:r w:rsidR="00F82507" w:rsidRPr="00705FE6">
        <w:rPr>
          <w:sz w:val="28"/>
          <w:szCs w:val="28"/>
          <w:lang w:val="uk-UA"/>
        </w:rPr>
        <w:br/>
      </w:r>
      <w:r w:rsidRPr="00705FE6">
        <w:rPr>
          <w:sz w:val="28"/>
          <w:szCs w:val="28"/>
          <w:lang w:val="uk-UA"/>
        </w:rPr>
        <w:t>де</w:t>
      </w:r>
      <w:r w:rsidR="00F82507" w:rsidRPr="00705FE6">
        <w:rPr>
          <w:sz w:val="28"/>
          <w:szCs w:val="28"/>
          <w:lang w:val="uk-UA"/>
        </w:rPr>
        <w:t>:</w:t>
      </w:r>
      <w:r w:rsidR="00F82507" w:rsidRPr="00705FE6">
        <w:rPr>
          <w:sz w:val="28"/>
          <w:szCs w:val="28"/>
          <w:lang w:val="uk-UA"/>
        </w:rPr>
        <w:br/>
      </w:r>
      <w:r w:rsidR="00F82507" w:rsidRPr="00705FE6">
        <w:rPr>
          <w:rStyle w:val="mord"/>
          <w:sz w:val="28"/>
          <w:szCs w:val="28"/>
          <w:lang w:val="uk-UA"/>
        </w:rPr>
        <w:t>Б</w:t>
      </w:r>
      <w:r w:rsidR="00F82507" w:rsidRPr="00705FE6">
        <w:rPr>
          <w:rStyle w:val="mrel"/>
          <w:rFonts w:eastAsiaTheme="majorEastAsia"/>
          <w:sz w:val="28"/>
          <w:szCs w:val="28"/>
          <w:lang w:val="uk-UA"/>
        </w:rPr>
        <w:t xml:space="preserve">= </w:t>
      </w:r>
      <w:r w:rsidR="00F82507" w:rsidRPr="00705FE6">
        <w:rPr>
          <w:rStyle w:val="mord"/>
          <w:sz w:val="28"/>
          <w:szCs w:val="28"/>
          <w:lang w:val="uk-UA"/>
        </w:rPr>
        <w:t>65</w:t>
      </w:r>
      <w:r w:rsidR="00F82507" w:rsidRPr="00705FE6">
        <w:rPr>
          <w:sz w:val="28"/>
          <w:szCs w:val="28"/>
          <w:lang w:val="uk-UA"/>
        </w:rPr>
        <w:t xml:space="preserve"> балів — бонітет ґрунту;</w:t>
      </w:r>
      <w:r w:rsidR="00F82507" w:rsidRPr="00705FE6">
        <w:rPr>
          <w:sz w:val="28"/>
          <w:szCs w:val="28"/>
          <w:lang w:val="uk-UA"/>
        </w:rPr>
        <w:br/>
      </w:r>
      <w:r w:rsidR="00F82507" w:rsidRPr="00705FE6">
        <w:rPr>
          <w:rStyle w:val="katex-mathml"/>
          <w:sz w:val="28"/>
          <w:szCs w:val="28"/>
          <w:lang w:val="uk-UA"/>
        </w:rPr>
        <w:t>Ц= 0,46</w:t>
      </w:r>
      <w:r w:rsidR="00F82507" w:rsidRPr="00705FE6">
        <w:rPr>
          <w:sz w:val="28"/>
          <w:szCs w:val="28"/>
          <w:lang w:val="uk-UA"/>
        </w:rPr>
        <w:t xml:space="preserve"> — ціна бала;</w:t>
      </w:r>
      <w:r w:rsidR="00F82507" w:rsidRPr="00705FE6">
        <w:rPr>
          <w:sz w:val="28"/>
          <w:szCs w:val="28"/>
          <w:lang w:val="uk-UA"/>
        </w:rPr>
        <w:br/>
      </w:r>
      <w:proofErr w:type="spellStart"/>
      <w:r w:rsidR="00F82507" w:rsidRPr="00705FE6">
        <w:rPr>
          <w:rStyle w:val="katex-mathml"/>
          <w:sz w:val="28"/>
          <w:szCs w:val="28"/>
          <w:lang w:val="uk-UA"/>
        </w:rPr>
        <w:t>Ко=</w:t>
      </w:r>
      <w:proofErr w:type="spellEnd"/>
      <w:r w:rsidR="00F82507" w:rsidRPr="00705FE6">
        <w:rPr>
          <w:rStyle w:val="katex-mathml"/>
          <w:sz w:val="28"/>
          <w:szCs w:val="28"/>
          <w:lang w:val="uk-UA"/>
        </w:rPr>
        <w:t xml:space="preserve"> </w:t>
      </w:r>
      <w:r w:rsidR="00F82507" w:rsidRPr="00705FE6">
        <w:rPr>
          <w:rStyle w:val="mord"/>
          <w:sz w:val="28"/>
          <w:szCs w:val="28"/>
          <w:lang w:val="uk-UA"/>
        </w:rPr>
        <w:t>20</w:t>
      </w:r>
      <w:r w:rsidR="00F82507" w:rsidRPr="00705FE6">
        <w:rPr>
          <w:sz w:val="28"/>
          <w:szCs w:val="28"/>
          <w:lang w:val="uk-UA"/>
        </w:rPr>
        <w:t xml:space="preserve"> т — норма органічних добрив;</w:t>
      </w:r>
      <w:r w:rsidR="00F82507" w:rsidRPr="00705FE6">
        <w:rPr>
          <w:sz w:val="28"/>
          <w:szCs w:val="28"/>
          <w:lang w:val="uk-UA"/>
        </w:rPr>
        <w:br/>
      </w:r>
      <w:proofErr w:type="spellStart"/>
      <w:r w:rsidR="00F82507" w:rsidRPr="00705FE6">
        <w:rPr>
          <w:rStyle w:val="katex-mathml"/>
          <w:sz w:val="28"/>
          <w:szCs w:val="28"/>
          <w:lang w:val="uk-UA"/>
        </w:rPr>
        <w:t>Оо=</w:t>
      </w:r>
      <w:proofErr w:type="spellEnd"/>
      <w:r w:rsidR="00F82507" w:rsidRPr="00705FE6">
        <w:rPr>
          <w:rStyle w:val="katex-mathml"/>
          <w:sz w:val="28"/>
          <w:szCs w:val="28"/>
          <w:lang w:val="uk-UA"/>
        </w:rPr>
        <w:t xml:space="preserve"> </w:t>
      </w:r>
      <w:r w:rsidR="00F82507" w:rsidRPr="00705FE6">
        <w:rPr>
          <w:rStyle w:val="mord"/>
          <w:sz w:val="28"/>
          <w:szCs w:val="28"/>
          <w:lang w:val="uk-UA"/>
        </w:rPr>
        <w:t>0</w:t>
      </w:r>
      <w:r w:rsidR="00F82507" w:rsidRPr="00705FE6">
        <w:rPr>
          <w:rStyle w:val="mpunct"/>
          <w:rFonts w:eastAsiaTheme="majorEastAsia"/>
          <w:sz w:val="28"/>
          <w:szCs w:val="28"/>
          <w:lang w:val="uk-UA"/>
        </w:rPr>
        <w:t>,</w:t>
      </w:r>
      <w:r w:rsidR="00F82507" w:rsidRPr="00705FE6">
        <w:rPr>
          <w:rStyle w:val="mord"/>
          <w:sz w:val="28"/>
          <w:szCs w:val="28"/>
          <w:lang w:val="uk-UA"/>
        </w:rPr>
        <w:t>15</w:t>
      </w:r>
      <w:r w:rsidR="00F82507" w:rsidRPr="00705FE6">
        <w:rPr>
          <w:sz w:val="28"/>
          <w:szCs w:val="28"/>
          <w:lang w:val="uk-UA"/>
        </w:rPr>
        <w:t xml:space="preserve"> ц — окупність 1 т органічних добрив;</w:t>
      </w:r>
      <w:r w:rsidR="00F82507" w:rsidRPr="00705FE6">
        <w:rPr>
          <w:sz w:val="28"/>
          <w:szCs w:val="28"/>
          <w:lang w:val="uk-UA"/>
        </w:rPr>
        <w:br/>
      </w:r>
      <w:proofErr w:type="spellStart"/>
      <w:r w:rsidR="00F82507" w:rsidRPr="00705FE6">
        <w:rPr>
          <w:rStyle w:val="katex-mathml"/>
          <w:sz w:val="28"/>
          <w:szCs w:val="28"/>
          <w:lang w:val="uk-UA"/>
        </w:rPr>
        <w:t>Км=</w:t>
      </w:r>
      <w:proofErr w:type="spellEnd"/>
      <w:r w:rsidR="00F82507" w:rsidRPr="00705FE6">
        <w:rPr>
          <w:rStyle w:val="katex-mathml"/>
          <w:sz w:val="28"/>
          <w:szCs w:val="28"/>
          <w:lang w:val="uk-UA"/>
        </w:rPr>
        <w:t xml:space="preserve"> </w:t>
      </w:r>
      <w:r w:rsidR="00F82507" w:rsidRPr="00705FE6">
        <w:rPr>
          <w:rStyle w:val="mord"/>
          <w:sz w:val="28"/>
          <w:szCs w:val="28"/>
          <w:lang w:val="uk-UA"/>
        </w:rPr>
        <w:t>2</w:t>
      </w:r>
      <w:r w:rsidR="00F82507" w:rsidRPr="00705FE6">
        <w:rPr>
          <w:rStyle w:val="mpunct"/>
          <w:rFonts w:eastAsiaTheme="majorEastAsia"/>
          <w:sz w:val="28"/>
          <w:szCs w:val="28"/>
          <w:lang w:val="uk-UA"/>
        </w:rPr>
        <w:t>,</w:t>
      </w:r>
      <w:r w:rsidR="00F82507" w:rsidRPr="00705FE6">
        <w:rPr>
          <w:rStyle w:val="mord"/>
          <w:sz w:val="28"/>
          <w:szCs w:val="28"/>
          <w:lang w:val="uk-UA"/>
        </w:rPr>
        <w:t>03</w:t>
      </w:r>
      <w:r w:rsidR="00F82507" w:rsidRPr="00705FE6">
        <w:rPr>
          <w:sz w:val="28"/>
          <w:szCs w:val="28"/>
          <w:lang w:val="uk-UA"/>
        </w:rPr>
        <w:t xml:space="preserve"> ц </w:t>
      </w:r>
      <w:proofErr w:type="spellStart"/>
      <w:r w:rsidR="00F82507" w:rsidRPr="00705FE6">
        <w:rPr>
          <w:sz w:val="28"/>
          <w:szCs w:val="28"/>
          <w:lang w:val="uk-UA"/>
        </w:rPr>
        <w:t>д.р</w:t>
      </w:r>
      <w:proofErr w:type="spellEnd"/>
      <w:r w:rsidR="00F82507" w:rsidRPr="00705FE6">
        <w:rPr>
          <w:sz w:val="28"/>
          <w:szCs w:val="28"/>
          <w:lang w:val="uk-UA"/>
        </w:rPr>
        <w:t>. — норма мінеральних добрив;</w:t>
      </w:r>
      <w:r w:rsidR="00F82507" w:rsidRPr="00705FE6">
        <w:rPr>
          <w:sz w:val="28"/>
          <w:szCs w:val="28"/>
          <w:lang w:val="uk-UA"/>
        </w:rPr>
        <w:br/>
      </w:r>
      <w:proofErr w:type="spellStart"/>
      <w:r w:rsidR="00F82507" w:rsidRPr="00705FE6">
        <w:rPr>
          <w:rStyle w:val="katex-mathml"/>
          <w:sz w:val="28"/>
          <w:szCs w:val="28"/>
          <w:lang w:val="uk-UA"/>
        </w:rPr>
        <w:t>Ом=</w:t>
      </w:r>
      <w:proofErr w:type="spellEnd"/>
      <w:r w:rsidR="00F82507" w:rsidRPr="00705FE6">
        <w:rPr>
          <w:rStyle w:val="katex-mathml"/>
          <w:sz w:val="28"/>
          <w:szCs w:val="28"/>
          <w:lang w:val="uk-UA"/>
        </w:rPr>
        <w:t xml:space="preserve"> </w:t>
      </w:r>
      <w:r w:rsidR="00F82507" w:rsidRPr="00705FE6">
        <w:rPr>
          <w:rStyle w:val="vlist-s"/>
          <w:sz w:val="28"/>
          <w:szCs w:val="28"/>
          <w:lang w:val="uk-UA"/>
        </w:rPr>
        <w:t>​</w:t>
      </w:r>
      <w:r w:rsidR="00F82507" w:rsidRPr="00705FE6">
        <w:rPr>
          <w:rStyle w:val="mrel"/>
          <w:rFonts w:eastAsiaTheme="majorEastAsia"/>
          <w:sz w:val="28"/>
          <w:szCs w:val="28"/>
          <w:lang w:val="uk-UA"/>
        </w:rPr>
        <w:t>=</w:t>
      </w:r>
      <w:r w:rsidR="00F82507" w:rsidRPr="00705FE6">
        <w:rPr>
          <w:rStyle w:val="mord"/>
          <w:sz w:val="28"/>
          <w:szCs w:val="28"/>
          <w:lang w:val="uk-UA"/>
        </w:rPr>
        <w:t>4</w:t>
      </w:r>
      <w:r w:rsidR="00F82507" w:rsidRPr="00705FE6">
        <w:rPr>
          <w:rStyle w:val="mpunct"/>
          <w:rFonts w:eastAsiaTheme="majorEastAsia"/>
          <w:sz w:val="28"/>
          <w:szCs w:val="28"/>
          <w:lang w:val="uk-UA"/>
        </w:rPr>
        <w:t>,</w:t>
      </w:r>
      <w:r w:rsidR="00F82507" w:rsidRPr="00705FE6">
        <w:rPr>
          <w:rStyle w:val="mord"/>
          <w:sz w:val="28"/>
          <w:szCs w:val="28"/>
          <w:lang w:val="uk-UA"/>
        </w:rPr>
        <w:t>4</w:t>
      </w:r>
      <w:r w:rsidR="00F82507" w:rsidRPr="00705FE6">
        <w:rPr>
          <w:sz w:val="28"/>
          <w:szCs w:val="28"/>
          <w:lang w:val="uk-UA"/>
        </w:rPr>
        <w:t xml:space="preserve"> ц — окупність 1 ц </w:t>
      </w:r>
      <w:proofErr w:type="spellStart"/>
      <w:r w:rsidR="00F82507" w:rsidRPr="00705FE6">
        <w:rPr>
          <w:sz w:val="28"/>
          <w:szCs w:val="28"/>
          <w:lang w:val="uk-UA"/>
        </w:rPr>
        <w:t>д.р</w:t>
      </w:r>
      <w:proofErr w:type="spellEnd"/>
      <w:r w:rsidR="00F82507" w:rsidRPr="00705FE6">
        <w:rPr>
          <w:sz w:val="28"/>
          <w:szCs w:val="28"/>
          <w:lang w:val="uk-UA"/>
        </w:rPr>
        <w:t>. мінеральних добрив.</w:t>
      </w:r>
    </w:p>
    <w:p w:rsidR="00F82507" w:rsidRPr="00705FE6" w:rsidRDefault="00F82507" w:rsidP="00F82507">
      <w:pPr>
        <w:pStyle w:val="3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705FE6">
        <w:rPr>
          <w:rFonts w:ascii="Times New Roman" w:hAnsi="Times New Roman" w:cs="Times New Roman"/>
          <w:color w:val="auto"/>
          <w:sz w:val="28"/>
          <w:szCs w:val="28"/>
        </w:rPr>
        <w:t>Обчислюємо</w:t>
      </w:r>
      <w:proofErr w:type="spellEnd"/>
      <w:r w:rsidRPr="00705FE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05FE6">
        <w:rPr>
          <w:rFonts w:ascii="Times New Roman" w:hAnsi="Times New Roman" w:cs="Times New Roman"/>
          <w:color w:val="auto"/>
          <w:sz w:val="28"/>
          <w:szCs w:val="28"/>
        </w:rPr>
        <w:t>окремо</w:t>
      </w:r>
      <w:proofErr w:type="spellEnd"/>
      <w:r w:rsidRPr="00705FE6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F82507" w:rsidRPr="00705FE6" w:rsidRDefault="00F82507" w:rsidP="00F82507">
      <w:pPr>
        <w:pStyle w:val="aff8"/>
        <w:numPr>
          <w:ilvl w:val="0"/>
          <w:numId w:val="10"/>
        </w:numPr>
        <w:rPr>
          <w:sz w:val="28"/>
          <w:szCs w:val="28"/>
        </w:rPr>
      </w:pPr>
      <w:r w:rsidRPr="00705FE6">
        <w:rPr>
          <w:sz w:val="28"/>
          <w:szCs w:val="28"/>
        </w:rPr>
        <w:t xml:space="preserve">За </w:t>
      </w:r>
      <w:proofErr w:type="spellStart"/>
      <w:r w:rsidRPr="00705FE6">
        <w:rPr>
          <w:sz w:val="28"/>
          <w:szCs w:val="28"/>
        </w:rPr>
        <w:t>бонітетом</w:t>
      </w:r>
      <w:proofErr w:type="spellEnd"/>
      <w:r w:rsidRPr="00705FE6">
        <w:rPr>
          <w:sz w:val="28"/>
          <w:szCs w:val="28"/>
        </w:rPr>
        <w:t xml:space="preserve"> </w:t>
      </w:r>
      <w:proofErr w:type="spellStart"/>
      <w:r w:rsidRPr="00705FE6">
        <w:rPr>
          <w:sz w:val="28"/>
          <w:szCs w:val="28"/>
        </w:rPr>
        <w:t>ґрунту</w:t>
      </w:r>
      <w:proofErr w:type="spellEnd"/>
      <w:r w:rsidRPr="00705FE6">
        <w:rPr>
          <w:sz w:val="28"/>
          <w:szCs w:val="28"/>
        </w:rPr>
        <w:t>:</w:t>
      </w:r>
      <w:r w:rsidRPr="00705FE6">
        <w:rPr>
          <w:sz w:val="28"/>
          <w:szCs w:val="28"/>
          <w:lang w:val="uk-UA"/>
        </w:rPr>
        <w:br/>
      </w:r>
      <w:r w:rsidRPr="00705FE6">
        <w:rPr>
          <w:rStyle w:val="katex-mathml"/>
          <w:sz w:val="28"/>
          <w:szCs w:val="28"/>
        </w:rPr>
        <w:t>65×0,46=29,9 ц/га</w:t>
      </w:r>
    </w:p>
    <w:p w:rsidR="00F82507" w:rsidRPr="00705FE6" w:rsidRDefault="00F82507" w:rsidP="00F82507">
      <w:pPr>
        <w:pStyle w:val="aff8"/>
        <w:numPr>
          <w:ilvl w:val="0"/>
          <w:numId w:val="11"/>
        </w:numPr>
        <w:rPr>
          <w:sz w:val="28"/>
          <w:szCs w:val="28"/>
        </w:rPr>
      </w:pPr>
      <w:proofErr w:type="spellStart"/>
      <w:r w:rsidRPr="00705FE6">
        <w:rPr>
          <w:sz w:val="28"/>
          <w:szCs w:val="28"/>
        </w:rPr>
        <w:lastRenderedPageBreak/>
        <w:t>Від</w:t>
      </w:r>
      <w:proofErr w:type="spellEnd"/>
      <w:r w:rsidRPr="00705FE6">
        <w:rPr>
          <w:sz w:val="28"/>
          <w:szCs w:val="28"/>
        </w:rPr>
        <w:t xml:space="preserve"> </w:t>
      </w:r>
      <w:proofErr w:type="spellStart"/>
      <w:r w:rsidRPr="00705FE6">
        <w:rPr>
          <w:sz w:val="28"/>
          <w:szCs w:val="28"/>
        </w:rPr>
        <w:t>органічних</w:t>
      </w:r>
      <w:proofErr w:type="spellEnd"/>
      <w:r w:rsidRPr="00705FE6">
        <w:rPr>
          <w:sz w:val="28"/>
          <w:szCs w:val="28"/>
        </w:rPr>
        <w:t xml:space="preserve"> добрив:</w:t>
      </w:r>
      <w:r w:rsidRPr="00705FE6">
        <w:rPr>
          <w:sz w:val="28"/>
          <w:szCs w:val="28"/>
          <w:lang w:val="uk-UA"/>
        </w:rPr>
        <w:br/>
      </w:r>
      <w:r w:rsidRPr="00705FE6">
        <w:rPr>
          <w:rStyle w:val="katex-mathml"/>
          <w:sz w:val="28"/>
          <w:szCs w:val="28"/>
        </w:rPr>
        <w:t>20×0,15=3,0 ц/га</w:t>
      </w:r>
    </w:p>
    <w:p w:rsidR="00F82507" w:rsidRPr="00705FE6" w:rsidRDefault="00F82507" w:rsidP="00F82507">
      <w:pPr>
        <w:pStyle w:val="aff8"/>
        <w:numPr>
          <w:ilvl w:val="0"/>
          <w:numId w:val="12"/>
        </w:numPr>
        <w:rPr>
          <w:sz w:val="28"/>
          <w:szCs w:val="28"/>
        </w:rPr>
      </w:pPr>
      <w:proofErr w:type="spellStart"/>
      <w:r w:rsidRPr="00705FE6">
        <w:rPr>
          <w:sz w:val="28"/>
          <w:szCs w:val="28"/>
        </w:rPr>
        <w:t>Від</w:t>
      </w:r>
      <w:proofErr w:type="spellEnd"/>
      <w:r w:rsidRPr="00705FE6">
        <w:rPr>
          <w:sz w:val="28"/>
          <w:szCs w:val="28"/>
        </w:rPr>
        <w:t xml:space="preserve"> </w:t>
      </w:r>
      <w:proofErr w:type="spellStart"/>
      <w:proofErr w:type="gramStart"/>
      <w:r w:rsidRPr="00705FE6">
        <w:rPr>
          <w:sz w:val="28"/>
          <w:szCs w:val="28"/>
        </w:rPr>
        <w:t>м</w:t>
      </w:r>
      <w:proofErr w:type="gramEnd"/>
      <w:r w:rsidRPr="00705FE6">
        <w:rPr>
          <w:sz w:val="28"/>
          <w:szCs w:val="28"/>
        </w:rPr>
        <w:t>інеральних</w:t>
      </w:r>
      <w:proofErr w:type="spellEnd"/>
      <w:r w:rsidRPr="00705FE6">
        <w:rPr>
          <w:sz w:val="28"/>
          <w:szCs w:val="28"/>
        </w:rPr>
        <w:t xml:space="preserve"> добрив:</w:t>
      </w:r>
      <w:r w:rsidRPr="00705FE6">
        <w:rPr>
          <w:sz w:val="28"/>
          <w:szCs w:val="28"/>
          <w:lang w:val="uk-UA"/>
        </w:rPr>
        <w:br/>
      </w:r>
      <w:r w:rsidRPr="00705FE6">
        <w:rPr>
          <w:rStyle w:val="katex-mathml"/>
          <w:sz w:val="28"/>
          <w:szCs w:val="28"/>
        </w:rPr>
        <w:t>2,03×4,4=8,932 ц/га</w:t>
      </w:r>
    </w:p>
    <w:p w:rsidR="00F82507" w:rsidRPr="00705FE6" w:rsidRDefault="00F82507" w:rsidP="00F82507">
      <w:pPr>
        <w:pStyle w:val="3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>Знаходимо</w:t>
      </w:r>
      <w:proofErr w:type="spellEnd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нормативно-</w:t>
      </w:r>
      <w:proofErr w:type="spellStart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>ресурсну</w:t>
      </w:r>
      <w:proofErr w:type="spellEnd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>врожайність</w:t>
      </w:r>
      <w:proofErr w:type="spellEnd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>:</w:t>
      </w:r>
    </w:p>
    <w:p w:rsidR="00F82507" w:rsidRPr="00705FE6" w:rsidRDefault="00F82507" w:rsidP="00F82507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Ун</w:t>
      </w:r>
      <w:proofErr w:type="spellEnd"/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−р=29,9+3,0+8,932=41,832</w:t>
      </w:r>
      <w:r w:rsidRPr="00705FE6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  <w:proofErr w:type="gramStart"/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705FE6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Pr="00705FE6">
        <w:rPr>
          <w:rFonts w:ascii="Times New Roman" w:hAnsi="Times New Roman" w:cs="Times New Roman"/>
          <w:sz w:val="28"/>
          <w:szCs w:val="28"/>
          <w:lang w:val="ru-RU"/>
        </w:rPr>
        <w:t>круглюємо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705FE6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Ун</w:t>
      </w:r>
      <w:proofErr w:type="spellEnd"/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−</w:t>
      </w:r>
      <w:proofErr w:type="gramStart"/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=41,8</w:t>
      </w:r>
      <w:r w:rsidRPr="00705FE6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</w:p>
    <w:p w:rsidR="00F82507" w:rsidRPr="00705FE6" w:rsidRDefault="00F82507" w:rsidP="00F82507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2. </w:t>
      </w:r>
      <w:proofErr w:type="spellStart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>Визначаємо</w:t>
      </w:r>
      <w:proofErr w:type="spellEnd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потребу </w:t>
      </w:r>
      <w:proofErr w:type="spellStart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>виробництва</w:t>
      </w:r>
      <w:proofErr w:type="spellEnd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>пшениці</w:t>
      </w:r>
      <w:proofErr w:type="spellEnd"/>
    </w:p>
    <w:p w:rsidR="00F82507" w:rsidRPr="00705FE6" w:rsidRDefault="00F82507" w:rsidP="00F82507">
      <w:pPr>
        <w:pStyle w:val="aff8"/>
        <w:rPr>
          <w:sz w:val="28"/>
          <w:szCs w:val="28"/>
        </w:rPr>
      </w:pPr>
      <w:r w:rsidRPr="00705FE6">
        <w:rPr>
          <w:sz w:val="28"/>
          <w:szCs w:val="28"/>
        </w:rPr>
        <w:t xml:space="preserve">Потреба </w:t>
      </w:r>
      <w:proofErr w:type="spellStart"/>
      <w:r w:rsidRPr="00705FE6">
        <w:rPr>
          <w:sz w:val="28"/>
          <w:szCs w:val="28"/>
        </w:rPr>
        <w:t>включа</w:t>
      </w:r>
      <w:proofErr w:type="gramStart"/>
      <w:r w:rsidRPr="00705FE6">
        <w:rPr>
          <w:sz w:val="28"/>
          <w:szCs w:val="28"/>
        </w:rPr>
        <w:t>є</w:t>
      </w:r>
      <w:proofErr w:type="spellEnd"/>
      <w:r w:rsidRPr="00705FE6">
        <w:rPr>
          <w:sz w:val="28"/>
          <w:szCs w:val="28"/>
        </w:rPr>
        <w:t>:</w:t>
      </w:r>
      <w:proofErr w:type="gramEnd"/>
    </w:p>
    <w:p w:rsidR="00F82507" w:rsidRPr="00705FE6" w:rsidRDefault="00F82507" w:rsidP="00F82507">
      <w:pPr>
        <w:pStyle w:val="aff8"/>
        <w:numPr>
          <w:ilvl w:val="0"/>
          <w:numId w:val="13"/>
        </w:numPr>
        <w:rPr>
          <w:sz w:val="28"/>
          <w:szCs w:val="28"/>
        </w:rPr>
      </w:pPr>
      <w:r w:rsidRPr="00705FE6">
        <w:rPr>
          <w:sz w:val="28"/>
          <w:szCs w:val="28"/>
        </w:rPr>
        <w:t>продаж за договорами — 2000 ц</w:t>
      </w:r>
    </w:p>
    <w:p w:rsidR="00F82507" w:rsidRPr="00705FE6" w:rsidRDefault="00F82507" w:rsidP="00F82507">
      <w:pPr>
        <w:pStyle w:val="aff8"/>
        <w:numPr>
          <w:ilvl w:val="0"/>
          <w:numId w:val="13"/>
        </w:numPr>
        <w:rPr>
          <w:sz w:val="28"/>
          <w:szCs w:val="28"/>
        </w:rPr>
      </w:pPr>
      <w:proofErr w:type="spellStart"/>
      <w:r w:rsidRPr="00705FE6">
        <w:rPr>
          <w:sz w:val="28"/>
          <w:szCs w:val="28"/>
        </w:rPr>
        <w:t>насіннєвий</w:t>
      </w:r>
      <w:proofErr w:type="spellEnd"/>
      <w:r w:rsidRPr="00705FE6">
        <w:rPr>
          <w:sz w:val="28"/>
          <w:szCs w:val="28"/>
        </w:rPr>
        <w:t xml:space="preserve"> фонд — 220 ц</w:t>
      </w:r>
    </w:p>
    <w:p w:rsidR="00F82507" w:rsidRPr="00705FE6" w:rsidRDefault="00F82507" w:rsidP="00F82507">
      <w:pPr>
        <w:pStyle w:val="aff8"/>
        <w:numPr>
          <w:ilvl w:val="0"/>
          <w:numId w:val="13"/>
        </w:numPr>
        <w:rPr>
          <w:sz w:val="28"/>
          <w:szCs w:val="28"/>
        </w:rPr>
      </w:pPr>
      <w:proofErr w:type="spellStart"/>
      <w:r w:rsidRPr="00705FE6">
        <w:rPr>
          <w:sz w:val="28"/>
          <w:szCs w:val="28"/>
        </w:rPr>
        <w:t>фуражний</w:t>
      </w:r>
      <w:proofErr w:type="spellEnd"/>
      <w:r w:rsidRPr="00705FE6">
        <w:rPr>
          <w:sz w:val="28"/>
          <w:szCs w:val="28"/>
        </w:rPr>
        <w:t xml:space="preserve"> фонд — 8000 ц</w:t>
      </w:r>
    </w:p>
    <w:p w:rsidR="00F82507" w:rsidRPr="00705FE6" w:rsidRDefault="00F82507" w:rsidP="00F82507">
      <w:pPr>
        <w:pStyle w:val="aff8"/>
        <w:numPr>
          <w:ilvl w:val="0"/>
          <w:numId w:val="13"/>
        </w:numPr>
        <w:rPr>
          <w:sz w:val="28"/>
          <w:szCs w:val="28"/>
        </w:rPr>
      </w:pPr>
      <w:r w:rsidRPr="00705FE6">
        <w:rPr>
          <w:sz w:val="28"/>
          <w:szCs w:val="28"/>
        </w:rPr>
        <w:t xml:space="preserve">продаж </w:t>
      </w:r>
      <w:proofErr w:type="spellStart"/>
      <w:r w:rsidRPr="00705FE6">
        <w:rPr>
          <w:sz w:val="28"/>
          <w:szCs w:val="28"/>
        </w:rPr>
        <w:t>працівникам</w:t>
      </w:r>
      <w:proofErr w:type="spellEnd"/>
      <w:r w:rsidRPr="00705FE6">
        <w:rPr>
          <w:sz w:val="28"/>
          <w:szCs w:val="28"/>
        </w:rPr>
        <w:t xml:space="preserve"> — 4000 ц</w:t>
      </w:r>
    </w:p>
    <w:p w:rsidR="00F82507" w:rsidRPr="00705FE6" w:rsidRDefault="00F82507" w:rsidP="00F82507">
      <w:pPr>
        <w:pStyle w:val="aff8"/>
        <w:rPr>
          <w:sz w:val="28"/>
          <w:szCs w:val="28"/>
          <w:lang w:val="uk-UA"/>
        </w:rPr>
      </w:pPr>
      <w:proofErr w:type="spellStart"/>
      <w:r w:rsidRPr="00705FE6">
        <w:rPr>
          <w:sz w:val="28"/>
          <w:szCs w:val="28"/>
        </w:rPr>
        <w:t>Загальна</w:t>
      </w:r>
      <w:proofErr w:type="spellEnd"/>
      <w:r w:rsidRPr="00705FE6">
        <w:rPr>
          <w:sz w:val="28"/>
          <w:szCs w:val="28"/>
        </w:rPr>
        <w:t xml:space="preserve"> потреба:</w:t>
      </w:r>
      <w:r w:rsidRPr="00705FE6">
        <w:rPr>
          <w:sz w:val="28"/>
          <w:szCs w:val="28"/>
          <w:lang w:val="uk-UA"/>
        </w:rPr>
        <w:br/>
      </w:r>
      <w:r w:rsidRPr="00705FE6">
        <w:rPr>
          <w:rStyle w:val="katex-mathml"/>
          <w:sz w:val="28"/>
          <w:szCs w:val="28"/>
        </w:rPr>
        <w:t>2000+220+8000+4000=14220 ц</w:t>
      </w:r>
    </w:p>
    <w:p w:rsidR="00F82507" w:rsidRPr="00705FE6" w:rsidRDefault="00F82507" w:rsidP="00F82507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705FE6">
        <w:rPr>
          <w:rFonts w:ascii="Times New Roman" w:hAnsi="Times New Roman" w:cs="Times New Roman"/>
          <w:color w:val="auto"/>
          <w:sz w:val="28"/>
          <w:szCs w:val="28"/>
          <w:lang w:val="uk-UA"/>
        </w:rPr>
        <w:t>3. Визначаємо посівну площу</w:t>
      </w:r>
    </w:p>
    <w:p w:rsidR="00F82507" w:rsidRPr="00705FE6" w:rsidRDefault="00F82507" w:rsidP="00F82507">
      <w:pPr>
        <w:pStyle w:val="aff8"/>
        <w:rPr>
          <w:sz w:val="28"/>
          <w:szCs w:val="28"/>
          <w:lang w:val="uk-UA"/>
        </w:rPr>
      </w:pPr>
      <w:r w:rsidRPr="00705FE6">
        <w:rPr>
          <w:sz w:val="28"/>
          <w:szCs w:val="28"/>
          <w:lang w:val="uk-UA"/>
        </w:rPr>
        <w:t>Формула:</w:t>
      </w:r>
    </w:p>
    <w:p w:rsidR="00F82507" w:rsidRPr="00705FE6" w:rsidRDefault="00F82507" w:rsidP="00F82507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05FE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П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vertAlign w:val="subscript"/>
          <w:lang w:val="uk-UA"/>
        </w:rPr>
        <w:t>п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=</w:t>
      </w:r>
      <w:proofErr w:type="spellEnd"/>
      <w:r w:rsidRPr="00705FE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ru-RU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 xml:space="preserve">Валовий збір  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Урожайність</m:t>
            </m:r>
          </m:den>
        </m:f>
        <m:r>
          <m:rPr>
            <m:sty m:val="p"/>
          </m:rPr>
          <w:rPr>
            <w:rStyle w:val="katex-mathml"/>
            <w:rFonts w:ascii="Cambria Math" w:hAnsi="Cambria Math" w:cs="Times New Roman"/>
            <w:sz w:val="36"/>
            <w:szCs w:val="36"/>
            <w:lang w:val="uk-UA"/>
          </w:rPr>
          <w:br/>
        </m:r>
      </m:oMath>
      <w:r w:rsidRPr="00705FE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П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vertAlign w:val="subscript"/>
          <w:lang w:val="uk-UA"/>
        </w:rPr>
        <w:t>п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=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14220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41,8</m:t>
            </m:r>
          </m:den>
        </m:f>
      </m:oMath>
      <w:r w:rsidR="00705FE6" w:rsidRPr="00705FE6">
        <w:rPr>
          <w:rStyle w:val="katex-mathml"/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705FE6" w:rsidRPr="00705FE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340,2</w:t>
      </w:r>
      <w:r w:rsidRPr="00705FE6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га</w:t>
      </w:r>
      <w:r w:rsidR="00705FE6" w:rsidRPr="00705FE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705FE6">
        <w:rPr>
          <w:rFonts w:ascii="Times New Roman" w:hAnsi="Times New Roman" w:cs="Times New Roman"/>
          <w:sz w:val="28"/>
          <w:szCs w:val="28"/>
          <w:lang w:val="uk-UA"/>
        </w:rPr>
        <w:t>Округлюємо:</w:t>
      </w:r>
      <w:r w:rsidR="00705FE6" w:rsidRPr="00705FE6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П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vertAlign w:val="subscript"/>
          <w:lang w:val="uk-UA"/>
        </w:rPr>
        <w:t>п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=340</w:t>
      </w:r>
      <w:r w:rsidRPr="00705FE6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га</w:t>
      </w:r>
    </w:p>
    <w:p w:rsidR="00F82507" w:rsidRPr="00705FE6" w:rsidRDefault="00705FE6" w:rsidP="00705FE6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4. </w:t>
      </w:r>
      <w:proofErr w:type="spellStart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>Визначаємо</w:t>
      </w:r>
      <w:proofErr w:type="spellEnd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>валовий</w:t>
      </w:r>
      <w:proofErr w:type="spellEnd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>збі</w:t>
      </w:r>
      <w:proofErr w:type="gramStart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t>р</w:t>
      </w:r>
      <w:proofErr w:type="spellEnd"/>
      <w:proofErr w:type="gramEnd"/>
      <w:r w:rsidRPr="00705FE6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proofErr w:type="spellStart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Валовий</w:t>
      </w:r>
      <w:proofErr w:type="spellEnd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збір</w:t>
      </w:r>
      <w:proofErr w:type="spellEnd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у </w:t>
      </w:r>
      <w:proofErr w:type="spellStart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цьому</w:t>
      </w:r>
      <w:proofErr w:type="spellEnd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завданні</w:t>
      </w:r>
      <w:proofErr w:type="spellEnd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дорівнює</w:t>
      </w:r>
      <w:proofErr w:type="spellEnd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потребі</w:t>
      </w:r>
      <w:proofErr w:type="spellEnd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виробництва</w:t>
      </w:r>
      <w:proofErr w:type="spellEnd"/>
      <w:r w:rsidR="00F82507" w:rsidRPr="00705FE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:</w:t>
      </w:r>
    </w:p>
    <w:p w:rsidR="005C0E9D" w:rsidRPr="00705FE6" w:rsidRDefault="00F82507" w:rsidP="00F8250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ВЗ=14220</w:t>
      </w:r>
      <w:r w:rsidRPr="00705FE6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="00705FE6"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</w:t>
      </w:r>
      <w:r w:rsidR="00705FE6"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5FE6" w:rsidRPr="00705FE6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705FE6">
        <w:rPr>
          <w:rFonts w:ascii="Times New Roman" w:hAnsi="Times New Roman" w:cs="Times New Roman"/>
          <w:b/>
          <w:sz w:val="28"/>
          <w:szCs w:val="28"/>
          <w:lang w:val="ru-RU"/>
        </w:rPr>
        <w:t>Відповідь</w:t>
      </w:r>
      <w:proofErr w:type="spellEnd"/>
      <w:r w:rsidR="00705FE6" w:rsidRPr="00705FE6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>Нормативно-</w:t>
      </w:r>
      <w:proofErr w:type="spellStart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>ресурсна</w:t>
      </w:r>
      <w:proofErr w:type="spellEnd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>врожайність</w:t>
      </w:r>
      <w:proofErr w:type="spellEnd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>озимої</w:t>
      </w:r>
      <w:proofErr w:type="spellEnd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>пшениці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705FE6"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41,8</w:t>
      </w:r>
      <w:r w:rsidRPr="00705FE6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="00705FE6"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ц/га</w:t>
      </w:r>
      <w:r w:rsidR="00705FE6"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5FE6" w:rsidRPr="00705FE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Потреба у </w:t>
      </w:r>
      <w:proofErr w:type="spellStart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>виробництві</w:t>
      </w:r>
      <w:proofErr w:type="spellEnd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>пшениці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705FE6"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05FE6">
        <w:rPr>
          <w:rStyle w:val="mord"/>
          <w:rFonts w:ascii="Times New Roman" w:hAnsi="Times New Roman" w:cs="Times New Roman"/>
          <w:sz w:val="28"/>
          <w:szCs w:val="28"/>
          <w:lang w:val="ru-RU"/>
        </w:rPr>
        <w:t>14220</w:t>
      </w:r>
      <w:r w:rsidRPr="00705FE6">
        <w:rPr>
          <w:rStyle w:val="mord"/>
          <w:rFonts w:ascii="Times New Roman" w:hAnsi="Times New Roman" w:cs="Times New Roman"/>
          <w:sz w:val="28"/>
          <w:szCs w:val="28"/>
        </w:rPr>
        <w:t> </w:t>
      </w:r>
      <w:r w:rsidRPr="00705FE6">
        <w:rPr>
          <w:rStyle w:val="mord"/>
          <w:rFonts w:ascii="Times New Roman" w:hAnsi="Times New Roman" w:cs="Times New Roman"/>
          <w:sz w:val="28"/>
          <w:szCs w:val="28"/>
          <w:lang w:val="ru-RU"/>
        </w:rPr>
        <w:t>ц</w:t>
      </w:r>
      <w:r w:rsidR="00705FE6"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5FE6" w:rsidRPr="00705FE6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proofErr w:type="gramStart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>Пос</w:t>
      </w:r>
      <w:proofErr w:type="gramEnd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>івна</w:t>
      </w:r>
      <w:proofErr w:type="spellEnd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>площа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705FE6"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340,2</w:t>
      </w:r>
      <w:r w:rsidRPr="00705FE6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га≈340</w:t>
      </w:r>
      <w:r w:rsidRPr="00705FE6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t>га</w:t>
      </w:r>
      <w:r w:rsidR="00705FE6" w:rsidRPr="00705FE6">
        <w:rPr>
          <w:rStyle w:val="katex-mathml"/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>Валовий</w:t>
      </w:r>
      <w:proofErr w:type="spellEnd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05FE6">
        <w:rPr>
          <w:rStyle w:val="af6"/>
          <w:rFonts w:ascii="Times New Roman" w:hAnsi="Times New Roman" w:cs="Times New Roman"/>
          <w:sz w:val="28"/>
          <w:szCs w:val="28"/>
          <w:lang w:val="ru-RU"/>
        </w:rPr>
        <w:t>збір</w:t>
      </w:r>
      <w:proofErr w:type="spellEnd"/>
      <w:r w:rsidRPr="00705FE6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705FE6" w:rsidRPr="00705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05FE6">
        <w:rPr>
          <w:rStyle w:val="mord"/>
          <w:rFonts w:ascii="Times New Roman" w:hAnsi="Times New Roman" w:cs="Times New Roman"/>
          <w:sz w:val="28"/>
          <w:szCs w:val="28"/>
          <w:lang w:val="ru-RU"/>
        </w:rPr>
        <w:t>14220</w:t>
      </w:r>
      <w:r w:rsidRPr="00705FE6">
        <w:rPr>
          <w:rStyle w:val="mord"/>
          <w:rFonts w:ascii="Times New Roman" w:hAnsi="Times New Roman" w:cs="Times New Roman"/>
          <w:sz w:val="28"/>
          <w:szCs w:val="28"/>
        </w:rPr>
        <w:t> </w:t>
      </w:r>
      <w:r w:rsidRPr="00705FE6">
        <w:rPr>
          <w:rStyle w:val="mord"/>
          <w:rFonts w:ascii="Times New Roman" w:hAnsi="Times New Roman" w:cs="Times New Roman"/>
          <w:sz w:val="28"/>
          <w:szCs w:val="28"/>
          <w:lang w:val="ru-RU"/>
        </w:rPr>
        <w:t>ц</w:t>
      </w:r>
      <w:r w:rsidR="005C0E9D" w:rsidRPr="00705F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B4D22" w:rsidRPr="00705FE6" w:rsidRDefault="009B4D22">
      <w:pPr>
        <w:rPr>
          <w:lang w:val="uk-UA"/>
        </w:rPr>
      </w:pPr>
    </w:p>
    <w:sectPr w:rsidR="009B4D22" w:rsidRPr="00705FE6" w:rsidSect="00E876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B2165C9"/>
    <w:multiLevelType w:val="multilevel"/>
    <w:tmpl w:val="46E2D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826F27"/>
    <w:multiLevelType w:val="multilevel"/>
    <w:tmpl w:val="F8F0A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7B47DD"/>
    <w:multiLevelType w:val="multilevel"/>
    <w:tmpl w:val="6A6070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FF429A"/>
    <w:multiLevelType w:val="multilevel"/>
    <w:tmpl w:val="AA1EE5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2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42706"/>
    <w:rsid w:val="0015074B"/>
    <w:rsid w:val="002405C1"/>
    <w:rsid w:val="0029639D"/>
    <w:rsid w:val="002B4FAE"/>
    <w:rsid w:val="00326F90"/>
    <w:rsid w:val="005C0E9D"/>
    <w:rsid w:val="006C45BF"/>
    <w:rsid w:val="00705FE6"/>
    <w:rsid w:val="00714B1E"/>
    <w:rsid w:val="009B4D22"/>
    <w:rsid w:val="00AA1D8D"/>
    <w:rsid w:val="00B47730"/>
    <w:rsid w:val="00CA31DD"/>
    <w:rsid w:val="00CB0664"/>
    <w:rsid w:val="00D2145A"/>
    <w:rsid w:val="00E876C5"/>
    <w:rsid w:val="00F8250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714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katex-mathml">
    <w:name w:val="katex-mathml"/>
    <w:basedOn w:val="a2"/>
    <w:rsid w:val="00714B1E"/>
  </w:style>
  <w:style w:type="character" w:customStyle="1" w:styleId="mord">
    <w:name w:val="mord"/>
    <w:basedOn w:val="a2"/>
    <w:rsid w:val="00714B1E"/>
  </w:style>
  <w:style w:type="character" w:customStyle="1" w:styleId="mbin">
    <w:name w:val="mbin"/>
    <w:basedOn w:val="a2"/>
    <w:rsid w:val="00714B1E"/>
  </w:style>
  <w:style w:type="character" w:customStyle="1" w:styleId="mrel">
    <w:name w:val="mrel"/>
    <w:basedOn w:val="a2"/>
    <w:rsid w:val="00714B1E"/>
  </w:style>
  <w:style w:type="character" w:customStyle="1" w:styleId="mpunct">
    <w:name w:val="mpunct"/>
    <w:basedOn w:val="a2"/>
    <w:rsid w:val="00714B1E"/>
  </w:style>
  <w:style w:type="character" w:customStyle="1" w:styleId="mspace">
    <w:name w:val="mspace"/>
    <w:basedOn w:val="a2"/>
    <w:rsid w:val="00D2145A"/>
  </w:style>
  <w:style w:type="character" w:customStyle="1" w:styleId="vlist-s">
    <w:name w:val="vlist-s"/>
    <w:basedOn w:val="a2"/>
    <w:rsid w:val="00D2145A"/>
  </w:style>
  <w:style w:type="paragraph" w:styleId="aff9">
    <w:name w:val="Balloon Text"/>
    <w:basedOn w:val="a1"/>
    <w:link w:val="affa"/>
    <w:uiPriority w:val="99"/>
    <w:semiHidden/>
    <w:unhideWhenUsed/>
    <w:rsid w:val="006C4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a">
    <w:name w:val="Текст выноски Знак"/>
    <w:basedOn w:val="a2"/>
    <w:link w:val="aff9"/>
    <w:uiPriority w:val="99"/>
    <w:semiHidden/>
    <w:rsid w:val="006C45BF"/>
    <w:rPr>
      <w:rFonts w:ascii="Tahoma" w:hAnsi="Tahoma" w:cs="Tahoma"/>
      <w:sz w:val="16"/>
      <w:szCs w:val="16"/>
    </w:rPr>
  </w:style>
  <w:style w:type="character" w:styleId="affb">
    <w:name w:val="Placeholder Text"/>
    <w:basedOn w:val="a2"/>
    <w:uiPriority w:val="99"/>
    <w:semiHidden/>
    <w:rsid w:val="00CA31D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714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katex-mathml">
    <w:name w:val="katex-mathml"/>
    <w:basedOn w:val="a2"/>
    <w:rsid w:val="00714B1E"/>
  </w:style>
  <w:style w:type="character" w:customStyle="1" w:styleId="mord">
    <w:name w:val="mord"/>
    <w:basedOn w:val="a2"/>
    <w:rsid w:val="00714B1E"/>
  </w:style>
  <w:style w:type="character" w:customStyle="1" w:styleId="mbin">
    <w:name w:val="mbin"/>
    <w:basedOn w:val="a2"/>
    <w:rsid w:val="00714B1E"/>
  </w:style>
  <w:style w:type="character" w:customStyle="1" w:styleId="mrel">
    <w:name w:val="mrel"/>
    <w:basedOn w:val="a2"/>
    <w:rsid w:val="00714B1E"/>
  </w:style>
  <w:style w:type="character" w:customStyle="1" w:styleId="mpunct">
    <w:name w:val="mpunct"/>
    <w:basedOn w:val="a2"/>
    <w:rsid w:val="00714B1E"/>
  </w:style>
  <w:style w:type="character" w:customStyle="1" w:styleId="mspace">
    <w:name w:val="mspace"/>
    <w:basedOn w:val="a2"/>
    <w:rsid w:val="00D2145A"/>
  </w:style>
  <w:style w:type="character" w:customStyle="1" w:styleId="vlist-s">
    <w:name w:val="vlist-s"/>
    <w:basedOn w:val="a2"/>
    <w:rsid w:val="00D2145A"/>
  </w:style>
  <w:style w:type="paragraph" w:styleId="aff9">
    <w:name w:val="Balloon Text"/>
    <w:basedOn w:val="a1"/>
    <w:link w:val="affa"/>
    <w:uiPriority w:val="99"/>
    <w:semiHidden/>
    <w:unhideWhenUsed/>
    <w:rsid w:val="006C4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a">
    <w:name w:val="Текст выноски Знак"/>
    <w:basedOn w:val="a2"/>
    <w:link w:val="aff9"/>
    <w:uiPriority w:val="99"/>
    <w:semiHidden/>
    <w:rsid w:val="006C45BF"/>
    <w:rPr>
      <w:rFonts w:ascii="Tahoma" w:hAnsi="Tahoma" w:cs="Tahoma"/>
      <w:sz w:val="16"/>
      <w:szCs w:val="16"/>
    </w:rPr>
  </w:style>
  <w:style w:type="character" w:styleId="affb">
    <w:name w:val="Placeholder Text"/>
    <w:basedOn w:val="a2"/>
    <w:uiPriority w:val="99"/>
    <w:semiHidden/>
    <w:rsid w:val="00CA31D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A614E65-C3F0-43E0-8371-5505EFE50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9</Pages>
  <Words>1197</Words>
  <Characters>6823</Characters>
  <Application>Microsoft Office Word</Application>
  <DocSecurity>0</DocSecurity>
  <Lines>56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8004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Tanjia Chernova</cp:lastModifiedBy>
  <cp:revision>4</cp:revision>
  <dcterms:created xsi:type="dcterms:W3CDTF">2013-12-23T23:15:00Z</dcterms:created>
  <dcterms:modified xsi:type="dcterms:W3CDTF">2026-03-20T02:02:00Z</dcterms:modified>
  <cp:category/>
</cp:coreProperties>
</file>