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B30" w:rsidRPr="009F1DD0" w:rsidRDefault="00BE4998">
      <w:pPr>
        <w:jc w:val="center"/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b/>
          <w:sz w:val="28"/>
          <w:szCs w:val="28"/>
          <w:lang w:val="ru-RU"/>
        </w:rPr>
        <w:t>Практичне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заняття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10</w:t>
      </w:r>
      <w:r w:rsidRPr="009F1DD0">
        <w:rPr>
          <w:rFonts w:cs="Times New Roman"/>
          <w:b/>
          <w:sz w:val="28"/>
          <w:szCs w:val="28"/>
          <w:lang w:val="ru-RU"/>
        </w:rPr>
        <w:br/>
      </w:r>
      <w:r w:rsidR="009D3419" w:rsidRPr="009F1DD0">
        <w:rPr>
          <w:rFonts w:cs="Times New Roman"/>
          <w:b/>
          <w:sz w:val="28"/>
          <w:szCs w:val="28"/>
          <w:lang w:val="ru-RU"/>
        </w:rPr>
        <w:t xml:space="preserve">Тема: </w:t>
      </w:r>
      <w:proofErr w:type="spellStart"/>
      <w:r w:rsidR="009D3419" w:rsidRPr="009F1DD0">
        <w:rPr>
          <w:rFonts w:cs="Times New Roman"/>
          <w:b/>
          <w:sz w:val="28"/>
          <w:szCs w:val="28"/>
          <w:lang w:val="ru-RU"/>
        </w:rPr>
        <w:t>Організація</w:t>
      </w:r>
      <w:proofErr w:type="spellEnd"/>
      <w:r w:rsidR="009D3419"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b/>
          <w:sz w:val="28"/>
          <w:szCs w:val="28"/>
          <w:lang w:val="ru-RU"/>
        </w:rPr>
        <w:t>госпо</w:t>
      </w:r>
      <w:r w:rsidRPr="009F1DD0">
        <w:rPr>
          <w:rFonts w:cs="Times New Roman"/>
          <w:b/>
          <w:sz w:val="28"/>
          <w:szCs w:val="28"/>
          <w:lang w:val="ru-RU"/>
        </w:rPr>
        <w:t>дарського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розрахунку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в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аграрних</w:t>
      </w:r>
      <w:proofErr w:type="spellEnd"/>
      <w:r w:rsidR="009D3419" w:rsidRPr="009F1DD0">
        <w:rPr>
          <w:rFonts w:cs="Times New Roman"/>
          <w:b/>
          <w:sz w:val="28"/>
          <w:szCs w:val="28"/>
          <w:lang w:val="ru-RU"/>
        </w:rPr>
        <w:br/>
      </w:r>
      <w:proofErr w:type="spellStart"/>
      <w:r w:rsidR="009D3419" w:rsidRPr="009F1DD0">
        <w:rPr>
          <w:rFonts w:cs="Times New Roman"/>
          <w:b/>
          <w:sz w:val="28"/>
          <w:szCs w:val="28"/>
          <w:lang w:val="ru-RU"/>
        </w:rPr>
        <w:t>формуваннях</w:t>
      </w:r>
      <w:proofErr w:type="spellEnd"/>
    </w:p>
    <w:p w:rsidR="004F5B30" w:rsidRPr="009F1DD0" w:rsidRDefault="009D3419" w:rsidP="00BE4998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b/>
          <w:sz w:val="28"/>
          <w:szCs w:val="28"/>
          <w:lang w:val="ru-RU"/>
        </w:rPr>
        <w:t xml:space="preserve">Мета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заняття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>:</w:t>
      </w:r>
      <w:r w:rsidR="00BE4998" w:rsidRPr="009F1DD0">
        <w:rPr>
          <w:rFonts w:cs="Times New Roman"/>
          <w:sz w:val="28"/>
          <w:szCs w:val="28"/>
          <w:lang w:val="ru-RU"/>
        </w:rPr>
        <w:br/>
      </w:r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Поглибити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знання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щодо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принципів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господарського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9F1DD0">
        <w:rPr>
          <w:rFonts w:cs="Times New Roman"/>
          <w:sz w:val="28"/>
          <w:szCs w:val="28"/>
          <w:lang w:val="ru-RU"/>
        </w:rPr>
        <w:t>комерційного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)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розрахунку</w:t>
      </w:r>
      <w:proofErr w:type="spellEnd"/>
      <w:r w:rsidRPr="009F1DD0">
        <w:rPr>
          <w:rFonts w:cs="Times New Roman"/>
          <w:sz w:val="28"/>
          <w:szCs w:val="28"/>
          <w:lang w:val="ru-RU"/>
        </w:rPr>
        <w:t>.</w:t>
      </w:r>
      <w:r w:rsidR="00BE4998" w:rsidRPr="009F1DD0">
        <w:rPr>
          <w:rFonts w:cs="Times New Roman"/>
          <w:sz w:val="28"/>
          <w:szCs w:val="28"/>
          <w:lang w:val="ru-RU"/>
        </w:rPr>
        <w:br/>
        <w:t xml:space="preserve"> *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Навчитися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здійснювати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комплексний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аналіз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витрат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,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доходів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і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ефективності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виробництва</w:t>
      </w:r>
      <w:proofErr w:type="spellEnd"/>
      <w:r w:rsidRPr="009F1DD0">
        <w:rPr>
          <w:rFonts w:cs="Times New Roman"/>
          <w:sz w:val="28"/>
          <w:szCs w:val="28"/>
          <w:lang w:val="ru-RU"/>
        </w:rPr>
        <w:t>.</w:t>
      </w:r>
      <w:r w:rsidR="00BE4998" w:rsidRPr="009F1DD0">
        <w:rPr>
          <w:rFonts w:cs="Times New Roman"/>
          <w:sz w:val="28"/>
          <w:szCs w:val="28"/>
          <w:lang w:val="ru-RU"/>
        </w:rPr>
        <w:br/>
        <w:t xml:space="preserve">*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Оцінювати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управлінські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F1DD0">
        <w:rPr>
          <w:rFonts w:cs="Times New Roman"/>
          <w:sz w:val="28"/>
          <w:szCs w:val="28"/>
          <w:lang w:val="ru-RU"/>
        </w:rPr>
        <w:t>р</w:t>
      </w:r>
      <w:proofErr w:type="gramEnd"/>
      <w:r w:rsidRPr="009F1DD0">
        <w:rPr>
          <w:rFonts w:cs="Times New Roman"/>
          <w:sz w:val="28"/>
          <w:szCs w:val="28"/>
          <w:lang w:val="ru-RU"/>
        </w:rPr>
        <w:t>ішення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за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допомогою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економічних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розрахунків</w:t>
      </w:r>
      <w:proofErr w:type="spellEnd"/>
      <w:r w:rsidRPr="009F1DD0">
        <w:rPr>
          <w:rFonts w:cs="Times New Roman"/>
          <w:sz w:val="28"/>
          <w:szCs w:val="28"/>
          <w:lang w:val="ru-RU"/>
        </w:rPr>
        <w:t>.</w:t>
      </w:r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b/>
          <w:sz w:val="28"/>
          <w:szCs w:val="28"/>
          <w:lang w:val="ru-RU"/>
        </w:rPr>
        <w:t>Завдання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1.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Комплексний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розрахунок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діяльності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рослинницького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9F1DD0">
        <w:rPr>
          <w:rFonts w:cs="Times New Roman"/>
          <w:b/>
          <w:sz w:val="28"/>
          <w:szCs w:val="28"/>
          <w:lang w:val="ru-RU"/>
        </w:rPr>
        <w:t>п</w:t>
      </w:r>
      <w:proofErr w:type="gramEnd"/>
      <w:r w:rsidRPr="009F1DD0">
        <w:rPr>
          <w:rFonts w:cs="Times New Roman"/>
          <w:b/>
          <w:sz w:val="28"/>
          <w:szCs w:val="28"/>
          <w:lang w:val="ru-RU"/>
        </w:rPr>
        <w:t>ідрозділу</w:t>
      </w:r>
      <w:proofErr w:type="spellEnd"/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sz w:val="28"/>
          <w:szCs w:val="28"/>
          <w:lang w:val="ru-RU"/>
        </w:rPr>
        <w:t>Сільськогосподарське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F1DD0">
        <w:rPr>
          <w:rFonts w:cs="Times New Roman"/>
          <w:sz w:val="28"/>
          <w:szCs w:val="28"/>
          <w:lang w:val="ru-RU"/>
        </w:rPr>
        <w:t>п</w:t>
      </w:r>
      <w:proofErr w:type="gramEnd"/>
      <w:r w:rsidRPr="009F1DD0">
        <w:rPr>
          <w:rFonts w:cs="Times New Roman"/>
          <w:sz w:val="28"/>
          <w:szCs w:val="28"/>
          <w:lang w:val="ru-RU"/>
        </w:rPr>
        <w:t>ідприємство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вирощує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пшеницю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та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кукурудзу</w:t>
      </w:r>
      <w:proofErr w:type="spellEnd"/>
      <w:r w:rsidRPr="009F1DD0">
        <w:rPr>
          <w:rFonts w:cs="Times New Roman"/>
          <w:sz w:val="28"/>
          <w:szCs w:val="28"/>
          <w:lang w:val="ru-RU"/>
        </w:rPr>
        <w:t>.</w:t>
      </w:r>
    </w:p>
    <w:p w:rsidR="004F5B30" w:rsidRPr="009F1DD0" w:rsidRDefault="009D3419">
      <w:pPr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b/>
          <w:sz w:val="28"/>
          <w:szCs w:val="28"/>
        </w:rPr>
        <w:t>Вихідні</w:t>
      </w:r>
      <w:proofErr w:type="spellEnd"/>
      <w:r w:rsidRPr="009F1DD0">
        <w:rPr>
          <w:rFonts w:cs="Times New Roman"/>
          <w:b/>
          <w:sz w:val="28"/>
          <w:szCs w:val="28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</w:rPr>
        <w:t>дані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268"/>
        <w:gridCol w:w="3268"/>
        <w:gridCol w:w="3268"/>
      </w:tblGrid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b/>
                <w:sz w:val="28"/>
                <w:szCs w:val="28"/>
              </w:rPr>
              <w:t>Показник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b/>
                <w:sz w:val="28"/>
                <w:szCs w:val="28"/>
              </w:rPr>
              <w:t>Пшениця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b/>
                <w:sz w:val="28"/>
                <w:szCs w:val="28"/>
              </w:rPr>
              <w:t>Кукурудза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Площа, га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150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100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Урожайність, ц/га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48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65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Ціна реалізації, грн/т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5 000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4 200</w:t>
            </w:r>
          </w:p>
        </w:tc>
      </w:tr>
    </w:tbl>
    <w:p w:rsidR="004F5B30" w:rsidRPr="009F1DD0" w:rsidRDefault="00BE4998">
      <w:pPr>
        <w:rPr>
          <w:rFonts w:cs="Times New Roman"/>
          <w:b/>
          <w:sz w:val="28"/>
          <w:szCs w:val="28"/>
        </w:rPr>
      </w:pPr>
      <w:r w:rsidRPr="009F1DD0">
        <w:rPr>
          <w:rFonts w:cs="Times New Roman"/>
          <w:b/>
          <w:sz w:val="28"/>
          <w:szCs w:val="28"/>
          <w:lang w:val="uk-UA"/>
        </w:rPr>
        <w:br/>
      </w:r>
      <w:proofErr w:type="spellStart"/>
      <w:r w:rsidR="009D3419" w:rsidRPr="009F1DD0">
        <w:rPr>
          <w:rFonts w:cs="Times New Roman"/>
          <w:b/>
          <w:sz w:val="28"/>
          <w:szCs w:val="28"/>
        </w:rPr>
        <w:t>Витрати</w:t>
      </w:r>
      <w:proofErr w:type="spellEnd"/>
      <w:r w:rsidR="009D3419" w:rsidRPr="009F1DD0">
        <w:rPr>
          <w:rFonts w:cs="Times New Roman"/>
          <w:b/>
          <w:sz w:val="28"/>
          <w:szCs w:val="28"/>
        </w:rPr>
        <w:t xml:space="preserve"> </w:t>
      </w:r>
      <w:proofErr w:type="spellStart"/>
      <w:r w:rsidR="009D3419" w:rsidRPr="009F1DD0">
        <w:rPr>
          <w:rFonts w:cs="Times New Roman"/>
          <w:b/>
          <w:sz w:val="28"/>
          <w:szCs w:val="28"/>
        </w:rPr>
        <w:t>на</w:t>
      </w:r>
      <w:proofErr w:type="spellEnd"/>
      <w:r w:rsidR="009D3419" w:rsidRPr="009F1DD0">
        <w:rPr>
          <w:rFonts w:cs="Times New Roman"/>
          <w:b/>
          <w:sz w:val="28"/>
          <w:szCs w:val="28"/>
        </w:rPr>
        <w:t xml:space="preserve"> 1 </w:t>
      </w:r>
      <w:proofErr w:type="spellStart"/>
      <w:r w:rsidR="009D3419" w:rsidRPr="009F1DD0">
        <w:rPr>
          <w:rFonts w:cs="Times New Roman"/>
          <w:b/>
          <w:sz w:val="28"/>
          <w:szCs w:val="28"/>
        </w:rPr>
        <w:t>га</w:t>
      </w:r>
      <w:proofErr w:type="spellEnd"/>
      <w:r w:rsidR="009D3419" w:rsidRPr="009F1DD0">
        <w:rPr>
          <w:rFonts w:cs="Times New Roman"/>
          <w:b/>
          <w:sz w:val="28"/>
          <w:szCs w:val="28"/>
        </w:rPr>
        <w:t>, грн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268"/>
        <w:gridCol w:w="3268"/>
        <w:gridCol w:w="3268"/>
      </w:tblGrid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b/>
                <w:sz w:val="28"/>
                <w:szCs w:val="28"/>
              </w:rPr>
              <w:t>Стаття витрат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b/>
                <w:sz w:val="28"/>
                <w:szCs w:val="28"/>
              </w:rPr>
              <w:t>Пшениця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b/>
                <w:sz w:val="28"/>
                <w:szCs w:val="28"/>
              </w:rPr>
              <w:t>Кукурудза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Насіння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2 100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3 200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Добрива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3 600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4 500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ЗЗР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1 900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2 200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Паливо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2 400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2 800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Оплата праці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3 200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3 400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Амортизація техніки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1 500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1 800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Інші витрати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1 700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1 900</w:t>
            </w:r>
          </w:p>
        </w:tc>
      </w:tr>
    </w:tbl>
    <w:p w:rsidR="004F5B30" w:rsidRPr="009F1DD0" w:rsidRDefault="009D3419">
      <w:pPr>
        <w:rPr>
          <w:rFonts w:cs="Times New Roman"/>
          <w:sz w:val="28"/>
          <w:szCs w:val="28"/>
        </w:rPr>
      </w:pPr>
      <w:r w:rsidRPr="009F1DD0">
        <w:rPr>
          <w:rFonts w:cs="Times New Roman"/>
          <w:b/>
          <w:sz w:val="28"/>
          <w:szCs w:val="28"/>
        </w:rPr>
        <w:t>Потрібно визначити:</w:t>
      </w:r>
    </w:p>
    <w:p w:rsidR="004F5B30" w:rsidRPr="009F1DD0" w:rsidRDefault="00BE4998" w:rsidP="009F1DD0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1.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Валовий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збі</w:t>
      </w:r>
      <w:proofErr w:type="gramStart"/>
      <w:r w:rsidR="009D3419" w:rsidRPr="009F1DD0">
        <w:rPr>
          <w:rFonts w:cs="Times New Roman"/>
          <w:sz w:val="28"/>
          <w:szCs w:val="28"/>
          <w:lang w:val="ru-RU"/>
        </w:rPr>
        <w:t>р</w:t>
      </w:r>
      <w:proofErr w:type="spellEnd"/>
      <w:proofErr w:type="gram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кожної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культури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(т).</w:t>
      </w:r>
    </w:p>
    <w:p w:rsidR="004F5B30" w:rsidRPr="009F1DD0" w:rsidRDefault="00BE4998" w:rsidP="009F1DD0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2.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Витрати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на 1 га та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загальні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витрати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по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кожній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культурі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.</w:t>
      </w:r>
    </w:p>
    <w:p w:rsidR="004F5B30" w:rsidRPr="009F1DD0" w:rsidRDefault="00BE4998" w:rsidP="009F1DD0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lastRenderedPageBreak/>
        <w:t xml:space="preserve">3.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Собівартість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1 т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продукції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.</w:t>
      </w:r>
    </w:p>
    <w:p w:rsidR="004F5B30" w:rsidRPr="009F1DD0" w:rsidRDefault="00BE4998" w:rsidP="009F1DD0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4.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Виручку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від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реалізації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.</w:t>
      </w:r>
    </w:p>
    <w:p w:rsidR="004F5B30" w:rsidRPr="009F1DD0" w:rsidRDefault="00BE4998" w:rsidP="009F1DD0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5.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Прибуток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по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кожній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культурі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.</w:t>
      </w:r>
    </w:p>
    <w:p w:rsidR="009F1DD0" w:rsidRDefault="00BE4998" w:rsidP="009F1DD0">
      <w:pPr>
        <w:rPr>
          <w:rStyle w:val="af6"/>
          <w:bCs w:val="0"/>
          <w:sz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6.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Рентабельність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виробництва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кожної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культури.</w:t>
      </w:r>
      <w:r w:rsidR="009F1DD0">
        <w:rPr>
          <w:rFonts w:cs="Times New Roman"/>
          <w:sz w:val="28"/>
          <w:szCs w:val="28"/>
          <w:lang w:val="ru-RU"/>
        </w:rPr>
        <w:br/>
      </w:r>
      <w:r w:rsidRPr="009F1DD0">
        <w:rPr>
          <w:rFonts w:cs="Times New Roman"/>
          <w:sz w:val="28"/>
          <w:szCs w:val="28"/>
          <w:lang w:val="ru-RU"/>
        </w:rPr>
        <w:t xml:space="preserve">7.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Загальний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фінансовий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результат </w:t>
      </w:r>
      <w:proofErr w:type="spellStart"/>
      <w:proofErr w:type="gramStart"/>
      <w:r w:rsidR="009D3419" w:rsidRPr="009F1DD0">
        <w:rPr>
          <w:rFonts w:cs="Times New Roman"/>
          <w:sz w:val="28"/>
          <w:szCs w:val="28"/>
          <w:lang w:val="ru-RU"/>
        </w:rPr>
        <w:t>п</w:t>
      </w:r>
      <w:proofErr w:type="gramEnd"/>
      <w:r w:rsidR="009D3419" w:rsidRPr="009F1DD0">
        <w:rPr>
          <w:rFonts w:cs="Times New Roman"/>
          <w:sz w:val="28"/>
          <w:szCs w:val="28"/>
          <w:lang w:val="ru-RU"/>
        </w:rPr>
        <w:t>ідприємства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.</w:t>
      </w:r>
    </w:p>
    <w:p w:rsidR="009F1DD0" w:rsidRPr="009F1DD0" w:rsidRDefault="009F1DD0" w:rsidP="009F1DD0">
      <w:p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Style w:val="af6"/>
          <w:rFonts w:cs="Times New Roman"/>
          <w:bCs w:val="0"/>
          <w:sz w:val="28"/>
          <w:szCs w:val="28"/>
          <w:lang w:val="ru-RU"/>
        </w:rPr>
        <w:t>Комплексний</w:t>
      </w:r>
      <w:proofErr w:type="spellEnd"/>
      <w:r w:rsidRPr="009F1DD0">
        <w:rPr>
          <w:rStyle w:val="af6"/>
          <w:rFonts w:cs="Times New Roman"/>
          <w:bCs w:val="0"/>
          <w:sz w:val="28"/>
          <w:szCs w:val="28"/>
          <w:lang w:val="ru-RU"/>
        </w:rPr>
        <w:t xml:space="preserve"> </w:t>
      </w:r>
      <w:proofErr w:type="spellStart"/>
      <w:r w:rsidRPr="009F1DD0">
        <w:rPr>
          <w:rStyle w:val="af6"/>
          <w:rFonts w:cs="Times New Roman"/>
          <w:bCs w:val="0"/>
          <w:sz w:val="28"/>
          <w:szCs w:val="28"/>
          <w:lang w:val="ru-RU"/>
        </w:rPr>
        <w:t>розрахунок</w:t>
      </w:r>
      <w:proofErr w:type="spellEnd"/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1.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Валовий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збі</w:t>
      </w:r>
      <w:proofErr w:type="gramStart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р</w:t>
      </w:r>
      <w:proofErr w:type="spellEnd"/>
      <w:proofErr w:type="gramEnd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Формула:</w:t>
      </w:r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Валовий</w:t>
      </w:r>
      <w:proofErr w:type="spell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збі</w:t>
      </w:r>
      <w:proofErr w:type="gram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р</w:t>
      </w:r>
      <w:proofErr w:type="spellEnd"/>
      <w:proofErr w:type="gram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= </w:t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Площа</w:t>
      </w:r>
      <w:proofErr w:type="spell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× </w:t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Урожайність</w:t>
      </w:r>
      <w:proofErr w:type="spell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(у т/га)</w:t>
      </w:r>
    </w:p>
    <w:p w:rsidR="009F1DD0" w:rsidRPr="009F1DD0" w:rsidRDefault="009F1DD0" w:rsidP="009F1DD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Пшениця</w:t>
      </w:r>
      <w:proofErr w:type="spellEnd"/>
      <w:r w:rsidRPr="009F1DD0">
        <w:rPr>
          <w:rFonts w:cs="Times New Roman"/>
          <w:sz w:val="28"/>
          <w:szCs w:val="28"/>
        </w:rPr>
        <w:t xml:space="preserve">: 150 × 4,8 = </w:t>
      </w:r>
      <w:r w:rsidRPr="009F1DD0">
        <w:rPr>
          <w:rStyle w:val="af6"/>
          <w:rFonts w:cs="Times New Roman"/>
          <w:sz w:val="28"/>
          <w:szCs w:val="28"/>
        </w:rPr>
        <w:t>720 т</w:t>
      </w:r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Кукурудза</w:t>
      </w:r>
      <w:proofErr w:type="spellEnd"/>
      <w:r w:rsidRPr="009F1DD0">
        <w:rPr>
          <w:rFonts w:cs="Times New Roman"/>
          <w:sz w:val="28"/>
          <w:szCs w:val="28"/>
        </w:rPr>
        <w:t xml:space="preserve">: 100 × 6,5 = </w:t>
      </w:r>
      <w:r w:rsidRPr="009F1DD0">
        <w:rPr>
          <w:rStyle w:val="af6"/>
          <w:rFonts w:cs="Times New Roman"/>
          <w:sz w:val="28"/>
          <w:szCs w:val="28"/>
        </w:rPr>
        <w:t>650 т</w:t>
      </w:r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Витрати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Витрати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на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1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га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9F1DD0" w:rsidRPr="009F1DD0" w:rsidRDefault="009F1DD0" w:rsidP="009F1DD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Пшениця</w:t>
      </w:r>
      <w:proofErr w:type="spellEnd"/>
      <w:r w:rsidRPr="009F1DD0">
        <w:rPr>
          <w:rFonts w:cs="Times New Roman"/>
          <w:sz w:val="28"/>
          <w:szCs w:val="28"/>
        </w:rPr>
        <w:t>:</w:t>
      </w:r>
      <w:r w:rsidRPr="009F1DD0">
        <w:rPr>
          <w:rFonts w:cs="Times New Roman"/>
          <w:sz w:val="28"/>
          <w:szCs w:val="28"/>
        </w:rPr>
        <w:br/>
        <w:t xml:space="preserve">2100+3600+1900+2400+3200+1500+1700 = </w:t>
      </w:r>
      <w:r w:rsidRPr="009F1DD0">
        <w:rPr>
          <w:rStyle w:val="af6"/>
          <w:rFonts w:cs="Times New Roman"/>
          <w:sz w:val="28"/>
          <w:szCs w:val="28"/>
        </w:rPr>
        <w:t xml:space="preserve">16 400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Style w:val="af6"/>
          <w:rFonts w:cs="Times New Roman"/>
          <w:sz w:val="28"/>
          <w:szCs w:val="28"/>
        </w:rPr>
        <w:t>/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га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Кукурудза</w:t>
      </w:r>
      <w:proofErr w:type="spellEnd"/>
      <w:r w:rsidRPr="009F1DD0">
        <w:rPr>
          <w:rFonts w:cs="Times New Roman"/>
          <w:sz w:val="28"/>
          <w:szCs w:val="28"/>
        </w:rPr>
        <w:t>:</w:t>
      </w:r>
      <w:r w:rsidRPr="009F1DD0">
        <w:rPr>
          <w:rFonts w:cs="Times New Roman"/>
          <w:sz w:val="28"/>
          <w:szCs w:val="28"/>
        </w:rPr>
        <w:br/>
        <w:t xml:space="preserve">3200+4500+2200+2800+3400+1800+1900 = </w:t>
      </w:r>
      <w:r w:rsidRPr="009F1DD0">
        <w:rPr>
          <w:rStyle w:val="af6"/>
          <w:rFonts w:cs="Times New Roman"/>
          <w:sz w:val="28"/>
          <w:szCs w:val="28"/>
        </w:rPr>
        <w:t xml:space="preserve">19 800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Style w:val="af6"/>
          <w:rFonts w:cs="Times New Roman"/>
          <w:sz w:val="28"/>
          <w:szCs w:val="28"/>
        </w:rPr>
        <w:t>/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га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3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Загальні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витрати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9F1DD0" w:rsidRPr="009F1DD0" w:rsidRDefault="009F1DD0" w:rsidP="009F1DD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Пшениця</w:t>
      </w:r>
      <w:proofErr w:type="spellEnd"/>
      <w:r w:rsidRPr="009F1DD0">
        <w:rPr>
          <w:rFonts w:cs="Times New Roman"/>
          <w:sz w:val="28"/>
          <w:szCs w:val="28"/>
        </w:rPr>
        <w:t xml:space="preserve">: 16 400 × 150 = </w:t>
      </w:r>
      <w:r w:rsidRPr="009F1DD0">
        <w:rPr>
          <w:rStyle w:val="af6"/>
          <w:rFonts w:cs="Times New Roman"/>
          <w:sz w:val="28"/>
          <w:szCs w:val="28"/>
        </w:rPr>
        <w:t xml:space="preserve">2 460 000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Кукурудза</w:t>
      </w:r>
      <w:proofErr w:type="spellEnd"/>
      <w:r w:rsidRPr="009F1DD0">
        <w:rPr>
          <w:rFonts w:cs="Times New Roman"/>
          <w:sz w:val="28"/>
          <w:szCs w:val="28"/>
        </w:rPr>
        <w:t xml:space="preserve">: 19 800 × 100 = </w:t>
      </w:r>
      <w:r w:rsidRPr="009F1DD0">
        <w:rPr>
          <w:rStyle w:val="af6"/>
          <w:rFonts w:cs="Times New Roman"/>
          <w:sz w:val="28"/>
          <w:szCs w:val="28"/>
        </w:rPr>
        <w:t xml:space="preserve">1 980 000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3.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Собівартість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1 т</w:t>
      </w:r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Собівартість</w:t>
      </w:r>
      <w:proofErr w:type="spell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= </w:t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Загальні</w:t>
      </w:r>
      <w:proofErr w:type="spell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витрати</w:t>
      </w:r>
      <w:proofErr w:type="spell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/ </w:t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Валовий</w:t>
      </w:r>
      <w:proofErr w:type="spell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збі</w:t>
      </w:r>
      <w:proofErr w:type="gram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р</w:t>
      </w:r>
      <w:proofErr w:type="spellEnd"/>
      <w:proofErr w:type="gramEnd"/>
    </w:p>
    <w:p w:rsidR="009F1DD0" w:rsidRPr="009F1DD0" w:rsidRDefault="00C448CC" w:rsidP="009F1DD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Пшениця</w:t>
      </w:r>
      <w:proofErr w:type="spellEnd"/>
      <w:r>
        <w:rPr>
          <w:rFonts w:cs="Times New Roman"/>
          <w:sz w:val="28"/>
          <w:szCs w:val="28"/>
        </w:rPr>
        <w:t xml:space="preserve">: 2 460 000 </w:t>
      </w:r>
      <w:r>
        <w:rPr>
          <w:rFonts w:cs="Times New Roman"/>
          <w:sz w:val="28"/>
          <w:szCs w:val="28"/>
          <w:lang w:val="uk-UA"/>
        </w:rPr>
        <w:t>:</w:t>
      </w:r>
      <w:r w:rsidR="009F1DD0" w:rsidRPr="009F1DD0">
        <w:rPr>
          <w:rFonts w:cs="Times New Roman"/>
          <w:sz w:val="28"/>
          <w:szCs w:val="28"/>
        </w:rPr>
        <w:t xml:space="preserve"> 720 = </w:t>
      </w:r>
      <w:r w:rsidR="009F1DD0" w:rsidRPr="009F1DD0">
        <w:rPr>
          <w:rStyle w:val="af6"/>
          <w:rFonts w:cs="Times New Roman"/>
          <w:sz w:val="28"/>
          <w:szCs w:val="28"/>
        </w:rPr>
        <w:t xml:space="preserve">3416,7 </w:t>
      </w:r>
      <w:proofErr w:type="spellStart"/>
      <w:r w:rsidR="009F1DD0"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="009F1DD0" w:rsidRPr="009F1DD0">
        <w:rPr>
          <w:rStyle w:val="af6"/>
          <w:rFonts w:cs="Times New Roman"/>
          <w:sz w:val="28"/>
          <w:szCs w:val="28"/>
        </w:rPr>
        <w:t>/т</w:t>
      </w:r>
      <w:r w:rsidR="009F1DD0"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C448CC" w:rsidP="009F1DD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Кукурудза</w:t>
      </w:r>
      <w:proofErr w:type="spellEnd"/>
      <w:r>
        <w:rPr>
          <w:rFonts w:cs="Times New Roman"/>
          <w:sz w:val="28"/>
          <w:szCs w:val="28"/>
        </w:rPr>
        <w:t xml:space="preserve">: 1 980 000 </w:t>
      </w:r>
      <w:r>
        <w:rPr>
          <w:rFonts w:cs="Times New Roman"/>
          <w:sz w:val="28"/>
          <w:szCs w:val="28"/>
          <w:lang w:val="uk-UA"/>
        </w:rPr>
        <w:t>:</w:t>
      </w:r>
      <w:r w:rsidR="009F1DD0" w:rsidRPr="009F1DD0">
        <w:rPr>
          <w:rFonts w:cs="Times New Roman"/>
          <w:sz w:val="28"/>
          <w:szCs w:val="28"/>
        </w:rPr>
        <w:t xml:space="preserve"> 650 = </w:t>
      </w:r>
      <w:r w:rsidR="009F1DD0" w:rsidRPr="009F1DD0">
        <w:rPr>
          <w:rStyle w:val="af6"/>
          <w:rFonts w:cs="Times New Roman"/>
          <w:sz w:val="28"/>
          <w:szCs w:val="28"/>
        </w:rPr>
        <w:t xml:space="preserve">3046,2 </w:t>
      </w:r>
      <w:proofErr w:type="spellStart"/>
      <w:r w:rsidR="009F1DD0"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="009F1DD0" w:rsidRPr="009F1DD0">
        <w:rPr>
          <w:rStyle w:val="af6"/>
          <w:rFonts w:cs="Times New Roman"/>
          <w:sz w:val="28"/>
          <w:szCs w:val="28"/>
        </w:rPr>
        <w:t>/т</w:t>
      </w:r>
      <w:r w:rsidR="009F1DD0"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Виручка</w:t>
      </w:r>
      <w:proofErr w:type="spellEnd"/>
    </w:p>
    <w:p w:rsidR="009F1DD0" w:rsidRPr="009F1DD0" w:rsidRDefault="009F1DD0" w:rsidP="009F1DD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Пшениця</w:t>
      </w:r>
      <w:proofErr w:type="spellEnd"/>
      <w:r w:rsidRPr="009F1DD0">
        <w:rPr>
          <w:rFonts w:cs="Times New Roman"/>
          <w:sz w:val="28"/>
          <w:szCs w:val="28"/>
        </w:rPr>
        <w:t xml:space="preserve">: 720 × 5000 = </w:t>
      </w:r>
      <w:r w:rsidRPr="009F1DD0">
        <w:rPr>
          <w:rStyle w:val="af6"/>
          <w:rFonts w:cs="Times New Roman"/>
          <w:sz w:val="28"/>
          <w:szCs w:val="28"/>
        </w:rPr>
        <w:t xml:space="preserve">3 600 000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Кукурудза</w:t>
      </w:r>
      <w:proofErr w:type="spellEnd"/>
      <w:r w:rsidRPr="009F1DD0">
        <w:rPr>
          <w:rFonts w:cs="Times New Roman"/>
          <w:sz w:val="28"/>
          <w:szCs w:val="28"/>
        </w:rPr>
        <w:t xml:space="preserve">: 650 × 4200 = </w:t>
      </w:r>
      <w:r w:rsidRPr="009F1DD0">
        <w:rPr>
          <w:rStyle w:val="af6"/>
          <w:rFonts w:cs="Times New Roman"/>
          <w:sz w:val="28"/>
          <w:szCs w:val="28"/>
        </w:rPr>
        <w:t xml:space="preserve">2 730 000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5.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Прибуток</w:t>
      </w:r>
      <w:proofErr w:type="spellEnd"/>
    </w:p>
    <w:p w:rsidR="009F1DD0" w:rsidRPr="009F1DD0" w:rsidRDefault="009F1DD0" w:rsidP="009F1D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Пшениця</w:t>
      </w:r>
      <w:proofErr w:type="spellEnd"/>
      <w:r w:rsidRPr="009F1DD0">
        <w:rPr>
          <w:rFonts w:cs="Times New Roman"/>
          <w:sz w:val="28"/>
          <w:szCs w:val="28"/>
        </w:rPr>
        <w:t xml:space="preserve">: 3 600 000 – 2 460 000 = </w:t>
      </w:r>
      <w:r w:rsidRPr="009F1DD0">
        <w:rPr>
          <w:rStyle w:val="af6"/>
          <w:rFonts w:cs="Times New Roman"/>
          <w:sz w:val="28"/>
          <w:szCs w:val="28"/>
        </w:rPr>
        <w:t xml:space="preserve">1 140 000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Кукурудза</w:t>
      </w:r>
      <w:proofErr w:type="spellEnd"/>
      <w:r w:rsidRPr="009F1DD0">
        <w:rPr>
          <w:rFonts w:cs="Times New Roman"/>
          <w:sz w:val="28"/>
          <w:szCs w:val="28"/>
        </w:rPr>
        <w:t xml:space="preserve">: 2 730 000 – 1 980 000 = </w:t>
      </w:r>
      <w:r w:rsidRPr="009F1DD0">
        <w:rPr>
          <w:rStyle w:val="af6"/>
          <w:rFonts w:cs="Times New Roman"/>
          <w:sz w:val="28"/>
          <w:szCs w:val="28"/>
        </w:rPr>
        <w:t xml:space="preserve">750 000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6.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Рентабельність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="00C448CC">
        <w:rPr>
          <w:rFonts w:ascii="Times New Roman" w:hAnsi="Times New Roman" w:cs="Times New Roman"/>
          <w:b w:val="0"/>
          <w:color w:val="auto"/>
          <w:sz w:val="28"/>
          <w:szCs w:val="28"/>
        </w:rPr>
        <w:t>Рентабельність</w:t>
      </w:r>
      <w:proofErr w:type="spellEnd"/>
      <w:r w:rsidR="00C448C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</w:t>
      </w:r>
      <w:proofErr w:type="spellStart"/>
      <w:proofErr w:type="gramStart"/>
      <w:r w:rsidR="00C448CC">
        <w:rPr>
          <w:rFonts w:ascii="Times New Roman" w:hAnsi="Times New Roman" w:cs="Times New Roman"/>
          <w:b w:val="0"/>
          <w:color w:val="auto"/>
          <w:sz w:val="28"/>
          <w:szCs w:val="28"/>
        </w:rPr>
        <w:t>Прибуток</w:t>
      </w:r>
      <w:proofErr w:type="spellEnd"/>
      <w:r w:rsidR="00C448C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448C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:</w:t>
      </w:r>
      <w:proofErr w:type="gram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9F1DD0">
        <w:rPr>
          <w:rFonts w:ascii="Times New Roman" w:hAnsi="Times New Roman" w:cs="Times New Roman"/>
          <w:b w:val="0"/>
          <w:color w:val="auto"/>
          <w:sz w:val="28"/>
          <w:szCs w:val="28"/>
        </w:rPr>
        <w:t>Витрати</w:t>
      </w:r>
      <w:proofErr w:type="spellEnd"/>
      <w:r w:rsidRPr="009F1DD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× 100%</w:t>
      </w:r>
    </w:p>
    <w:p w:rsidR="009F1DD0" w:rsidRPr="009F1DD0" w:rsidRDefault="009F1DD0" w:rsidP="009F1D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Пшениця</w:t>
      </w:r>
      <w:proofErr w:type="spellEnd"/>
      <w:r w:rsidRPr="009F1DD0">
        <w:rPr>
          <w:rFonts w:cs="Times New Roman"/>
          <w:sz w:val="28"/>
          <w:szCs w:val="28"/>
        </w:rPr>
        <w:t xml:space="preserve">: </w:t>
      </w:r>
      <w:r w:rsidRPr="009F1DD0">
        <w:rPr>
          <w:rStyle w:val="af6"/>
          <w:rFonts w:cs="Times New Roman"/>
          <w:sz w:val="28"/>
          <w:szCs w:val="28"/>
        </w:rPr>
        <w:t>46,3%</w:t>
      </w:r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Кукурудза</w:t>
      </w:r>
      <w:proofErr w:type="spellEnd"/>
      <w:r w:rsidRPr="009F1DD0">
        <w:rPr>
          <w:rFonts w:cs="Times New Roman"/>
          <w:sz w:val="28"/>
          <w:szCs w:val="28"/>
        </w:rPr>
        <w:t xml:space="preserve">: </w:t>
      </w:r>
      <w:r w:rsidRPr="009F1DD0">
        <w:rPr>
          <w:rStyle w:val="af6"/>
          <w:rFonts w:cs="Times New Roman"/>
          <w:sz w:val="28"/>
          <w:szCs w:val="28"/>
        </w:rPr>
        <w:t>37,9%</w:t>
      </w:r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7.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Загальний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фінансовий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результат</w:t>
      </w:r>
    </w:p>
    <w:p w:rsidR="009F1DD0" w:rsidRPr="009F1DD0" w:rsidRDefault="009F1DD0" w:rsidP="009F1DD0">
      <w:pPr>
        <w:pStyle w:val="aff8"/>
        <w:rPr>
          <w:sz w:val="28"/>
          <w:szCs w:val="28"/>
        </w:rPr>
      </w:pPr>
      <w:r w:rsidRPr="009F1DD0">
        <w:rPr>
          <w:rStyle w:val="af6"/>
          <w:sz w:val="28"/>
          <w:szCs w:val="28"/>
        </w:rPr>
        <w:t xml:space="preserve">1 140 000 + 750 000 = 1 890 000 </w:t>
      </w:r>
      <w:proofErr w:type="spellStart"/>
      <w:r w:rsidRPr="009F1DD0">
        <w:rPr>
          <w:rStyle w:val="af6"/>
          <w:sz w:val="28"/>
          <w:szCs w:val="28"/>
        </w:rPr>
        <w:t>грн</w:t>
      </w:r>
      <w:proofErr w:type="spellEnd"/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b/>
          <w:sz w:val="28"/>
          <w:szCs w:val="28"/>
          <w:lang w:val="ru-RU"/>
        </w:rPr>
        <w:t>Завдання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2.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Аналіз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беззбитковості</w:t>
      </w:r>
      <w:proofErr w:type="spellEnd"/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Для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виробництва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пшениці</w:t>
      </w:r>
      <w:proofErr w:type="spellEnd"/>
      <w:r w:rsidRPr="009F1DD0">
        <w:rPr>
          <w:rFonts w:cs="Times New Roman"/>
          <w:sz w:val="28"/>
          <w:szCs w:val="28"/>
          <w:lang w:val="ru-RU"/>
        </w:rPr>
        <w:t>:</w:t>
      </w:r>
    </w:p>
    <w:p w:rsidR="004F5B30" w:rsidRPr="009F1DD0" w:rsidRDefault="009D3419" w:rsidP="00BE4998">
      <w:pPr>
        <w:pStyle w:val="ae"/>
        <w:numPr>
          <w:ilvl w:val="0"/>
          <w:numId w:val="11"/>
        </w:num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sz w:val="28"/>
          <w:szCs w:val="28"/>
          <w:lang w:val="ru-RU"/>
        </w:rPr>
        <w:t>Постійні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витрати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на всю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площу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: 1 200 000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грн</w:t>
      </w:r>
      <w:proofErr w:type="spellEnd"/>
    </w:p>
    <w:p w:rsidR="00BE4998" w:rsidRPr="009F1DD0" w:rsidRDefault="00BE4998" w:rsidP="00BE4998">
      <w:pPr>
        <w:pStyle w:val="ae"/>
        <w:numPr>
          <w:ilvl w:val="0"/>
          <w:numId w:val="11"/>
        </w:num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sz w:val="28"/>
          <w:szCs w:val="28"/>
          <w:lang w:val="ru-RU"/>
        </w:rPr>
        <w:t>Змінні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витрати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на 1 га: 12 400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грн</w:t>
      </w:r>
      <w:proofErr w:type="spellEnd"/>
    </w:p>
    <w:p w:rsidR="00BE4998" w:rsidRPr="009F1DD0" w:rsidRDefault="00BE4998" w:rsidP="00BE4998">
      <w:pPr>
        <w:pStyle w:val="ae"/>
        <w:numPr>
          <w:ilvl w:val="0"/>
          <w:numId w:val="11"/>
        </w:num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sz w:val="28"/>
          <w:szCs w:val="28"/>
          <w:lang w:val="ru-RU"/>
        </w:rPr>
        <w:t>Площа</w:t>
      </w:r>
      <w:proofErr w:type="spellEnd"/>
      <w:r w:rsidRPr="009F1DD0">
        <w:rPr>
          <w:rFonts w:cs="Times New Roman"/>
          <w:sz w:val="28"/>
          <w:szCs w:val="28"/>
          <w:lang w:val="ru-RU"/>
        </w:rPr>
        <w:t>: 150 га</w:t>
      </w:r>
    </w:p>
    <w:p w:rsidR="00BE4998" w:rsidRPr="009F1DD0" w:rsidRDefault="00BE4998" w:rsidP="00BE4998">
      <w:pPr>
        <w:pStyle w:val="ae"/>
        <w:numPr>
          <w:ilvl w:val="0"/>
          <w:numId w:val="11"/>
        </w:num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sz w:val="28"/>
          <w:szCs w:val="28"/>
          <w:lang w:val="ru-RU"/>
        </w:rPr>
        <w:t>Урожайність</w:t>
      </w:r>
      <w:proofErr w:type="spellEnd"/>
      <w:r w:rsidRPr="009F1DD0">
        <w:rPr>
          <w:rFonts w:cs="Times New Roman"/>
          <w:sz w:val="28"/>
          <w:szCs w:val="28"/>
          <w:lang w:val="ru-RU"/>
        </w:rPr>
        <w:t>: 48 ц/га</w:t>
      </w:r>
    </w:p>
    <w:p w:rsidR="00BE4998" w:rsidRPr="009F1DD0" w:rsidRDefault="00BE4998" w:rsidP="00BE4998">
      <w:pPr>
        <w:pStyle w:val="ae"/>
        <w:numPr>
          <w:ilvl w:val="0"/>
          <w:numId w:val="11"/>
        </w:numPr>
        <w:rPr>
          <w:rFonts w:cs="Times New Roman"/>
          <w:sz w:val="28"/>
          <w:szCs w:val="28"/>
          <w:lang w:val="ru-RU"/>
        </w:rPr>
      </w:pPr>
      <w:proofErr w:type="spellStart"/>
      <w:proofErr w:type="gramStart"/>
      <w:r w:rsidRPr="009F1DD0">
        <w:rPr>
          <w:rFonts w:cs="Times New Roman"/>
          <w:sz w:val="28"/>
          <w:szCs w:val="28"/>
          <w:lang w:val="ru-RU"/>
        </w:rPr>
        <w:t>Ц</w:t>
      </w:r>
      <w:proofErr w:type="gramEnd"/>
      <w:r w:rsidRPr="009F1DD0">
        <w:rPr>
          <w:rFonts w:cs="Times New Roman"/>
          <w:sz w:val="28"/>
          <w:szCs w:val="28"/>
          <w:lang w:val="ru-RU"/>
        </w:rPr>
        <w:t>іна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реалізації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: 5 000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грн</w:t>
      </w:r>
      <w:proofErr w:type="spellEnd"/>
      <w:r w:rsidRPr="009F1DD0">
        <w:rPr>
          <w:rFonts w:cs="Times New Roman"/>
          <w:sz w:val="28"/>
          <w:szCs w:val="28"/>
          <w:lang w:val="ru-RU"/>
        </w:rPr>
        <w:t>/т</w:t>
      </w:r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b/>
          <w:sz w:val="28"/>
          <w:szCs w:val="28"/>
          <w:lang w:val="ru-RU"/>
        </w:rPr>
        <w:t>Потрібно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>:</w:t>
      </w:r>
    </w:p>
    <w:p w:rsidR="004F5B30" w:rsidRPr="009F1DD0" w:rsidRDefault="00BE4998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1.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Визначити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повні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витрати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9D3419" w:rsidRPr="009F1DD0">
        <w:rPr>
          <w:rFonts w:cs="Times New Roman"/>
          <w:sz w:val="28"/>
          <w:szCs w:val="28"/>
          <w:lang w:val="ru-RU"/>
        </w:rPr>
        <w:t>п</w:t>
      </w:r>
      <w:proofErr w:type="gramEnd"/>
      <w:r w:rsidR="009D3419" w:rsidRPr="009F1DD0">
        <w:rPr>
          <w:rFonts w:cs="Times New Roman"/>
          <w:sz w:val="28"/>
          <w:szCs w:val="28"/>
          <w:lang w:val="ru-RU"/>
        </w:rPr>
        <w:t>ідприємства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.</w:t>
      </w:r>
    </w:p>
    <w:p w:rsidR="004F5B30" w:rsidRPr="009F1DD0" w:rsidRDefault="00BE4998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2.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Розрахувати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собівартість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1 т.</w:t>
      </w:r>
    </w:p>
    <w:p w:rsidR="004F5B30" w:rsidRPr="009F1DD0" w:rsidRDefault="00BE4998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3.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Визначити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точку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беззбитковості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:</w:t>
      </w:r>
    </w:p>
    <w:p w:rsidR="004F5B30" w:rsidRPr="009F1DD0" w:rsidRDefault="009D3419" w:rsidP="00BE4998">
      <w:pPr>
        <w:pStyle w:val="ae"/>
        <w:numPr>
          <w:ilvl w:val="0"/>
          <w:numId w:val="12"/>
        </w:numPr>
        <w:rPr>
          <w:rFonts w:cs="Times New Roman"/>
          <w:sz w:val="28"/>
          <w:szCs w:val="28"/>
          <w:lang w:val="ru-RU"/>
        </w:rPr>
      </w:pPr>
      <w:proofErr w:type="gramStart"/>
      <w:r w:rsidRPr="009F1DD0">
        <w:rPr>
          <w:rFonts w:cs="Times New Roman"/>
          <w:sz w:val="28"/>
          <w:szCs w:val="28"/>
          <w:lang w:val="ru-RU"/>
        </w:rPr>
        <w:t>у</w:t>
      </w:r>
      <w:proofErr w:type="gramEnd"/>
      <w:r w:rsidRPr="009F1DD0">
        <w:rPr>
          <w:rFonts w:cs="Times New Roman"/>
          <w:sz w:val="28"/>
          <w:szCs w:val="28"/>
          <w:lang w:val="ru-RU"/>
        </w:rPr>
        <w:t xml:space="preserve"> тонах;</w:t>
      </w:r>
    </w:p>
    <w:p w:rsidR="004F5B30" w:rsidRPr="009F1DD0" w:rsidRDefault="009D3419" w:rsidP="00BE4998">
      <w:pPr>
        <w:pStyle w:val="ae"/>
        <w:numPr>
          <w:ilvl w:val="0"/>
          <w:numId w:val="12"/>
        </w:numPr>
        <w:rPr>
          <w:rFonts w:cs="Times New Roman"/>
          <w:sz w:val="28"/>
          <w:szCs w:val="28"/>
          <w:lang w:val="ru-RU"/>
        </w:rPr>
      </w:pPr>
      <w:proofErr w:type="gramStart"/>
      <w:r w:rsidRPr="009F1DD0">
        <w:rPr>
          <w:rFonts w:cs="Times New Roman"/>
          <w:sz w:val="28"/>
          <w:szCs w:val="28"/>
          <w:lang w:val="ru-RU"/>
        </w:rPr>
        <w:t>у</w:t>
      </w:r>
      <w:proofErr w:type="gramEnd"/>
      <w:r w:rsidRPr="009F1DD0">
        <w:rPr>
          <w:rFonts w:cs="Times New Roman"/>
          <w:sz w:val="28"/>
          <w:szCs w:val="28"/>
          <w:lang w:val="ru-RU"/>
        </w:rPr>
        <w:t xml:space="preserve"> гектарах.</w:t>
      </w:r>
    </w:p>
    <w:p w:rsidR="009F1DD0" w:rsidRPr="009F1DD0" w:rsidRDefault="00BE4998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4. </w:t>
      </w:r>
      <w:proofErr w:type="spellStart"/>
      <w:r w:rsidR="009D3419"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Визначити</w:t>
      </w:r>
      <w:proofErr w:type="spellEnd"/>
      <w:r w:rsidR="009D3419"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запас </w:t>
      </w:r>
      <w:proofErr w:type="spellStart"/>
      <w:r w:rsidR="009D3419"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фінансової</w:t>
      </w:r>
      <w:proofErr w:type="spellEnd"/>
      <w:r w:rsidR="009D3419"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міцност</w:t>
      </w:r>
      <w:proofErr w:type="gramStart"/>
      <w:r w:rsidR="009D3419"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і</w:t>
      </w:r>
      <w:proofErr w:type="spellEnd"/>
      <w:r w:rsidR="009D3419"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(%).</w:t>
      </w:r>
      <w:r w:rsidR="009F1DD0">
        <w:rPr>
          <w:rFonts w:cs="Times New Roman"/>
          <w:sz w:val="28"/>
          <w:szCs w:val="28"/>
          <w:lang w:val="ru-RU"/>
        </w:rPr>
        <w:br/>
      </w:r>
      <w:r w:rsidR="009F1DD0">
        <w:rPr>
          <w:rFonts w:cs="Times New Roman"/>
          <w:sz w:val="28"/>
          <w:szCs w:val="28"/>
          <w:lang w:val="ru-RU"/>
        </w:rPr>
        <w:br/>
      </w:r>
      <w:proofErr w:type="spellStart"/>
      <w:proofErr w:type="gramEnd"/>
      <w:r w:rsidR="009F1DD0"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Аналіз</w:t>
      </w:r>
      <w:proofErr w:type="spellEnd"/>
      <w:r w:rsidR="009F1DD0"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9F1DD0" w:rsidRPr="009F1DD0">
        <w:rPr>
          <w:rFonts w:ascii="Times New Roman" w:hAnsi="Times New Roman" w:cs="Times New Roman"/>
          <w:color w:val="auto"/>
          <w:sz w:val="28"/>
          <w:szCs w:val="28"/>
          <w:lang w:val="ru-RU"/>
        </w:rPr>
        <w:t>беззбитковості</w:t>
      </w:r>
      <w:proofErr w:type="spellEnd"/>
      <w:r w:rsidR="009F1DD0" w:rsidRPr="009F1DD0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</w:r>
      <w:r w:rsidR="009F1DD0"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proofErr w:type="spellStart"/>
      <w:r w:rsidR="009F1DD0" w:rsidRPr="009F1DD0">
        <w:rPr>
          <w:rFonts w:ascii="Times New Roman" w:hAnsi="Times New Roman" w:cs="Times New Roman"/>
          <w:color w:val="auto"/>
          <w:sz w:val="28"/>
          <w:szCs w:val="28"/>
        </w:rPr>
        <w:t>Повні</w:t>
      </w:r>
      <w:proofErr w:type="spellEnd"/>
      <w:r w:rsidR="009F1DD0"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9F1DD0" w:rsidRPr="009F1DD0">
        <w:rPr>
          <w:rFonts w:ascii="Times New Roman" w:hAnsi="Times New Roman" w:cs="Times New Roman"/>
          <w:color w:val="auto"/>
          <w:sz w:val="28"/>
          <w:szCs w:val="28"/>
        </w:rPr>
        <w:t>витрати</w:t>
      </w:r>
      <w:proofErr w:type="spellEnd"/>
    </w:p>
    <w:p w:rsidR="009F1DD0" w:rsidRPr="009F1DD0" w:rsidRDefault="009F1DD0" w:rsidP="009F1DD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Змінні</w:t>
      </w:r>
      <w:proofErr w:type="spellEnd"/>
      <w:r w:rsidRPr="009F1DD0">
        <w:rPr>
          <w:rFonts w:cs="Times New Roman"/>
          <w:sz w:val="28"/>
          <w:szCs w:val="28"/>
        </w:rPr>
        <w:t xml:space="preserve">: 12 400 × 150 = </w:t>
      </w:r>
      <w:r w:rsidRPr="009F1DD0">
        <w:rPr>
          <w:rStyle w:val="af6"/>
          <w:rFonts w:cs="Times New Roman"/>
          <w:sz w:val="28"/>
          <w:szCs w:val="28"/>
        </w:rPr>
        <w:t xml:space="preserve">1 860 000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lastRenderedPageBreak/>
        <w:t>Постійні</w:t>
      </w:r>
      <w:proofErr w:type="spellEnd"/>
      <w:r w:rsidRPr="009F1DD0">
        <w:rPr>
          <w:rFonts w:cs="Times New Roman"/>
          <w:sz w:val="28"/>
          <w:szCs w:val="28"/>
        </w:rPr>
        <w:t xml:space="preserve">: </w:t>
      </w:r>
      <w:r w:rsidRPr="009F1DD0">
        <w:rPr>
          <w:rStyle w:val="af6"/>
          <w:rFonts w:cs="Times New Roman"/>
          <w:sz w:val="28"/>
          <w:szCs w:val="28"/>
        </w:rPr>
        <w:t xml:space="preserve">1 200 000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aff8"/>
        <w:rPr>
          <w:sz w:val="28"/>
          <w:szCs w:val="28"/>
          <w:lang w:val="uk-UA"/>
        </w:rPr>
      </w:pPr>
      <w:r w:rsidRPr="009F1DD0">
        <w:rPr>
          <w:sz w:val="28"/>
          <w:szCs w:val="28"/>
        </w:rPr>
        <w:t xml:space="preserve"> Разом: </w:t>
      </w:r>
      <w:r w:rsidRPr="009F1DD0">
        <w:rPr>
          <w:rStyle w:val="af6"/>
          <w:sz w:val="28"/>
          <w:szCs w:val="28"/>
        </w:rPr>
        <w:t xml:space="preserve">3 060 000 </w:t>
      </w:r>
      <w:proofErr w:type="spellStart"/>
      <w:r w:rsidRPr="009F1DD0">
        <w:rPr>
          <w:rStyle w:val="af6"/>
          <w:sz w:val="28"/>
          <w:szCs w:val="28"/>
        </w:rPr>
        <w:t>грн</w:t>
      </w:r>
      <w:proofErr w:type="spellEnd"/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Собівартість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1 т</w:t>
      </w:r>
    </w:p>
    <w:p w:rsidR="009F1DD0" w:rsidRPr="009F1DD0" w:rsidRDefault="00C448CC" w:rsidP="009F1DD0">
      <w:pPr>
        <w:pStyle w:val="aff8"/>
        <w:rPr>
          <w:sz w:val="28"/>
          <w:szCs w:val="28"/>
          <w:lang w:val="uk-UA"/>
        </w:rPr>
      </w:pPr>
      <w:r>
        <w:rPr>
          <w:sz w:val="28"/>
          <w:szCs w:val="28"/>
        </w:rPr>
        <w:t>3 060 000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="009F1DD0" w:rsidRPr="009F1DD0">
        <w:rPr>
          <w:sz w:val="28"/>
          <w:szCs w:val="28"/>
        </w:rPr>
        <w:t xml:space="preserve"> 720 = </w:t>
      </w:r>
      <w:r w:rsidR="009F1DD0" w:rsidRPr="009F1DD0">
        <w:rPr>
          <w:rStyle w:val="af6"/>
          <w:sz w:val="28"/>
          <w:szCs w:val="28"/>
        </w:rPr>
        <w:t xml:space="preserve">4250 </w:t>
      </w:r>
      <w:proofErr w:type="spellStart"/>
      <w:r w:rsidR="009F1DD0" w:rsidRPr="009F1DD0">
        <w:rPr>
          <w:rStyle w:val="af6"/>
          <w:sz w:val="28"/>
          <w:szCs w:val="28"/>
        </w:rPr>
        <w:t>грн</w:t>
      </w:r>
      <w:proofErr w:type="spellEnd"/>
      <w:r w:rsidR="009F1DD0" w:rsidRPr="009F1DD0">
        <w:rPr>
          <w:rStyle w:val="af6"/>
          <w:sz w:val="28"/>
          <w:szCs w:val="28"/>
        </w:rPr>
        <w:t>/т</w:t>
      </w:r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Точка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беззбитковості</w:t>
      </w:r>
      <w:proofErr w:type="spellEnd"/>
    </w:p>
    <w:p w:rsidR="009F1DD0" w:rsidRPr="009F1DD0" w:rsidRDefault="009F1DD0" w:rsidP="009F1DD0">
      <w:pPr>
        <w:pStyle w:val="3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Маржинальний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дохід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9F1DD0" w:rsidRPr="009F1DD0" w:rsidRDefault="00C448CC" w:rsidP="009F1DD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Змінні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на</w:t>
      </w:r>
      <w:proofErr w:type="spellEnd"/>
      <w:r>
        <w:rPr>
          <w:rFonts w:cs="Times New Roman"/>
          <w:sz w:val="28"/>
          <w:szCs w:val="28"/>
        </w:rPr>
        <w:t xml:space="preserve"> 1 т: 12 400 </w:t>
      </w:r>
      <w:r>
        <w:rPr>
          <w:rFonts w:cs="Times New Roman"/>
          <w:sz w:val="28"/>
          <w:szCs w:val="28"/>
          <w:lang w:val="uk-UA"/>
        </w:rPr>
        <w:t>:</w:t>
      </w:r>
      <w:r w:rsidR="009F1DD0" w:rsidRPr="009F1DD0">
        <w:rPr>
          <w:rFonts w:cs="Times New Roman"/>
          <w:sz w:val="28"/>
          <w:szCs w:val="28"/>
        </w:rPr>
        <w:t xml:space="preserve"> 4,8 = </w:t>
      </w:r>
      <w:r w:rsidR="009F1DD0" w:rsidRPr="009F1DD0">
        <w:rPr>
          <w:rStyle w:val="af6"/>
          <w:rFonts w:cs="Times New Roman"/>
          <w:sz w:val="28"/>
          <w:szCs w:val="28"/>
        </w:rPr>
        <w:t xml:space="preserve">2583,3 </w:t>
      </w:r>
      <w:proofErr w:type="spellStart"/>
      <w:r w:rsidR="009F1DD0"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="009F1DD0"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9F1DD0">
        <w:rPr>
          <w:rFonts w:cs="Times New Roman"/>
          <w:sz w:val="28"/>
          <w:szCs w:val="28"/>
        </w:rPr>
        <w:t>Маржа</w:t>
      </w:r>
      <w:proofErr w:type="spellEnd"/>
      <w:r w:rsidRPr="009F1DD0">
        <w:rPr>
          <w:rFonts w:cs="Times New Roman"/>
          <w:sz w:val="28"/>
          <w:szCs w:val="28"/>
        </w:rPr>
        <w:t xml:space="preserve">: 5000 – 2583,3 = </w:t>
      </w:r>
      <w:r w:rsidRPr="009F1DD0">
        <w:rPr>
          <w:rStyle w:val="af6"/>
          <w:rFonts w:cs="Times New Roman"/>
          <w:sz w:val="28"/>
          <w:szCs w:val="28"/>
        </w:rPr>
        <w:t xml:space="preserve">2416,7 </w:t>
      </w:r>
      <w:proofErr w:type="spellStart"/>
      <w:r w:rsidRPr="009F1DD0">
        <w:rPr>
          <w:rStyle w:val="af6"/>
          <w:rFonts w:cs="Times New Roman"/>
          <w:sz w:val="28"/>
          <w:szCs w:val="28"/>
        </w:rPr>
        <w:t>грн</w:t>
      </w:r>
      <w:proofErr w:type="spellEnd"/>
      <w:r w:rsidRPr="009F1DD0">
        <w:rPr>
          <w:rFonts w:cs="Times New Roman"/>
          <w:sz w:val="28"/>
          <w:szCs w:val="28"/>
        </w:rPr>
        <w:t xml:space="preserve"> </w:t>
      </w:r>
    </w:p>
    <w:p w:rsidR="009F1DD0" w:rsidRPr="009F1DD0" w:rsidRDefault="009F1DD0" w:rsidP="009F1DD0">
      <w:pPr>
        <w:pStyle w:val="3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тонах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9F1DD0" w:rsidRPr="009F1DD0" w:rsidRDefault="00C448CC" w:rsidP="009F1DD0">
      <w:pPr>
        <w:pStyle w:val="aff8"/>
        <w:rPr>
          <w:sz w:val="28"/>
          <w:szCs w:val="28"/>
        </w:rPr>
      </w:pPr>
      <w:r>
        <w:rPr>
          <w:sz w:val="28"/>
          <w:szCs w:val="28"/>
        </w:rPr>
        <w:t>1 200 000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="009F1DD0" w:rsidRPr="009F1DD0">
        <w:rPr>
          <w:sz w:val="28"/>
          <w:szCs w:val="28"/>
        </w:rPr>
        <w:t xml:space="preserve"> 2416,7 ≈ </w:t>
      </w:r>
      <w:r w:rsidR="009F1DD0" w:rsidRPr="009F1DD0">
        <w:rPr>
          <w:rStyle w:val="af6"/>
          <w:sz w:val="28"/>
          <w:szCs w:val="28"/>
        </w:rPr>
        <w:t>497 т</w:t>
      </w:r>
    </w:p>
    <w:p w:rsidR="009F1DD0" w:rsidRPr="009F1DD0" w:rsidRDefault="009F1DD0" w:rsidP="009F1DD0">
      <w:pPr>
        <w:pStyle w:val="3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гектарах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9F1DD0" w:rsidRPr="009F1DD0" w:rsidRDefault="00C448CC" w:rsidP="009F1DD0">
      <w:pPr>
        <w:pStyle w:val="aff8"/>
        <w:rPr>
          <w:sz w:val="28"/>
          <w:szCs w:val="28"/>
          <w:lang w:val="uk-UA"/>
        </w:rPr>
      </w:pPr>
      <w:r>
        <w:rPr>
          <w:sz w:val="28"/>
          <w:szCs w:val="28"/>
        </w:rPr>
        <w:t>497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="009F1DD0" w:rsidRPr="009F1DD0">
        <w:rPr>
          <w:sz w:val="28"/>
          <w:szCs w:val="28"/>
        </w:rPr>
        <w:t xml:space="preserve"> 4,8 ≈ </w:t>
      </w:r>
      <w:r w:rsidR="009F1DD0" w:rsidRPr="009F1DD0">
        <w:rPr>
          <w:rStyle w:val="af6"/>
          <w:sz w:val="28"/>
          <w:szCs w:val="28"/>
        </w:rPr>
        <w:t>104 га</w:t>
      </w:r>
    </w:p>
    <w:p w:rsidR="009F1DD0" w:rsidRPr="009F1DD0" w:rsidRDefault="009F1DD0" w:rsidP="009F1DD0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Запас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фінансової</w:t>
      </w:r>
      <w:proofErr w:type="spellEnd"/>
      <w:r w:rsidRPr="009F1DD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F1DD0">
        <w:rPr>
          <w:rFonts w:ascii="Times New Roman" w:hAnsi="Times New Roman" w:cs="Times New Roman"/>
          <w:color w:val="auto"/>
          <w:sz w:val="28"/>
          <w:szCs w:val="28"/>
        </w:rPr>
        <w:t>міцності</w:t>
      </w:r>
      <w:proofErr w:type="spellEnd"/>
    </w:p>
    <w:p w:rsidR="004F5B30" w:rsidRPr="005D5F9A" w:rsidRDefault="00C448CC" w:rsidP="005D5F9A">
      <w:pPr>
        <w:pStyle w:val="aff8"/>
        <w:rPr>
          <w:sz w:val="28"/>
          <w:szCs w:val="28"/>
          <w:lang w:val="uk-UA"/>
        </w:rPr>
      </w:pPr>
      <w:r>
        <w:rPr>
          <w:sz w:val="28"/>
          <w:szCs w:val="28"/>
        </w:rPr>
        <w:t>(720 – 497)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="009F1DD0" w:rsidRPr="009F1DD0">
        <w:rPr>
          <w:sz w:val="28"/>
          <w:szCs w:val="28"/>
        </w:rPr>
        <w:t xml:space="preserve"> 720 × 100% ≈ </w:t>
      </w:r>
      <w:r w:rsidR="009F1DD0" w:rsidRPr="009F1DD0">
        <w:rPr>
          <w:rStyle w:val="af6"/>
          <w:sz w:val="28"/>
          <w:szCs w:val="28"/>
        </w:rPr>
        <w:t>31%</w:t>
      </w:r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b/>
          <w:sz w:val="28"/>
          <w:szCs w:val="28"/>
          <w:lang w:val="ru-RU"/>
        </w:rPr>
        <w:t>Завдання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3.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Вибі</w:t>
      </w:r>
      <w:proofErr w:type="gramStart"/>
      <w:r w:rsidRPr="009F1DD0">
        <w:rPr>
          <w:rFonts w:cs="Times New Roman"/>
          <w:b/>
          <w:sz w:val="28"/>
          <w:szCs w:val="28"/>
          <w:lang w:val="ru-RU"/>
        </w:rPr>
        <w:t>р</w:t>
      </w:r>
      <w:proofErr w:type="spellEnd"/>
      <w:proofErr w:type="gram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інвестиційного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рішення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(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альтернативні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витрати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>)</w:t>
      </w:r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proofErr w:type="gramStart"/>
      <w:r w:rsidRPr="009F1DD0">
        <w:rPr>
          <w:rFonts w:cs="Times New Roman"/>
          <w:sz w:val="28"/>
          <w:szCs w:val="28"/>
          <w:lang w:val="ru-RU"/>
        </w:rPr>
        <w:t>П</w:t>
      </w:r>
      <w:proofErr w:type="gramEnd"/>
      <w:r w:rsidRPr="009F1DD0">
        <w:rPr>
          <w:rFonts w:cs="Times New Roman"/>
          <w:sz w:val="28"/>
          <w:szCs w:val="28"/>
          <w:lang w:val="ru-RU"/>
        </w:rPr>
        <w:t>ідприємство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має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100 га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вільної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землі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і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розглядає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два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варіанти</w:t>
      </w:r>
      <w:proofErr w:type="spellEnd"/>
      <w:r w:rsidRPr="009F1DD0">
        <w:rPr>
          <w:rFonts w:cs="Times New Roman"/>
          <w:sz w:val="28"/>
          <w:szCs w:val="28"/>
          <w:lang w:val="ru-RU"/>
        </w:rPr>
        <w:t>: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268"/>
        <w:gridCol w:w="3268"/>
        <w:gridCol w:w="3268"/>
      </w:tblGrid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9F1DD0">
              <w:rPr>
                <w:rFonts w:cs="Times New Roman"/>
                <w:b/>
                <w:sz w:val="28"/>
                <w:szCs w:val="28"/>
              </w:rPr>
              <w:t>Показник</w:t>
            </w:r>
            <w:proofErr w:type="spellEnd"/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b/>
                <w:sz w:val="28"/>
                <w:szCs w:val="28"/>
              </w:rPr>
              <w:t>Соняшник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b/>
                <w:sz w:val="28"/>
                <w:szCs w:val="28"/>
              </w:rPr>
              <w:t>Соя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Урожайність, ц/га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24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Ціна, грн/т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11 000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13 500</w:t>
            </w:r>
          </w:p>
        </w:tc>
      </w:tr>
      <w:tr w:rsidR="004F5B30" w:rsidRPr="009F1DD0">
        <w:trPr>
          <w:jc w:val="center"/>
        </w:trPr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Витрати на 1 га, грн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18 500</w:t>
            </w:r>
          </w:p>
        </w:tc>
        <w:tc>
          <w:tcPr>
            <w:tcW w:w="326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F5B30" w:rsidRPr="009F1DD0" w:rsidRDefault="009D3419">
            <w:pPr>
              <w:rPr>
                <w:rFonts w:cs="Times New Roman"/>
                <w:sz w:val="28"/>
                <w:szCs w:val="28"/>
              </w:rPr>
            </w:pPr>
            <w:r w:rsidRPr="009F1DD0">
              <w:rPr>
                <w:rFonts w:cs="Times New Roman"/>
                <w:sz w:val="28"/>
                <w:szCs w:val="28"/>
              </w:rPr>
              <w:t>21 000</w:t>
            </w:r>
          </w:p>
        </w:tc>
      </w:tr>
    </w:tbl>
    <w:p w:rsidR="004F5B30" w:rsidRPr="009F1DD0" w:rsidRDefault="009D3419">
      <w:pPr>
        <w:rPr>
          <w:rFonts w:cs="Times New Roman"/>
          <w:sz w:val="28"/>
          <w:szCs w:val="28"/>
        </w:rPr>
      </w:pPr>
      <w:r w:rsidRPr="009F1DD0">
        <w:rPr>
          <w:rFonts w:cs="Times New Roman"/>
          <w:b/>
          <w:sz w:val="28"/>
          <w:szCs w:val="28"/>
        </w:rPr>
        <w:t>Потрібно:</w:t>
      </w:r>
    </w:p>
    <w:p w:rsidR="004F5B30" w:rsidRPr="009F1DD0" w:rsidRDefault="00027ADC">
      <w:pPr>
        <w:rPr>
          <w:rFonts w:cs="Times New Roman"/>
          <w:sz w:val="28"/>
          <w:szCs w:val="28"/>
        </w:rPr>
      </w:pPr>
      <w:r w:rsidRPr="009F1DD0">
        <w:rPr>
          <w:rFonts w:cs="Times New Roman"/>
          <w:sz w:val="28"/>
          <w:szCs w:val="28"/>
          <w:lang w:val="uk-UA"/>
        </w:rPr>
        <w:t xml:space="preserve">1. </w:t>
      </w:r>
      <w:proofErr w:type="spellStart"/>
      <w:r w:rsidR="009D3419" w:rsidRPr="009F1DD0">
        <w:rPr>
          <w:rFonts w:cs="Times New Roman"/>
          <w:sz w:val="28"/>
          <w:szCs w:val="28"/>
        </w:rPr>
        <w:t>Розрахувати</w:t>
      </w:r>
      <w:proofErr w:type="spellEnd"/>
      <w:r w:rsidR="009D3419" w:rsidRPr="009F1DD0">
        <w:rPr>
          <w:rFonts w:cs="Times New Roman"/>
          <w:sz w:val="28"/>
          <w:szCs w:val="28"/>
        </w:rPr>
        <w:t>:</w:t>
      </w:r>
    </w:p>
    <w:p w:rsidR="004F5B30" w:rsidRPr="009F1DD0" w:rsidRDefault="009D3419" w:rsidP="00027ADC">
      <w:pPr>
        <w:pStyle w:val="ae"/>
        <w:numPr>
          <w:ilvl w:val="0"/>
          <w:numId w:val="13"/>
        </w:numPr>
        <w:rPr>
          <w:rFonts w:cs="Times New Roman"/>
          <w:sz w:val="28"/>
          <w:szCs w:val="28"/>
        </w:rPr>
      </w:pPr>
      <w:r w:rsidRPr="009F1DD0">
        <w:rPr>
          <w:rFonts w:cs="Times New Roman"/>
          <w:sz w:val="28"/>
          <w:szCs w:val="28"/>
        </w:rPr>
        <w:t>валовий збір;</w:t>
      </w:r>
    </w:p>
    <w:p w:rsidR="004F5B30" w:rsidRPr="009F1DD0" w:rsidRDefault="009D3419" w:rsidP="00027ADC">
      <w:pPr>
        <w:pStyle w:val="ae"/>
        <w:numPr>
          <w:ilvl w:val="0"/>
          <w:numId w:val="13"/>
        </w:numPr>
        <w:rPr>
          <w:rFonts w:cs="Times New Roman"/>
          <w:sz w:val="28"/>
          <w:szCs w:val="28"/>
        </w:rPr>
      </w:pPr>
      <w:r w:rsidRPr="009F1DD0">
        <w:rPr>
          <w:rFonts w:cs="Times New Roman"/>
          <w:sz w:val="28"/>
          <w:szCs w:val="28"/>
        </w:rPr>
        <w:t>виручку;</w:t>
      </w:r>
    </w:p>
    <w:p w:rsidR="004F5B30" w:rsidRPr="009F1DD0" w:rsidRDefault="009D3419" w:rsidP="00027ADC">
      <w:pPr>
        <w:pStyle w:val="ae"/>
        <w:numPr>
          <w:ilvl w:val="0"/>
          <w:numId w:val="13"/>
        </w:numPr>
        <w:rPr>
          <w:rFonts w:cs="Times New Roman"/>
          <w:sz w:val="28"/>
          <w:szCs w:val="28"/>
        </w:rPr>
      </w:pPr>
      <w:r w:rsidRPr="009F1DD0">
        <w:rPr>
          <w:rFonts w:cs="Times New Roman"/>
          <w:sz w:val="28"/>
          <w:szCs w:val="28"/>
        </w:rPr>
        <w:lastRenderedPageBreak/>
        <w:t>прибуток;</w:t>
      </w:r>
    </w:p>
    <w:p w:rsidR="004F5B30" w:rsidRPr="009F1DD0" w:rsidRDefault="009D3419" w:rsidP="00027ADC">
      <w:pPr>
        <w:pStyle w:val="ae"/>
        <w:numPr>
          <w:ilvl w:val="0"/>
          <w:numId w:val="13"/>
        </w:numPr>
        <w:rPr>
          <w:rFonts w:cs="Times New Roman"/>
          <w:sz w:val="28"/>
          <w:szCs w:val="28"/>
        </w:rPr>
      </w:pPr>
      <w:proofErr w:type="gramStart"/>
      <w:r w:rsidRPr="009F1DD0">
        <w:rPr>
          <w:rFonts w:cs="Times New Roman"/>
          <w:sz w:val="28"/>
          <w:szCs w:val="28"/>
        </w:rPr>
        <w:t>рентабельність</w:t>
      </w:r>
      <w:proofErr w:type="gramEnd"/>
      <w:r w:rsidRPr="009F1DD0">
        <w:rPr>
          <w:rFonts w:cs="Times New Roman"/>
          <w:sz w:val="28"/>
          <w:szCs w:val="28"/>
        </w:rPr>
        <w:t xml:space="preserve"> кожної культури.</w:t>
      </w:r>
    </w:p>
    <w:p w:rsidR="004F5B30" w:rsidRPr="009F1DD0" w:rsidRDefault="00027ADC">
      <w:pPr>
        <w:rPr>
          <w:rFonts w:cs="Times New Roman"/>
          <w:sz w:val="28"/>
          <w:szCs w:val="28"/>
        </w:rPr>
      </w:pPr>
      <w:r w:rsidRPr="009F1DD0">
        <w:rPr>
          <w:rFonts w:cs="Times New Roman"/>
          <w:sz w:val="28"/>
          <w:szCs w:val="28"/>
          <w:lang w:val="uk-UA"/>
        </w:rPr>
        <w:t xml:space="preserve">2. </w:t>
      </w:r>
      <w:proofErr w:type="spellStart"/>
      <w:r w:rsidR="009D3419" w:rsidRPr="009F1DD0">
        <w:rPr>
          <w:rFonts w:cs="Times New Roman"/>
          <w:sz w:val="28"/>
          <w:szCs w:val="28"/>
        </w:rPr>
        <w:t>Визначити</w:t>
      </w:r>
      <w:proofErr w:type="spellEnd"/>
      <w:r w:rsidR="009D3419" w:rsidRPr="009F1DD0">
        <w:rPr>
          <w:rFonts w:cs="Times New Roman"/>
          <w:sz w:val="28"/>
          <w:szCs w:val="28"/>
        </w:rPr>
        <w:t>:</w:t>
      </w:r>
    </w:p>
    <w:p w:rsidR="004F5B30" w:rsidRPr="009F1DD0" w:rsidRDefault="009D3419" w:rsidP="00027ADC">
      <w:pPr>
        <w:pStyle w:val="ae"/>
        <w:numPr>
          <w:ilvl w:val="0"/>
          <w:numId w:val="14"/>
        </w:numPr>
        <w:rPr>
          <w:rFonts w:cs="Times New Roman"/>
          <w:sz w:val="28"/>
          <w:szCs w:val="28"/>
        </w:rPr>
      </w:pPr>
      <w:r w:rsidRPr="009F1DD0">
        <w:rPr>
          <w:rFonts w:cs="Times New Roman"/>
          <w:sz w:val="28"/>
          <w:szCs w:val="28"/>
        </w:rPr>
        <w:t>більш вигідний варіант;</w:t>
      </w:r>
    </w:p>
    <w:p w:rsidR="004F5B30" w:rsidRPr="005D5F9A" w:rsidRDefault="009D3419" w:rsidP="00027ADC">
      <w:pPr>
        <w:pStyle w:val="ae"/>
        <w:numPr>
          <w:ilvl w:val="0"/>
          <w:numId w:val="14"/>
        </w:numPr>
        <w:rPr>
          <w:rFonts w:cs="Times New Roman"/>
          <w:sz w:val="28"/>
          <w:szCs w:val="28"/>
          <w:lang w:val="ru-RU"/>
        </w:rPr>
      </w:pPr>
      <w:proofErr w:type="spellStart"/>
      <w:r w:rsidRPr="005D5F9A">
        <w:rPr>
          <w:rFonts w:cs="Times New Roman"/>
          <w:sz w:val="28"/>
          <w:szCs w:val="28"/>
          <w:lang w:val="ru-RU"/>
        </w:rPr>
        <w:t>альтернативні</w:t>
      </w:r>
      <w:proofErr w:type="spellEnd"/>
      <w:r w:rsidRPr="005D5F9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D5F9A">
        <w:rPr>
          <w:rFonts w:cs="Times New Roman"/>
          <w:sz w:val="28"/>
          <w:szCs w:val="28"/>
          <w:lang w:val="ru-RU"/>
        </w:rPr>
        <w:t>витрати</w:t>
      </w:r>
      <w:proofErr w:type="spellEnd"/>
      <w:r w:rsidRPr="005D5F9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D5F9A">
        <w:rPr>
          <w:rFonts w:cs="Times New Roman"/>
          <w:sz w:val="28"/>
          <w:szCs w:val="28"/>
          <w:lang w:val="ru-RU"/>
        </w:rPr>
        <w:t>вибору</w:t>
      </w:r>
      <w:proofErr w:type="spellEnd"/>
      <w:r w:rsidRPr="005D5F9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D5F9A">
        <w:rPr>
          <w:rFonts w:cs="Times New Roman"/>
          <w:sz w:val="28"/>
          <w:szCs w:val="28"/>
          <w:lang w:val="ru-RU"/>
        </w:rPr>
        <w:t>менш</w:t>
      </w:r>
      <w:proofErr w:type="spellEnd"/>
      <w:r w:rsidRPr="005D5F9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D5F9A">
        <w:rPr>
          <w:rFonts w:cs="Times New Roman"/>
          <w:sz w:val="28"/>
          <w:szCs w:val="28"/>
          <w:lang w:val="ru-RU"/>
        </w:rPr>
        <w:t>вигідної</w:t>
      </w:r>
      <w:proofErr w:type="spellEnd"/>
      <w:r w:rsidRPr="005D5F9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D5F9A">
        <w:rPr>
          <w:rFonts w:cs="Times New Roman"/>
          <w:sz w:val="28"/>
          <w:szCs w:val="28"/>
          <w:lang w:val="ru-RU"/>
        </w:rPr>
        <w:t>культури</w:t>
      </w:r>
      <w:proofErr w:type="spellEnd"/>
      <w:r w:rsidRPr="005D5F9A">
        <w:rPr>
          <w:rFonts w:cs="Times New Roman"/>
          <w:sz w:val="28"/>
          <w:szCs w:val="28"/>
          <w:lang w:val="ru-RU"/>
        </w:rPr>
        <w:t>.</w:t>
      </w:r>
    </w:p>
    <w:p w:rsidR="005D5F9A" w:rsidRPr="005D5F9A" w:rsidRDefault="009D3419" w:rsidP="005D5F9A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Зробити</w:t>
      </w:r>
      <w:proofErr w:type="spellEnd"/>
      <w:r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економічно</w:t>
      </w:r>
      <w:proofErr w:type="spellEnd"/>
      <w:r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обґрунтований</w:t>
      </w:r>
      <w:proofErr w:type="spellEnd"/>
      <w:r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висновок</w:t>
      </w:r>
      <w:proofErr w:type="spellEnd"/>
      <w:r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.</w:t>
      </w:r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>Вибі</w:t>
      </w:r>
      <w:proofErr w:type="gramStart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>р</w:t>
      </w:r>
      <w:proofErr w:type="spellEnd"/>
      <w:proofErr w:type="gramEnd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>інвестиційного</w:t>
      </w:r>
      <w:proofErr w:type="spellEnd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>рішення</w:t>
      </w:r>
      <w:proofErr w:type="spellEnd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</w:t>
      </w:r>
      <w:proofErr w:type="spellStart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>альтернативні</w:t>
      </w:r>
      <w:proofErr w:type="spellEnd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>витрати</w:t>
      </w:r>
      <w:proofErr w:type="spellEnd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>)</w:t>
      </w:r>
      <w:r w:rsidR="005D5F9A" w:rsidRPr="005D5F9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</w:r>
      <w:r w:rsid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1. </w:t>
      </w:r>
      <w:proofErr w:type="spellStart"/>
      <w:r w:rsidR="005D5F9A" w:rsidRPr="005D5F9A">
        <w:rPr>
          <w:rFonts w:ascii="Times New Roman" w:hAnsi="Times New Roman" w:cs="Times New Roman"/>
          <w:color w:val="auto"/>
          <w:sz w:val="28"/>
          <w:szCs w:val="28"/>
          <w:lang w:val="ru-RU"/>
        </w:rPr>
        <w:t>Соняшник</w:t>
      </w:r>
      <w:proofErr w:type="spellEnd"/>
    </w:p>
    <w:p w:rsidR="005D5F9A" w:rsidRPr="005D5F9A" w:rsidRDefault="005D5F9A" w:rsidP="005D5F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Валовий</w:t>
      </w:r>
      <w:proofErr w:type="spellEnd"/>
      <w:r w:rsidRPr="005D5F9A">
        <w:rPr>
          <w:rFonts w:cs="Times New Roman"/>
          <w:sz w:val="28"/>
          <w:szCs w:val="28"/>
        </w:rPr>
        <w:t xml:space="preserve"> </w:t>
      </w:r>
      <w:proofErr w:type="spellStart"/>
      <w:r w:rsidRPr="005D5F9A">
        <w:rPr>
          <w:rFonts w:cs="Times New Roman"/>
          <w:sz w:val="28"/>
          <w:szCs w:val="28"/>
        </w:rPr>
        <w:t>збір</w:t>
      </w:r>
      <w:proofErr w:type="spellEnd"/>
      <w:r w:rsidRPr="005D5F9A">
        <w:rPr>
          <w:rFonts w:cs="Times New Roman"/>
          <w:sz w:val="28"/>
          <w:szCs w:val="28"/>
        </w:rPr>
        <w:t xml:space="preserve">: 2,8 × 100 = </w:t>
      </w:r>
      <w:r w:rsidRPr="005D5F9A">
        <w:rPr>
          <w:rStyle w:val="af6"/>
          <w:rFonts w:cs="Times New Roman"/>
          <w:sz w:val="28"/>
          <w:szCs w:val="28"/>
        </w:rPr>
        <w:t>280 т</w:t>
      </w:r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Виручка</w:t>
      </w:r>
      <w:proofErr w:type="spellEnd"/>
      <w:r w:rsidRPr="005D5F9A">
        <w:rPr>
          <w:rFonts w:cs="Times New Roman"/>
          <w:sz w:val="28"/>
          <w:szCs w:val="28"/>
        </w:rPr>
        <w:t xml:space="preserve">: 280 × 11000 = </w:t>
      </w:r>
      <w:r w:rsidRPr="005D5F9A">
        <w:rPr>
          <w:rStyle w:val="af6"/>
          <w:rFonts w:cs="Times New Roman"/>
          <w:sz w:val="28"/>
          <w:szCs w:val="28"/>
        </w:rPr>
        <w:t xml:space="preserve">3 080 000 </w:t>
      </w:r>
      <w:proofErr w:type="spellStart"/>
      <w:r w:rsidRPr="005D5F9A">
        <w:rPr>
          <w:rStyle w:val="af6"/>
          <w:rFonts w:cs="Times New Roman"/>
          <w:sz w:val="28"/>
          <w:szCs w:val="28"/>
        </w:rPr>
        <w:t>грн</w:t>
      </w:r>
      <w:proofErr w:type="spellEnd"/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Витрати</w:t>
      </w:r>
      <w:proofErr w:type="spellEnd"/>
      <w:r w:rsidRPr="005D5F9A">
        <w:rPr>
          <w:rFonts w:cs="Times New Roman"/>
          <w:sz w:val="28"/>
          <w:szCs w:val="28"/>
        </w:rPr>
        <w:t xml:space="preserve">: 1 850 000 </w:t>
      </w:r>
      <w:proofErr w:type="spellStart"/>
      <w:r w:rsidRPr="005D5F9A">
        <w:rPr>
          <w:rFonts w:cs="Times New Roman"/>
          <w:sz w:val="28"/>
          <w:szCs w:val="28"/>
        </w:rPr>
        <w:t>грн</w:t>
      </w:r>
      <w:proofErr w:type="spellEnd"/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Прибуток</w:t>
      </w:r>
      <w:proofErr w:type="spellEnd"/>
      <w:r w:rsidRPr="005D5F9A">
        <w:rPr>
          <w:rFonts w:cs="Times New Roman"/>
          <w:sz w:val="28"/>
          <w:szCs w:val="28"/>
        </w:rPr>
        <w:t xml:space="preserve">: </w:t>
      </w:r>
      <w:r w:rsidRPr="005D5F9A">
        <w:rPr>
          <w:rStyle w:val="af6"/>
          <w:rFonts w:cs="Times New Roman"/>
          <w:sz w:val="28"/>
          <w:szCs w:val="28"/>
        </w:rPr>
        <w:t xml:space="preserve">1 230 000 </w:t>
      </w:r>
      <w:proofErr w:type="spellStart"/>
      <w:r w:rsidRPr="005D5F9A">
        <w:rPr>
          <w:rStyle w:val="af6"/>
          <w:rFonts w:cs="Times New Roman"/>
          <w:sz w:val="28"/>
          <w:szCs w:val="28"/>
        </w:rPr>
        <w:t>грн</w:t>
      </w:r>
      <w:proofErr w:type="spellEnd"/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Рентабельність</w:t>
      </w:r>
      <w:proofErr w:type="spellEnd"/>
      <w:r w:rsidRPr="005D5F9A">
        <w:rPr>
          <w:rFonts w:cs="Times New Roman"/>
          <w:sz w:val="28"/>
          <w:szCs w:val="28"/>
        </w:rPr>
        <w:t xml:space="preserve">: </w:t>
      </w:r>
      <w:r w:rsidRPr="005D5F9A">
        <w:rPr>
          <w:rStyle w:val="af6"/>
          <w:rFonts w:cs="Times New Roman"/>
          <w:sz w:val="28"/>
          <w:szCs w:val="28"/>
        </w:rPr>
        <w:t>66,5%</w:t>
      </w:r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pStyle w:val="2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5D5F9A">
        <w:rPr>
          <w:rFonts w:ascii="Times New Roman" w:hAnsi="Times New Roman" w:cs="Times New Roman"/>
          <w:color w:val="auto"/>
          <w:sz w:val="28"/>
          <w:szCs w:val="28"/>
        </w:rPr>
        <w:t>Соя</w:t>
      </w:r>
      <w:proofErr w:type="spellEnd"/>
    </w:p>
    <w:p w:rsidR="005D5F9A" w:rsidRPr="005D5F9A" w:rsidRDefault="005D5F9A" w:rsidP="005D5F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Валовий</w:t>
      </w:r>
      <w:proofErr w:type="spellEnd"/>
      <w:r w:rsidRPr="005D5F9A">
        <w:rPr>
          <w:rFonts w:cs="Times New Roman"/>
          <w:sz w:val="28"/>
          <w:szCs w:val="28"/>
        </w:rPr>
        <w:t xml:space="preserve"> </w:t>
      </w:r>
      <w:proofErr w:type="spellStart"/>
      <w:r w:rsidRPr="005D5F9A">
        <w:rPr>
          <w:rFonts w:cs="Times New Roman"/>
          <w:sz w:val="28"/>
          <w:szCs w:val="28"/>
        </w:rPr>
        <w:t>збір</w:t>
      </w:r>
      <w:proofErr w:type="spellEnd"/>
      <w:r w:rsidRPr="005D5F9A">
        <w:rPr>
          <w:rFonts w:cs="Times New Roman"/>
          <w:sz w:val="28"/>
          <w:szCs w:val="28"/>
        </w:rPr>
        <w:t xml:space="preserve">: 2,4 × 100 = </w:t>
      </w:r>
      <w:r w:rsidRPr="005D5F9A">
        <w:rPr>
          <w:rStyle w:val="af6"/>
          <w:rFonts w:cs="Times New Roman"/>
          <w:sz w:val="28"/>
          <w:szCs w:val="28"/>
        </w:rPr>
        <w:t>240 т</w:t>
      </w:r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Виручка</w:t>
      </w:r>
      <w:proofErr w:type="spellEnd"/>
      <w:r w:rsidRPr="005D5F9A">
        <w:rPr>
          <w:rFonts w:cs="Times New Roman"/>
          <w:sz w:val="28"/>
          <w:szCs w:val="28"/>
        </w:rPr>
        <w:t xml:space="preserve">: 3 240 000 </w:t>
      </w:r>
      <w:proofErr w:type="spellStart"/>
      <w:r w:rsidRPr="005D5F9A">
        <w:rPr>
          <w:rFonts w:cs="Times New Roman"/>
          <w:sz w:val="28"/>
          <w:szCs w:val="28"/>
        </w:rPr>
        <w:t>грн</w:t>
      </w:r>
      <w:proofErr w:type="spellEnd"/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Витрати</w:t>
      </w:r>
      <w:proofErr w:type="spellEnd"/>
      <w:r w:rsidRPr="005D5F9A">
        <w:rPr>
          <w:rFonts w:cs="Times New Roman"/>
          <w:sz w:val="28"/>
          <w:szCs w:val="28"/>
        </w:rPr>
        <w:t xml:space="preserve">: 2 100 000 </w:t>
      </w:r>
      <w:proofErr w:type="spellStart"/>
      <w:r w:rsidRPr="005D5F9A">
        <w:rPr>
          <w:rFonts w:cs="Times New Roman"/>
          <w:sz w:val="28"/>
          <w:szCs w:val="28"/>
        </w:rPr>
        <w:t>грн</w:t>
      </w:r>
      <w:proofErr w:type="spellEnd"/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Прибуток</w:t>
      </w:r>
      <w:proofErr w:type="spellEnd"/>
      <w:r w:rsidRPr="005D5F9A">
        <w:rPr>
          <w:rFonts w:cs="Times New Roman"/>
          <w:sz w:val="28"/>
          <w:szCs w:val="28"/>
        </w:rPr>
        <w:t xml:space="preserve">: </w:t>
      </w:r>
      <w:r w:rsidRPr="005D5F9A">
        <w:rPr>
          <w:rStyle w:val="af6"/>
          <w:rFonts w:cs="Times New Roman"/>
          <w:sz w:val="28"/>
          <w:szCs w:val="28"/>
        </w:rPr>
        <w:t xml:space="preserve">1 140 000 </w:t>
      </w:r>
      <w:proofErr w:type="spellStart"/>
      <w:r w:rsidRPr="005D5F9A">
        <w:rPr>
          <w:rStyle w:val="af6"/>
          <w:rFonts w:cs="Times New Roman"/>
          <w:sz w:val="28"/>
          <w:szCs w:val="28"/>
        </w:rPr>
        <w:t>грн</w:t>
      </w:r>
      <w:proofErr w:type="spellEnd"/>
      <w:r w:rsidRPr="005D5F9A">
        <w:rPr>
          <w:rFonts w:cs="Times New Roman"/>
          <w:sz w:val="28"/>
          <w:szCs w:val="28"/>
        </w:rPr>
        <w:t xml:space="preserve"> </w:t>
      </w:r>
    </w:p>
    <w:p w:rsidR="005D5F9A" w:rsidRPr="005D5F9A" w:rsidRDefault="005D5F9A" w:rsidP="005D5F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5D5F9A">
        <w:rPr>
          <w:rFonts w:cs="Times New Roman"/>
          <w:sz w:val="28"/>
          <w:szCs w:val="28"/>
        </w:rPr>
        <w:t>Рентабельність</w:t>
      </w:r>
      <w:proofErr w:type="spellEnd"/>
      <w:r w:rsidRPr="005D5F9A">
        <w:rPr>
          <w:rFonts w:cs="Times New Roman"/>
          <w:sz w:val="28"/>
          <w:szCs w:val="28"/>
        </w:rPr>
        <w:t xml:space="preserve">: </w:t>
      </w:r>
      <w:r w:rsidRPr="005D5F9A">
        <w:rPr>
          <w:rStyle w:val="af6"/>
          <w:rFonts w:cs="Times New Roman"/>
          <w:sz w:val="28"/>
          <w:szCs w:val="28"/>
        </w:rPr>
        <w:t>54,3%</w:t>
      </w:r>
    </w:p>
    <w:p w:rsidR="005D5F9A" w:rsidRPr="005D5F9A" w:rsidRDefault="005D5F9A" w:rsidP="005D5F9A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val="ru-RU" w:eastAsia="ru-RU"/>
        </w:rPr>
      </w:pPr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2. </w:t>
      </w:r>
      <w:proofErr w:type="spellStart"/>
      <w:proofErr w:type="gramStart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Б</w:t>
      </w:r>
      <w:proofErr w:type="gramEnd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ільш</w:t>
      </w:r>
      <w:proofErr w:type="spellEnd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вигідний</w:t>
      </w:r>
      <w:proofErr w:type="spellEnd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варіант</w:t>
      </w:r>
      <w:proofErr w:type="spellEnd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 — </w:t>
      </w:r>
      <w:proofErr w:type="spellStart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соняшник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, тому </w:t>
      </w:r>
      <w:proofErr w:type="spellStart"/>
      <w:r w:rsidRPr="005D5F9A">
        <w:rPr>
          <w:rFonts w:eastAsia="Times New Roman" w:cs="Times New Roman"/>
          <w:sz w:val="28"/>
          <w:szCs w:val="28"/>
          <w:lang w:val="ru-RU" w:eastAsia="ru-RU"/>
        </w:rPr>
        <w:t>що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>:</w:t>
      </w:r>
    </w:p>
    <w:p w:rsidR="005D5F9A" w:rsidRPr="005D5F9A" w:rsidRDefault="005D5F9A" w:rsidP="005D5F9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val="ru-RU" w:eastAsia="ru-RU"/>
        </w:rPr>
      </w:pPr>
      <w:proofErr w:type="spellStart"/>
      <w:r w:rsidRPr="005D5F9A">
        <w:rPr>
          <w:rFonts w:eastAsia="Times New Roman" w:cs="Times New Roman"/>
          <w:sz w:val="28"/>
          <w:szCs w:val="28"/>
          <w:lang w:val="ru-RU" w:eastAsia="ru-RU"/>
        </w:rPr>
        <w:t>прибуток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D5F9A">
        <w:rPr>
          <w:rFonts w:eastAsia="Times New Roman" w:cs="Times New Roman"/>
          <w:sz w:val="28"/>
          <w:szCs w:val="28"/>
          <w:lang w:val="ru-RU" w:eastAsia="ru-RU"/>
        </w:rPr>
        <w:t>більший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: </w:t>
      </w:r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1 230 000 </w:t>
      </w:r>
      <w:proofErr w:type="spellStart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грн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D5F9A">
        <w:rPr>
          <w:rFonts w:eastAsia="Times New Roman" w:cs="Times New Roman"/>
          <w:sz w:val="28"/>
          <w:szCs w:val="28"/>
          <w:lang w:val="ru-RU" w:eastAsia="ru-RU"/>
        </w:rPr>
        <w:t>проти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1 140 000 </w:t>
      </w:r>
      <w:proofErr w:type="spellStart"/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грн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; </w:t>
      </w:r>
    </w:p>
    <w:p w:rsidR="005D5F9A" w:rsidRPr="005D5F9A" w:rsidRDefault="005D5F9A" w:rsidP="005D5F9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val="ru-RU" w:eastAsia="ru-RU"/>
        </w:rPr>
      </w:pPr>
      <w:proofErr w:type="spellStart"/>
      <w:r w:rsidRPr="005D5F9A">
        <w:rPr>
          <w:rFonts w:eastAsia="Times New Roman" w:cs="Times New Roman"/>
          <w:sz w:val="28"/>
          <w:szCs w:val="28"/>
          <w:lang w:val="ru-RU" w:eastAsia="ru-RU"/>
        </w:rPr>
        <w:t>рентабельність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D5F9A">
        <w:rPr>
          <w:rFonts w:eastAsia="Times New Roman" w:cs="Times New Roman"/>
          <w:sz w:val="28"/>
          <w:szCs w:val="28"/>
          <w:lang w:val="ru-RU" w:eastAsia="ru-RU"/>
        </w:rPr>
        <w:t>вища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: </w:t>
      </w:r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66,5%</w:t>
      </w:r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D5F9A">
        <w:rPr>
          <w:rFonts w:eastAsia="Times New Roman" w:cs="Times New Roman"/>
          <w:sz w:val="28"/>
          <w:szCs w:val="28"/>
          <w:lang w:val="ru-RU" w:eastAsia="ru-RU"/>
        </w:rPr>
        <w:t>проти</w:t>
      </w:r>
      <w:proofErr w:type="spellEnd"/>
      <w:r w:rsidRPr="005D5F9A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5D5F9A">
        <w:rPr>
          <w:rFonts w:eastAsia="Times New Roman" w:cs="Times New Roman"/>
          <w:b/>
          <w:bCs/>
          <w:sz w:val="28"/>
          <w:szCs w:val="28"/>
          <w:lang w:val="ru-RU" w:eastAsia="ru-RU"/>
        </w:rPr>
        <w:t>54,3%</w:t>
      </w:r>
      <w:r w:rsidRPr="005D5F9A">
        <w:rPr>
          <w:rFonts w:eastAsia="Times New Roman" w:cs="Times New Roman"/>
          <w:sz w:val="28"/>
          <w:szCs w:val="28"/>
          <w:lang w:val="ru-RU" w:eastAsia="ru-RU"/>
        </w:rPr>
        <w:t>.</w:t>
      </w:r>
    </w:p>
    <w:p w:rsidR="004F5B30" w:rsidRPr="005D5F9A" w:rsidRDefault="005D5F9A" w:rsidP="005D5F9A">
      <w:pPr>
        <w:pStyle w:val="aff8"/>
        <w:rPr>
          <w:sz w:val="28"/>
          <w:szCs w:val="28"/>
          <w:lang w:val="uk-UA"/>
        </w:rPr>
      </w:pPr>
      <w:proofErr w:type="spellStart"/>
      <w:r w:rsidRPr="005D5F9A">
        <w:rPr>
          <w:sz w:val="28"/>
          <w:szCs w:val="28"/>
        </w:rPr>
        <w:t>Альтернативні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витрати</w:t>
      </w:r>
      <w:proofErr w:type="spellEnd"/>
      <w:r w:rsidRPr="005D5F9A">
        <w:rPr>
          <w:sz w:val="28"/>
          <w:szCs w:val="28"/>
        </w:rPr>
        <w:t xml:space="preserve"> — </w:t>
      </w:r>
      <w:proofErr w:type="spellStart"/>
      <w:r w:rsidRPr="005D5F9A">
        <w:rPr>
          <w:sz w:val="28"/>
          <w:szCs w:val="28"/>
        </w:rPr>
        <w:t>це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rStyle w:val="af6"/>
          <w:sz w:val="28"/>
          <w:szCs w:val="28"/>
        </w:rPr>
        <w:t>втрачена</w:t>
      </w:r>
      <w:proofErr w:type="spellEnd"/>
      <w:r w:rsidRPr="005D5F9A">
        <w:rPr>
          <w:rStyle w:val="af6"/>
          <w:sz w:val="28"/>
          <w:szCs w:val="28"/>
        </w:rPr>
        <w:t xml:space="preserve"> </w:t>
      </w:r>
      <w:proofErr w:type="spellStart"/>
      <w:r w:rsidRPr="005D5F9A">
        <w:rPr>
          <w:rStyle w:val="af6"/>
          <w:sz w:val="28"/>
          <w:szCs w:val="28"/>
        </w:rPr>
        <w:t>вигода</w:t>
      </w:r>
      <w:proofErr w:type="spellEnd"/>
      <w:r w:rsidRPr="005D5F9A">
        <w:rPr>
          <w:sz w:val="28"/>
          <w:szCs w:val="28"/>
        </w:rPr>
        <w:t xml:space="preserve">, яку </w:t>
      </w:r>
      <w:proofErr w:type="spellStart"/>
      <w:proofErr w:type="gramStart"/>
      <w:r w:rsidRPr="005D5F9A">
        <w:rPr>
          <w:sz w:val="28"/>
          <w:szCs w:val="28"/>
        </w:rPr>
        <w:t>п</w:t>
      </w:r>
      <w:proofErr w:type="gramEnd"/>
      <w:r w:rsidRPr="005D5F9A">
        <w:rPr>
          <w:sz w:val="28"/>
          <w:szCs w:val="28"/>
        </w:rPr>
        <w:t>ідприємство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недоотримає</w:t>
      </w:r>
      <w:proofErr w:type="spellEnd"/>
      <w:r w:rsidRPr="005D5F9A">
        <w:rPr>
          <w:sz w:val="28"/>
          <w:szCs w:val="28"/>
        </w:rPr>
        <w:t xml:space="preserve">, </w:t>
      </w:r>
      <w:proofErr w:type="spellStart"/>
      <w:r w:rsidRPr="005D5F9A">
        <w:rPr>
          <w:sz w:val="28"/>
          <w:szCs w:val="28"/>
        </w:rPr>
        <w:t>якщо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обере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менш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вигідний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варіант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замість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більш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вигідного.</w:t>
      </w:r>
      <w:proofErr w:type="spellEnd"/>
      <w:r w:rsidRPr="005D5F9A">
        <w:rPr>
          <w:sz w:val="28"/>
          <w:szCs w:val="28"/>
          <w:lang w:val="uk-UA"/>
        </w:rPr>
        <w:br/>
      </w:r>
      <w:r w:rsidRPr="005D5F9A">
        <w:rPr>
          <w:sz w:val="28"/>
          <w:szCs w:val="28"/>
        </w:rPr>
        <w:t>Формула:</w:t>
      </w:r>
      <w:r w:rsidRPr="005D5F9A">
        <w:rPr>
          <w:sz w:val="28"/>
          <w:szCs w:val="28"/>
          <w:lang w:val="uk-UA"/>
        </w:rPr>
        <w:br/>
      </w:r>
      <w:proofErr w:type="spellStart"/>
      <w:r w:rsidRPr="005D5F9A">
        <w:rPr>
          <w:sz w:val="28"/>
          <w:szCs w:val="28"/>
        </w:rPr>
        <w:t>Альтернативні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витрати</w:t>
      </w:r>
      <w:proofErr w:type="spellEnd"/>
      <w:r w:rsidRPr="005D5F9A">
        <w:rPr>
          <w:sz w:val="28"/>
          <w:szCs w:val="28"/>
        </w:rPr>
        <w:t xml:space="preserve"> = </w:t>
      </w:r>
      <w:proofErr w:type="spellStart"/>
      <w:r w:rsidRPr="005D5F9A">
        <w:rPr>
          <w:sz w:val="28"/>
          <w:szCs w:val="28"/>
        </w:rPr>
        <w:t>Прибуток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кращого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варіанта</w:t>
      </w:r>
      <w:proofErr w:type="spellEnd"/>
      <w:r w:rsidRPr="005D5F9A">
        <w:rPr>
          <w:sz w:val="28"/>
          <w:szCs w:val="28"/>
        </w:rPr>
        <w:t xml:space="preserve"> – </w:t>
      </w:r>
      <w:proofErr w:type="spellStart"/>
      <w:r w:rsidRPr="005D5F9A">
        <w:rPr>
          <w:sz w:val="28"/>
          <w:szCs w:val="28"/>
        </w:rPr>
        <w:t>Прибуток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гіршого</w:t>
      </w:r>
      <w:proofErr w:type="spellEnd"/>
      <w:r w:rsidRPr="005D5F9A">
        <w:rPr>
          <w:sz w:val="28"/>
          <w:szCs w:val="28"/>
        </w:rPr>
        <w:t xml:space="preserve"> </w:t>
      </w:r>
      <w:proofErr w:type="spellStart"/>
      <w:r w:rsidRPr="005D5F9A">
        <w:rPr>
          <w:sz w:val="28"/>
          <w:szCs w:val="28"/>
        </w:rPr>
        <w:t>варіанта</w:t>
      </w:r>
      <w:proofErr w:type="spellEnd"/>
      <w:r w:rsidRPr="005D5F9A">
        <w:rPr>
          <w:sz w:val="28"/>
          <w:szCs w:val="28"/>
          <w:lang w:val="uk-UA"/>
        </w:rPr>
        <w:br/>
      </w:r>
      <w:proofErr w:type="spellStart"/>
      <w:r w:rsidRPr="005D5F9A">
        <w:rPr>
          <w:sz w:val="28"/>
          <w:szCs w:val="28"/>
        </w:rPr>
        <w:t>Отже</w:t>
      </w:r>
      <w:proofErr w:type="spellEnd"/>
      <w:r w:rsidRPr="005D5F9A">
        <w:rPr>
          <w:sz w:val="28"/>
          <w:szCs w:val="28"/>
        </w:rPr>
        <w:t>:</w:t>
      </w:r>
      <w:r w:rsidRPr="005D5F9A">
        <w:rPr>
          <w:sz w:val="28"/>
          <w:szCs w:val="28"/>
        </w:rPr>
        <w:br/>
      </w:r>
      <w:r w:rsidRPr="005D5F9A">
        <w:rPr>
          <w:rStyle w:val="af6"/>
          <w:sz w:val="28"/>
          <w:szCs w:val="28"/>
        </w:rPr>
        <w:t xml:space="preserve">1 230 000 – 1 140 000 = 90 000 </w:t>
      </w:r>
      <w:proofErr w:type="spellStart"/>
      <w:r w:rsidRPr="005D5F9A">
        <w:rPr>
          <w:rStyle w:val="af6"/>
          <w:sz w:val="28"/>
          <w:szCs w:val="28"/>
        </w:rPr>
        <w:t>грн</w:t>
      </w:r>
      <w:proofErr w:type="spellEnd"/>
      <w:r w:rsidRPr="005D5F9A">
        <w:rPr>
          <w:rStyle w:val="af6"/>
          <w:sz w:val="28"/>
          <w:szCs w:val="28"/>
          <w:lang w:val="uk-UA"/>
        </w:rPr>
        <w:br/>
      </w:r>
      <w:proofErr w:type="spellStart"/>
      <w:r w:rsidRPr="005D5F9A">
        <w:rPr>
          <w:rStyle w:val="af6"/>
          <w:sz w:val="28"/>
          <w:szCs w:val="28"/>
        </w:rPr>
        <w:t>Альтернативні</w:t>
      </w:r>
      <w:proofErr w:type="spellEnd"/>
      <w:r w:rsidRPr="005D5F9A">
        <w:rPr>
          <w:rStyle w:val="af6"/>
          <w:sz w:val="28"/>
          <w:szCs w:val="28"/>
        </w:rPr>
        <w:t xml:space="preserve"> </w:t>
      </w:r>
      <w:proofErr w:type="spellStart"/>
      <w:r w:rsidRPr="005D5F9A">
        <w:rPr>
          <w:rStyle w:val="af6"/>
          <w:sz w:val="28"/>
          <w:szCs w:val="28"/>
        </w:rPr>
        <w:t>витрати</w:t>
      </w:r>
      <w:proofErr w:type="spellEnd"/>
      <w:r w:rsidRPr="005D5F9A">
        <w:rPr>
          <w:rStyle w:val="af6"/>
          <w:sz w:val="28"/>
          <w:szCs w:val="28"/>
        </w:rPr>
        <w:t xml:space="preserve"> </w:t>
      </w:r>
      <w:proofErr w:type="spellStart"/>
      <w:r w:rsidRPr="005D5F9A">
        <w:rPr>
          <w:rStyle w:val="af6"/>
          <w:sz w:val="28"/>
          <w:szCs w:val="28"/>
        </w:rPr>
        <w:t>вибору</w:t>
      </w:r>
      <w:proofErr w:type="spellEnd"/>
      <w:r w:rsidRPr="005D5F9A">
        <w:rPr>
          <w:rStyle w:val="af6"/>
          <w:sz w:val="28"/>
          <w:szCs w:val="28"/>
        </w:rPr>
        <w:t xml:space="preserve"> </w:t>
      </w:r>
      <w:proofErr w:type="spellStart"/>
      <w:r w:rsidRPr="005D5F9A">
        <w:rPr>
          <w:rStyle w:val="af6"/>
          <w:sz w:val="28"/>
          <w:szCs w:val="28"/>
        </w:rPr>
        <w:t>менш</w:t>
      </w:r>
      <w:proofErr w:type="spellEnd"/>
      <w:r w:rsidRPr="005D5F9A">
        <w:rPr>
          <w:rStyle w:val="af6"/>
          <w:sz w:val="28"/>
          <w:szCs w:val="28"/>
        </w:rPr>
        <w:t xml:space="preserve"> </w:t>
      </w:r>
      <w:proofErr w:type="spellStart"/>
      <w:r w:rsidRPr="005D5F9A">
        <w:rPr>
          <w:rStyle w:val="af6"/>
          <w:sz w:val="28"/>
          <w:szCs w:val="28"/>
        </w:rPr>
        <w:t>вигідної</w:t>
      </w:r>
      <w:proofErr w:type="spellEnd"/>
      <w:r w:rsidRPr="005D5F9A">
        <w:rPr>
          <w:rStyle w:val="af6"/>
          <w:sz w:val="28"/>
          <w:szCs w:val="28"/>
        </w:rPr>
        <w:t xml:space="preserve"> </w:t>
      </w:r>
      <w:proofErr w:type="spellStart"/>
      <w:r w:rsidRPr="005D5F9A">
        <w:rPr>
          <w:rStyle w:val="af6"/>
          <w:sz w:val="28"/>
          <w:szCs w:val="28"/>
        </w:rPr>
        <w:t>культури</w:t>
      </w:r>
      <w:proofErr w:type="spellEnd"/>
      <w:r w:rsidRPr="005D5F9A">
        <w:rPr>
          <w:rStyle w:val="af6"/>
          <w:sz w:val="28"/>
          <w:szCs w:val="28"/>
        </w:rPr>
        <w:t xml:space="preserve"> (</w:t>
      </w:r>
      <w:proofErr w:type="spellStart"/>
      <w:r w:rsidRPr="005D5F9A">
        <w:rPr>
          <w:rStyle w:val="af6"/>
          <w:sz w:val="28"/>
          <w:szCs w:val="28"/>
        </w:rPr>
        <w:t>сої</w:t>
      </w:r>
      <w:proofErr w:type="spellEnd"/>
      <w:r w:rsidRPr="005D5F9A">
        <w:rPr>
          <w:rStyle w:val="af6"/>
          <w:sz w:val="28"/>
          <w:szCs w:val="28"/>
        </w:rPr>
        <w:t>):</w:t>
      </w:r>
      <w:r w:rsidRPr="005D5F9A">
        <w:rPr>
          <w:sz w:val="28"/>
          <w:szCs w:val="28"/>
        </w:rPr>
        <w:t xml:space="preserve"> </w:t>
      </w:r>
      <w:r w:rsidRPr="005D5F9A">
        <w:rPr>
          <w:rStyle w:val="af6"/>
          <w:sz w:val="28"/>
          <w:szCs w:val="28"/>
        </w:rPr>
        <w:t>90 000 грн</w:t>
      </w:r>
      <w:r w:rsidRPr="005D5F9A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br/>
      </w:r>
      <w:r w:rsidRPr="005D5F9A">
        <w:rPr>
          <w:b/>
          <w:sz w:val="28"/>
          <w:szCs w:val="28"/>
          <w:lang w:val="uk-UA"/>
        </w:rPr>
        <w:t>Висновок:</w:t>
      </w:r>
      <w:r>
        <w:rPr>
          <w:sz w:val="28"/>
          <w:szCs w:val="28"/>
          <w:lang w:val="uk-UA"/>
        </w:rPr>
        <w:t xml:space="preserve"> </w:t>
      </w:r>
      <w:r w:rsidRPr="005D5F9A">
        <w:rPr>
          <w:sz w:val="28"/>
          <w:szCs w:val="28"/>
          <w:lang w:val="uk-UA"/>
        </w:rPr>
        <w:t xml:space="preserve">Економічно більш вигідним є вирощування соняшнику, оскільки він </w:t>
      </w:r>
      <w:r w:rsidRPr="005D5F9A">
        <w:rPr>
          <w:sz w:val="28"/>
          <w:szCs w:val="28"/>
          <w:lang w:val="uk-UA"/>
        </w:rPr>
        <w:lastRenderedPageBreak/>
        <w:t xml:space="preserve">забезпечує більший прибуток і вищий рівень рентабельності. Якщо підприємство обере сою, то втратить 90 000 </w:t>
      </w:r>
      <w:proofErr w:type="spellStart"/>
      <w:r w:rsidRPr="005D5F9A">
        <w:rPr>
          <w:sz w:val="28"/>
          <w:szCs w:val="28"/>
          <w:lang w:val="uk-UA"/>
        </w:rPr>
        <w:t>грн</w:t>
      </w:r>
      <w:proofErr w:type="spellEnd"/>
      <w:r w:rsidRPr="005D5F9A">
        <w:rPr>
          <w:sz w:val="28"/>
          <w:szCs w:val="28"/>
          <w:lang w:val="uk-UA"/>
        </w:rPr>
        <w:t xml:space="preserve"> можливого прибутку. Ця сума і є альтернативними витратами вибору менш вигідної культури.</w:t>
      </w:r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b/>
          <w:sz w:val="28"/>
          <w:szCs w:val="28"/>
          <w:lang w:val="ru-RU"/>
        </w:rPr>
        <w:t>Завдання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4.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Управлінська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ситуація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(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змі</w:t>
      </w:r>
      <w:proofErr w:type="gramStart"/>
      <w:r w:rsidRPr="009F1DD0">
        <w:rPr>
          <w:rFonts w:cs="Times New Roman"/>
          <w:b/>
          <w:sz w:val="28"/>
          <w:szCs w:val="28"/>
          <w:lang w:val="ru-RU"/>
        </w:rPr>
        <w:t>на</w:t>
      </w:r>
      <w:proofErr w:type="spellEnd"/>
      <w:proofErr w:type="gramEnd"/>
      <w:r w:rsidRPr="009F1DD0">
        <w:rPr>
          <w:rFonts w:cs="Times New Roman"/>
          <w:b/>
          <w:sz w:val="28"/>
          <w:szCs w:val="28"/>
          <w:lang w:val="ru-RU"/>
        </w:rPr>
        <w:t xml:space="preserve"> умов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виробництва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>)</w:t>
      </w:r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proofErr w:type="gramStart"/>
      <w:r w:rsidRPr="009F1DD0">
        <w:rPr>
          <w:rFonts w:cs="Times New Roman"/>
          <w:sz w:val="28"/>
          <w:szCs w:val="28"/>
          <w:lang w:val="ru-RU"/>
        </w:rPr>
        <w:t>П</w:t>
      </w:r>
      <w:proofErr w:type="gramEnd"/>
      <w:r w:rsidRPr="009F1DD0">
        <w:rPr>
          <w:rFonts w:cs="Times New Roman"/>
          <w:sz w:val="28"/>
          <w:szCs w:val="28"/>
          <w:lang w:val="ru-RU"/>
        </w:rPr>
        <w:t>ідприємство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планує</w:t>
      </w:r>
      <w:proofErr w:type="spellEnd"/>
      <w:r w:rsidRPr="009F1DD0">
        <w:rPr>
          <w:rFonts w:cs="Times New Roman"/>
          <w:sz w:val="28"/>
          <w:szCs w:val="28"/>
          <w:lang w:val="ru-RU"/>
        </w:rPr>
        <w:t>:</w:t>
      </w:r>
    </w:p>
    <w:p w:rsidR="004F5B30" w:rsidRPr="009F1DD0" w:rsidRDefault="009D3419" w:rsidP="00027ADC">
      <w:pPr>
        <w:pStyle w:val="ae"/>
        <w:numPr>
          <w:ilvl w:val="0"/>
          <w:numId w:val="15"/>
        </w:num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перейти на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інтенсивну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технологію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вирощування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кукурудзи</w:t>
      </w:r>
      <w:proofErr w:type="spellEnd"/>
      <w:r w:rsidRPr="009F1DD0">
        <w:rPr>
          <w:rFonts w:cs="Times New Roman"/>
          <w:sz w:val="28"/>
          <w:szCs w:val="28"/>
          <w:lang w:val="ru-RU"/>
        </w:rPr>
        <w:t>;</w:t>
      </w:r>
    </w:p>
    <w:p w:rsidR="004F5B30" w:rsidRPr="009F1DD0" w:rsidRDefault="009D3419" w:rsidP="00027ADC">
      <w:pPr>
        <w:pStyle w:val="ae"/>
        <w:numPr>
          <w:ilvl w:val="0"/>
          <w:numId w:val="15"/>
        </w:numPr>
        <w:rPr>
          <w:rFonts w:cs="Times New Roman"/>
          <w:sz w:val="28"/>
          <w:szCs w:val="28"/>
          <w:lang w:val="ru-RU"/>
        </w:rPr>
      </w:pPr>
      <w:proofErr w:type="spellStart"/>
      <w:proofErr w:type="gramStart"/>
      <w:r w:rsidRPr="009F1DD0">
        <w:rPr>
          <w:rFonts w:cs="Times New Roman"/>
          <w:sz w:val="28"/>
          <w:szCs w:val="28"/>
          <w:lang w:val="ru-RU"/>
        </w:rPr>
        <w:t>п</w:t>
      </w:r>
      <w:proofErr w:type="gramEnd"/>
      <w:r w:rsidRPr="009F1DD0">
        <w:rPr>
          <w:rFonts w:cs="Times New Roman"/>
          <w:sz w:val="28"/>
          <w:szCs w:val="28"/>
          <w:lang w:val="ru-RU"/>
        </w:rPr>
        <w:t>ідвищити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урожайність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на </w:t>
      </w:r>
      <w:r w:rsidRPr="009F1DD0">
        <w:rPr>
          <w:rFonts w:cs="Times New Roman"/>
          <w:b/>
          <w:sz w:val="28"/>
          <w:szCs w:val="28"/>
          <w:lang w:val="ru-RU"/>
        </w:rPr>
        <w:t>20%</w:t>
      </w:r>
      <w:r w:rsidRPr="009F1DD0">
        <w:rPr>
          <w:rFonts w:cs="Times New Roman"/>
          <w:sz w:val="28"/>
          <w:szCs w:val="28"/>
          <w:lang w:val="ru-RU"/>
        </w:rPr>
        <w:t>;</w:t>
      </w:r>
    </w:p>
    <w:p w:rsidR="004F5B30" w:rsidRPr="009F1DD0" w:rsidRDefault="009D3419" w:rsidP="00027ADC">
      <w:pPr>
        <w:pStyle w:val="ae"/>
        <w:numPr>
          <w:ilvl w:val="0"/>
          <w:numId w:val="15"/>
        </w:num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sz w:val="28"/>
          <w:szCs w:val="28"/>
          <w:lang w:val="ru-RU"/>
        </w:rPr>
        <w:t>збільшити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витрати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на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добрива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на </w:t>
      </w:r>
      <w:r w:rsidRPr="009F1DD0">
        <w:rPr>
          <w:rFonts w:cs="Times New Roman"/>
          <w:b/>
          <w:sz w:val="28"/>
          <w:szCs w:val="28"/>
          <w:lang w:val="ru-RU"/>
        </w:rPr>
        <w:t>35%</w:t>
      </w:r>
      <w:r w:rsidRPr="009F1DD0">
        <w:rPr>
          <w:rFonts w:cs="Times New Roman"/>
          <w:sz w:val="28"/>
          <w:szCs w:val="28"/>
          <w:lang w:val="ru-RU"/>
        </w:rPr>
        <w:t>;</w:t>
      </w:r>
    </w:p>
    <w:p w:rsidR="004F5B30" w:rsidRPr="009F1DD0" w:rsidRDefault="009D3419" w:rsidP="00027ADC">
      <w:pPr>
        <w:pStyle w:val="ae"/>
        <w:numPr>
          <w:ilvl w:val="0"/>
          <w:numId w:val="15"/>
        </w:num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sz w:val="28"/>
          <w:szCs w:val="28"/>
          <w:lang w:val="ru-RU"/>
        </w:rPr>
        <w:t>збільшити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sz w:val="28"/>
          <w:szCs w:val="28"/>
          <w:lang w:val="ru-RU"/>
        </w:rPr>
        <w:t>витрати</w:t>
      </w:r>
      <w:proofErr w:type="spellEnd"/>
      <w:r w:rsidRPr="009F1DD0">
        <w:rPr>
          <w:rFonts w:cs="Times New Roman"/>
          <w:sz w:val="28"/>
          <w:szCs w:val="28"/>
          <w:lang w:val="ru-RU"/>
        </w:rPr>
        <w:t xml:space="preserve"> на ЗЗР на </w:t>
      </w:r>
      <w:r w:rsidRPr="009F1DD0">
        <w:rPr>
          <w:rFonts w:cs="Times New Roman"/>
          <w:b/>
          <w:sz w:val="28"/>
          <w:szCs w:val="28"/>
          <w:lang w:val="ru-RU"/>
        </w:rPr>
        <w:t>25%</w:t>
      </w:r>
      <w:r w:rsidRPr="009F1DD0">
        <w:rPr>
          <w:rFonts w:cs="Times New Roman"/>
          <w:sz w:val="28"/>
          <w:szCs w:val="28"/>
          <w:lang w:val="ru-RU"/>
        </w:rPr>
        <w:t>.</w:t>
      </w:r>
    </w:p>
    <w:p w:rsidR="004F5B30" w:rsidRPr="009F1DD0" w:rsidRDefault="009D3419">
      <w:pPr>
        <w:rPr>
          <w:rFonts w:cs="Times New Roman"/>
          <w:sz w:val="28"/>
          <w:szCs w:val="28"/>
          <w:lang w:val="ru-RU"/>
        </w:rPr>
      </w:pPr>
      <w:proofErr w:type="spellStart"/>
      <w:r w:rsidRPr="009F1DD0">
        <w:rPr>
          <w:rFonts w:cs="Times New Roman"/>
          <w:b/>
          <w:sz w:val="28"/>
          <w:szCs w:val="28"/>
          <w:lang w:val="ru-RU"/>
        </w:rPr>
        <w:t>Потрібно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>:</w:t>
      </w:r>
    </w:p>
    <w:p w:rsidR="004F5B30" w:rsidRPr="009F1DD0" w:rsidRDefault="00027ADC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1.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Перерахувати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витрати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на 1 га.</w:t>
      </w:r>
    </w:p>
    <w:p w:rsidR="004F5B30" w:rsidRPr="009F1DD0" w:rsidRDefault="00027ADC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2.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Визначити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нову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собівартість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1 т.</w:t>
      </w:r>
    </w:p>
    <w:p w:rsidR="004F5B30" w:rsidRPr="009F1DD0" w:rsidRDefault="00027ADC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3.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Розрахувати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новий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прибуток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і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рентабельність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.</w:t>
      </w:r>
    </w:p>
    <w:p w:rsidR="004F5B30" w:rsidRPr="009F1DD0" w:rsidRDefault="00027ADC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4.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Порівняти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показники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«до» і «</w:t>
      </w:r>
      <w:proofErr w:type="spellStart"/>
      <w:proofErr w:type="gramStart"/>
      <w:r w:rsidR="009D3419" w:rsidRPr="009F1DD0">
        <w:rPr>
          <w:rFonts w:cs="Times New Roman"/>
          <w:sz w:val="28"/>
          <w:szCs w:val="28"/>
          <w:lang w:val="ru-RU"/>
        </w:rPr>
        <w:t>п</w:t>
      </w:r>
      <w:proofErr w:type="gramEnd"/>
      <w:r w:rsidR="009D3419" w:rsidRPr="009F1DD0">
        <w:rPr>
          <w:rFonts w:cs="Times New Roman"/>
          <w:sz w:val="28"/>
          <w:szCs w:val="28"/>
          <w:lang w:val="ru-RU"/>
        </w:rPr>
        <w:t>ісля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».</w:t>
      </w:r>
    </w:p>
    <w:p w:rsidR="004F5B30" w:rsidRPr="009F1DD0" w:rsidRDefault="00027ADC">
      <w:pPr>
        <w:rPr>
          <w:rFonts w:cs="Times New Roman"/>
          <w:sz w:val="28"/>
          <w:szCs w:val="28"/>
          <w:lang w:val="ru-RU"/>
        </w:rPr>
      </w:pPr>
      <w:r w:rsidRPr="009F1DD0">
        <w:rPr>
          <w:rFonts w:cs="Times New Roman"/>
          <w:sz w:val="28"/>
          <w:szCs w:val="28"/>
          <w:lang w:val="ru-RU"/>
        </w:rPr>
        <w:t xml:space="preserve">5.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Зробити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висновок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щодо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9D3419" w:rsidRPr="009F1DD0">
        <w:rPr>
          <w:rFonts w:cs="Times New Roman"/>
          <w:sz w:val="28"/>
          <w:szCs w:val="28"/>
          <w:lang w:val="ru-RU"/>
        </w:rPr>
        <w:t>доц</w:t>
      </w:r>
      <w:proofErr w:type="gramEnd"/>
      <w:r w:rsidR="009D3419" w:rsidRPr="009F1DD0">
        <w:rPr>
          <w:rFonts w:cs="Times New Roman"/>
          <w:sz w:val="28"/>
          <w:szCs w:val="28"/>
          <w:lang w:val="ru-RU"/>
        </w:rPr>
        <w:t>ільності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впровадження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9D3419" w:rsidRPr="009F1DD0">
        <w:rPr>
          <w:rFonts w:cs="Times New Roman"/>
          <w:sz w:val="28"/>
          <w:szCs w:val="28"/>
          <w:lang w:val="ru-RU"/>
        </w:rPr>
        <w:t>технології</w:t>
      </w:r>
      <w:proofErr w:type="spellEnd"/>
      <w:r w:rsidR="009D3419" w:rsidRPr="009F1DD0">
        <w:rPr>
          <w:rFonts w:cs="Times New Roman"/>
          <w:sz w:val="28"/>
          <w:szCs w:val="28"/>
          <w:lang w:val="ru-RU"/>
        </w:rPr>
        <w:t>.</w:t>
      </w:r>
    </w:p>
    <w:p w:rsidR="0089012C" w:rsidRPr="00C448CC" w:rsidRDefault="009D3419" w:rsidP="00C448CC">
      <w:pPr>
        <w:rPr>
          <w:rFonts w:cs="Times New Roman"/>
          <w:b/>
          <w:sz w:val="28"/>
          <w:szCs w:val="28"/>
          <w:lang w:val="ru-RU"/>
        </w:rPr>
      </w:pPr>
      <w:proofErr w:type="spellStart"/>
      <w:r w:rsidRPr="009F1DD0">
        <w:rPr>
          <w:rFonts w:cs="Times New Roman"/>
          <w:b/>
          <w:sz w:val="28"/>
          <w:szCs w:val="28"/>
          <w:lang w:val="ru-RU"/>
        </w:rPr>
        <w:t>Виконані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розрахунки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занесіть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в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узагальнюючу</w:t>
      </w:r>
      <w:proofErr w:type="spellEnd"/>
      <w:r w:rsidRPr="009F1DD0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Pr="009F1DD0">
        <w:rPr>
          <w:rFonts w:cs="Times New Roman"/>
          <w:b/>
          <w:sz w:val="28"/>
          <w:szCs w:val="28"/>
          <w:lang w:val="ru-RU"/>
        </w:rPr>
        <w:t>таблицю</w:t>
      </w:r>
      <w:proofErr w:type="spellEnd"/>
      <w:r w:rsidR="00C448CC">
        <w:rPr>
          <w:rFonts w:cs="Times New Roman"/>
          <w:b/>
          <w:sz w:val="28"/>
          <w:szCs w:val="28"/>
          <w:lang w:val="ru-RU"/>
        </w:rPr>
        <w:br/>
      </w:r>
      <w:r w:rsidR="005D5F9A">
        <w:rPr>
          <w:rFonts w:cs="Times New Roman"/>
          <w:sz w:val="28"/>
          <w:szCs w:val="28"/>
          <w:lang w:val="ru-RU"/>
        </w:rPr>
        <w:br/>
      </w:r>
      <w:proofErr w:type="spellStart"/>
      <w:r w:rsidR="005D5F9A" w:rsidRPr="00C448CC">
        <w:rPr>
          <w:rFonts w:cs="Times New Roman"/>
          <w:b/>
          <w:sz w:val="28"/>
          <w:szCs w:val="28"/>
          <w:lang w:val="ru-RU"/>
        </w:rPr>
        <w:t>Управлінська</w:t>
      </w:r>
      <w:proofErr w:type="spellEnd"/>
      <w:r w:rsidR="005D5F9A" w:rsidRPr="00C448CC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="005D5F9A" w:rsidRPr="00C448CC">
        <w:rPr>
          <w:rFonts w:cs="Times New Roman"/>
          <w:b/>
          <w:sz w:val="28"/>
          <w:szCs w:val="28"/>
          <w:lang w:val="ru-RU"/>
        </w:rPr>
        <w:t>ситуація</w:t>
      </w:r>
      <w:proofErr w:type="spellEnd"/>
      <w:r w:rsidR="005D5F9A" w:rsidRPr="00C448CC">
        <w:rPr>
          <w:rFonts w:cs="Times New Roman"/>
          <w:b/>
          <w:sz w:val="28"/>
          <w:szCs w:val="28"/>
          <w:lang w:val="uk-UA"/>
        </w:rPr>
        <w:t xml:space="preserve"> </w:t>
      </w:r>
      <w:r w:rsidR="005D5F9A" w:rsidRPr="00C448CC">
        <w:rPr>
          <w:rFonts w:cs="Times New Roman"/>
          <w:b/>
          <w:sz w:val="28"/>
          <w:szCs w:val="28"/>
          <w:lang w:val="ru-RU"/>
        </w:rPr>
        <w:t>(</w:t>
      </w:r>
      <w:proofErr w:type="spellStart"/>
      <w:r w:rsidR="005D5F9A" w:rsidRPr="00C448CC">
        <w:rPr>
          <w:rFonts w:cs="Times New Roman"/>
          <w:b/>
          <w:sz w:val="28"/>
          <w:szCs w:val="28"/>
          <w:lang w:val="ru-RU"/>
        </w:rPr>
        <w:t>змі</w:t>
      </w:r>
      <w:proofErr w:type="gramStart"/>
      <w:r w:rsidR="005D5F9A" w:rsidRPr="00C448CC">
        <w:rPr>
          <w:rFonts w:cs="Times New Roman"/>
          <w:b/>
          <w:sz w:val="28"/>
          <w:szCs w:val="28"/>
          <w:lang w:val="ru-RU"/>
        </w:rPr>
        <w:t>на</w:t>
      </w:r>
      <w:proofErr w:type="spellEnd"/>
      <w:proofErr w:type="gramEnd"/>
      <w:r w:rsidR="005D5F9A" w:rsidRPr="00C448CC">
        <w:rPr>
          <w:rFonts w:cs="Times New Roman"/>
          <w:b/>
          <w:sz w:val="28"/>
          <w:szCs w:val="28"/>
          <w:lang w:val="ru-RU"/>
        </w:rPr>
        <w:t xml:space="preserve"> умов </w:t>
      </w:r>
      <w:proofErr w:type="spellStart"/>
      <w:r w:rsidR="005D5F9A" w:rsidRPr="00C448CC">
        <w:rPr>
          <w:rFonts w:cs="Times New Roman"/>
          <w:b/>
          <w:sz w:val="28"/>
          <w:szCs w:val="28"/>
          <w:lang w:val="ru-RU"/>
        </w:rPr>
        <w:t>виробництва</w:t>
      </w:r>
      <w:proofErr w:type="spellEnd"/>
      <w:r w:rsidR="005D5F9A" w:rsidRPr="00C448CC">
        <w:rPr>
          <w:rFonts w:cs="Times New Roman"/>
          <w:b/>
          <w:sz w:val="28"/>
          <w:szCs w:val="28"/>
          <w:lang w:val="ru-RU"/>
        </w:rPr>
        <w:t>)</w:t>
      </w:r>
      <w:r w:rsidR="005D5F9A" w:rsidRPr="00C448CC">
        <w:rPr>
          <w:rFonts w:cs="Times New Roman"/>
          <w:b/>
          <w:sz w:val="28"/>
          <w:szCs w:val="28"/>
          <w:lang w:val="ru-RU"/>
        </w:rPr>
        <w:br/>
      </w:r>
      <w:r w:rsidR="0089012C" w:rsidRPr="00C448CC">
        <w:rPr>
          <w:rFonts w:cs="Times New Roman"/>
          <w:b/>
          <w:sz w:val="28"/>
          <w:szCs w:val="28"/>
          <w:lang w:val="ru-RU"/>
        </w:rPr>
        <w:t xml:space="preserve">1. </w:t>
      </w:r>
      <w:proofErr w:type="spellStart"/>
      <w:r w:rsidR="0089012C" w:rsidRPr="00C448CC">
        <w:rPr>
          <w:rFonts w:cs="Times New Roman"/>
          <w:b/>
          <w:sz w:val="28"/>
          <w:szCs w:val="28"/>
          <w:lang w:val="ru-RU"/>
        </w:rPr>
        <w:t>Перерахунок</w:t>
      </w:r>
      <w:proofErr w:type="spellEnd"/>
      <w:r w:rsidR="0089012C" w:rsidRPr="00C448CC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="0089012C" w:rsidRPr="00C448CC">
        <w:rPr>
          <w:rFonts w:cs="Times New Roman"/>
          <w:b/>
          <w:sz w:val="28"/>
          <w:szCs w:val="28"/>
          <w:lang w:val="ru-RU"/>
        </w:rPr>
        <w:t>витрат</w:t>
      </w:r>
      <w:proofErr w:type="spellEnd"/>
      <w:r w:rsidR="0089012C" w:rsidRPr="00C448CC">
        <w:rPr>
          <w:rFonts w:cs="Times New Roman"/>
          <w:b/>
          <w:sz w:val="28"/>
          <w:szCs w:val="28"/>
          <w:lang w:val="ru-RU"/>
        </w:rPr>
        <w:t xml:space="preserve"> на 1 га для </w:t>
      </w:r>
      <w:proofErr w:type="spellStart"/>
      <w:r w:rsidR="0089012C" w:rsidRPr="00C448CC">
        <w:rPr>
          <w:rFonts w:cs="Times New Roman"/>
          <w:b/>
          <w:sz w:val="28"/>
          <w:szCs w:val="28"/>
          <w:lang w:val="ru-RU"/>
        </w:rPr>
        <w:t>кукурудзи</w:t>
      </w:r>
      <w:proofErr w:type="spellEnd"/>
      <w:r w:rsidR="0089012C">
        <w:rPr>
          <w:rFonts w:cs="Times New Roman"/>
          <w:lang w:val="ru-RU"/>
        </w:rPr>
        <w:br/>
      </w:r>
      <w:proofErr w:type="spellStart"/>
      <w:r w:rsidR="0089012C" w:rsidRPr="0089012C">
        <w:rPr>
          <w:rFonts w:cs="Times New Roman"/>
          <w:sz w:val="28"/>
          <w:szCs w:val="28"/>
          <w:lang w:val="ru-RU"/>
        </w:rPr>
        <w:t>Початкові</w:t>
      </w:r>
      <w:proofErr w:type="spellEnd"/>
      <w:r w:rsidR="0089012C" w:rsidRPr="0089012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89012C" w:rsidRPr="0089012C">
        <w:rPr>
          <w:rFonts w:cs="Times New Roman"/>
          <w:sz w:val="28"/>
          <w:szCs w:val="28"/>
          <w:lang w:val="ru-RU"/>
        </w:rPr>
        <w:t>витрати</w:t>
      </w:r>
      <w:proofErr w:type="spellEnd"/>
      <w:r w:rsidR="0089012C" w:rsidRPr="0089012C">
        <w:rPr>
          <w:rFonts w:cs="Times New Roman"/>
          <w:sz w:val="28"/>
          <w:szCs w:val="28"/>
          <w:lang w:val="ru-RU"/>
        </w:rPr>
        <w:t xml:space="preserve"> на 1 га </w:t>
      </w:r>
      <w:proofErr w:type="spellStart"/>
      <w:r w:rsidR="0089012C" w:rsidRPr="0089012C">
        <w:rPr>
          <w:rFonts w:cs="Times New Roman"/>
          <w:sz w:val="28"/>
          <w:szCs w:val="28"/>
          <w:lang w:val="ru-RU"/>
        </w:rPr>
        <w:t>кукурудзи</w:t>
      </w:r>
      <w:proofErr w:type="spellEnd"/>
      <w:r w:rsidR="0089012C" w:rsidRPr="0089012C">
        <w:rPr>
          <w:rFonts w:cs="Times New Roman"/>
          <w:sz w:val="28"/>
          <w:szCs w:val="28"/>
          <w:lang w:val="ru-RU"/>
        </w:rPr>
        <w:t>:</w:t>
      </w:r>
    </w:p>
    <w:p w:rsidR="0089012C" w:rsidRPr="0089012C" w:rsidRDefault="0089012C" w:rsidP="0089012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насіння</w:t>
      </w:r>
      <w:proofErr w:type="spellEnd"/>
      <w:r w:rsidRPr="0089012C">
        <w:rPr>
          <w:rFonts w:cs="Times New Roman"/>
          <w:sz w:val="28"/>
          <w:szCs w:val="28"/>
        </w:rPr>
        <w:t xml:space="preserve"> — 3200 </w:t>
      </w:r>
      <w:proofErr w:type="spellStart"/>
      <w:r w:rsidRPr="0089012C">
        <w:rPr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добрива</w:t>
      </w:r>
      <w:proofErr w:type="spellEnd"/>
      <w:r w:rsidRPr="0089012C">
        <w:rPr>
          <w:rFonts w:cs="Times New Roman"/>
          <w:sz w:val="28"/>
          <w:szCs w:val="28"/>
        </w:rPr>
        <w:t xml:space="preserve"> — 4500 </w:t>
      </w:r>
      <w:proofErr w:type="spellStart"/>
      <w:r w:rsidRPr="0089012C">
        <w:rPr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r w:rsidRPr="0089012C">
        <w:rPr>
          <w:rFonts w:cs="Times New Roman"/>
          <w:sz w:val="28"/>
          <w:szCs w:val="28"/>
        </w:rPr>
        <w:t xml:space="preserve">ЗЗР — 2200 </w:t>
      </w:r>
      <w:proofErr w:type="spellStart"/>
      <w:r w:rsidRPr="0089012C">
        <w:rPr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паливо</w:t>
      </w:r>
      <w:proofErr w:type="spellEnd"/>
      <w:r w:rsidRPr="0089012C">
        <w:rPr>
          <w:rFonts w:cs="Times New Roman"/>
          <w:sz w:val="28"/>
          <w:szCs w:val="28"/>
        </w:rPr>
        <w:t xml:space="preserve"> — 2800 </w:t>
      </w:r>
      <w:proofErr w:type="spellStart"/>
      <w:r w:rsidRPr="0089012C">
        <w:rPr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оплата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праці</w:t>
      </w:r>
      <w:proofErr w:type="spellEnd"/>
      <w:r w:rsidRPr="0089012C">
        <w:rPr>
          <w:rFonts w:cs="Times New Roman"/>
          <w:sz w:val="28"/>
          <w:szCs w:val="28"/>
        </w:rPr>
        <w:t xml:space="preserve"> — 3400 </w:t>
      </w:r>
      <w:proofErr w:type="spellStart"/>
      <w:r w:rsidRPr="0089012C">
        <w:rPr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амортизація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техніки</w:t>
      </w:r>
      <w:proofErr w:type="spellEnd"/>
      <w:r w:rsidRPr="0089012C">
        <w:rPr>
          <w:rFonts w:cs="Times New Roman"/>
          <w:sz w:val="28"/>
          <w:szCs w:val="28"/>
        </w:rPr>
        <w:t xml:space="preserve"> — 1800 </w:t>
      </w:r>
      <w:proofErr w:type="spellStart"/>
      <w:r w:rsidRPr="0089012C">
        <w:rPr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інші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витрати</w:t>
      </w:r>
      <w:proofErr w:type="spellEnd"/>
      <w:r w:rsidRPr="0089012C">
        <w:rPr>
          <w:rFonts w:cs="Times New Roman"/>
          <w:sz w:val="28"/>
          <w:szCs w:val="28"/>
        </w:rPr>
        <w:t xml:space="preserve"> — 1900 </w:t>
      </w:r>
      <w:proofErr w:type="spellStart"/>
      <w:r w:rsidRPr="0089012C">
        <w:rPr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proofErr w:type="gramStart"/>
      <w:r w:rsidRPr="0089012C">
        <w:rPr>
          <w:sz w:val="28"/>
          <w:szCs w:val="28"/>
        </w:rPr>
        <w:t>П</w:t>
      </w:r>
      <w:proofErr w:type="gramEnd"/>
      <w:r w:rsidRPr="0089012C">
        <w:rPr>
          <w:sz w:val="28"/>
          <w:szCs w:val="28"/>
        </w:rPr>
        <w:t>ід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впливом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нової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технології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змінюються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тільки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добрива</w:t>
      </w:r>
      <w:proofErr w:type="spellEnd"/>
      <w:r w:rsidRPr="0089012C">
        <w:rPr>
          <w:sz w:val="28"/>
          <w:szCs w:val="28"/>
        </w:rPr>
        <w:t xml:space="preserve"> і ЗЗР.</w:t>
      </w:r>
    </w:p>
    <w:p w:rsidR="0089012C" w:rsidRPr="0089012C" w:rsidRDefault="0089012C" w:rsidP="0089012C">
      <w:pPr>
        <w:pStyle w:val="31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89012C">
        <w:rPr>
          <w:rFonts w:ascii="Times New Roman" w:hAnsi="Times New Roman" w:cs="Times New Roman"/>
          <w:color w:val="auto"/>
          <w:sz w:val="28"/>
          <w:szCs w:val="28"/>
        </w:rPr>
        <w:lastRenderedPageBreak/>
        <w:t>Нові</w:t>
      </w:r>
      <w:proofErr w:type="spellEnd"/>
      <w:r w:rsidRPr="008901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sz w:val="28"/>
          <w:szCs w:val="28"/>
        </w:rPr>
        <w:t>витрати</w:t>
      </w:r>
      <w:proofErr w:type="spellEnd"/>
      <w:r w:rsidRPr="0089012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89012C" w:rsidRPr="0089012C" w:rsidRDefault="0089012C" w:rsidP="0089012C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Добрива</w:t>
      </w:r>
      <w:proofErr w:type="spellEnd"/>
      <w:r w:rsidRPr="0089012C">
        <w:rPr>
          <w:rFonts w:cs="Times New Roman"/>
          <w:sz w:val="28"/>
          <w:szCs w:val="28"/>
        </w:rPr>
        <w:t>:</w:t>
      </w:r>
      <w:r w:rsidRPr="0089012C">
        <w:rPr>
          <w:rFonts w:cs="Times New Roman"/>
          <w:sz w:val="28"/>
          <w:szCs w:val="28"/>
        </w:rPr>
        <w:br/>
        <w:t xml:space="preserve">4500 × 1,35 = </w:t>
      </w:r>
      <w:r w:rsidRPr="0089012C">
        <w:rPr>
          <w:rStyle w:val="af6"/>
          <w:rFonts w:cs="Times New Roman"/>
          <w:sz w:val="28"/>
          <w:szCs w:val="28"/>
        </w:rPr>
        <w:t xml:space="preserve">6075 </w:t>
      </w:r>
      <w:proofErr w:type="spellStart"/>
      <w:r w:rsidRPr="0089012C">
        <w:rPr>
          <w:rStyle w:val="af6"/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r w:rsidRPr="0089012C">
        <w:rPr>
          <w:rFonts w:cs="Times New Roman"/>
          <w:sz w:val="28"/>
          <w:szCs w:val="28"/>
        </w:rPr>
        <w:t>ЗЗР:</w:t>
      </w:r>
      <w:r w:rsidRPr="0089012C">
        <w:rPr>
          <w:rFonts w:cs="Times New Roman"/>
          <w:sz w:val="28"/>
          <w:szCs w:val="28"/>
        </w:rPr>
        <w:br/>
        <w:t xml:space="preserve">2200 × 1,25 = </w:t>
      </w:r>
      <w:r w:rsidRPr="0089012C">
        <w:rPr>
          <w:rStyle w:val="af6"/>
          <w:rFonts w:cs="Times New Roman"/>
          <w:sz w:val="28"/>
          <w:szCs w:val="28"/>
        </w:rPr>
        <w:t xml:space="preserve">2750 </w:t>
      </w:r>
      <w:proofErr w:type="spellStart"/>
      <w:r w:rsidRPr="0089012C">
        <w:rPr>
          <w:rStyle w:val="af6"/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sz w:val="28"/>
          <w:szCs w:val="28"/>
        </w:rPr>
        <w:t>Тоді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нові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витрати</w:t>
      </w:r>
      <w:proofErr w:type="spellEnd"/>
      <w:r w:rsidRPr="0089012C">
        <w:rPr>
          <w:sz w:val="28"/>
          <w:szCs w:val="28"/>
        </w:rPr>
        <w:t xml:space="preserve"> на 1 га </w:t>
      </w:r>
      <w:proofErr w:type="spellStart"/>
      <w:r w:rsidRPr="0089012C">
        <w:rPr>
          <w:sz w:val="28"/>
          <w:szCs w:val="28"/>
        </w:rPr>
        <w:t>кукурудзи</w:t>
      </w:r>
      <w:proofErr w:type="spellEnd"/>
      <w:r w:rsidRPr="0089012C">
        <w:rPr>
          <w:sz w:val="28"/>
          <w:szCs w:val="28"/>
        </w:rPr>
        <w:t>: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r w:rsidRPr="0089012C">
        <w:rPr>
          <w:sz w:val="28"/>
          <w:szCs w:val="28"/>
        </w:rPr>
        <w:t xml:space="preserve">3200 + 6075 + 2750 + 2800 + 3400 + 1800 + 1900 = </w:t>
      </w:r>
      <w:r w:rsidRPr="0089012C">
        <w:rPr>
          <w:rStyle w:val="af6"/>
          <w:sz w:val="28"/>
          <w:szCs w:val="28"/>
        </w:rPr>
        <w:t xml:space="preserve">21 925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  <w:r w:rsidRPr="0089012C">
        <w:rPr>
          <w:rStyle w:val="af6"/>
          <w:sz w:val="28"/>
          <w:szCs w:val="28"/>
        </w:rPr>
        <w:t>/га</w:t>
      </w:r>
    </w:p>
    <w:p w:rsidR="0089012C" w:rsidRPr="0089012C" w:rsidRDefault="0089012C" w:rsidP="0089012C">
      <w:pPr>
        <w:pStyle w:val="3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89012C">
        <w:rPr>
          <w:rFonts w:ascii="Times New Roman" w:hAnsi="Times New Roman" w:cs="Times New Roman"/>
          <w:color w:val="auto"/>
          <w:sz w:val="28"/>
          <w:szCs w:val="28"/>
          <w:lang w:val="ru-RU"/>
        </w:rPr>
        <w:t>Висновок</w:t>
      </w:r>
      <w:proofErr w:type="spellEnd"/>
      <w:r w:rsidRPr="0089012C">
        <w:rPr>
          <w:rFonts w:ascii="Times New Roman" w:hAnsi="Times New Roman" w:cs="Times New Roman"/>
          <w:color w:val="auto"/>
          <w:sz w:val="28"/>
          <w:szCs w:val="28"/>
          <w:lang w:val="ru-RU"/>
        </w:rPr>
        <w:t>:</w:t>
      </w:r>
    </w:p>
    <w:p w:rsidR="0089012C" w:rsidRPr="0089012C" w:rsidRDefault="0089012C" w:rsidP="0089012C">
      <w:pPr>
        <w:pStyle w:val="aff8"/>
        <w:rPr>
          <w:sz w:val="28"/>
          <w:szCs w:val="28"/>
          <w:lang w:val="uk-UA"/>
        </w:rPr>
      </w:pPr>
      <w:proofErr w:type="spellStart"/>
      <w:r w:rsidRPr="0089012C">
        <w:rPr>
          <w:sz w:val="28"/>
          <w:szCs w:val="28"/>
        </w:rPr>
        <w:t>Було</w:t>
      </w:r>
      <w:proofErr w:type="spellEnd"/>
      <w:r w:rsidRPr="0089012C">
        <w:rPr>
          <w:sz w:val="28"/>
          <w:szCs w:val="28"/>
        </w:rPr>
        <w:t xml:space="preserve"> </w:t>
      </w:r>
      <w:r w:rsidRPr="0089012C">
        <w:rPr>
          <w:rStyle w:val="af6"/>
          <w:sz w:val="28"/>
          <w:szCs w:val="28"/>
        </w:rPr>
        <w:t xml:space="preserve">19 800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  <w:r w:rsidRPr="0089012C">
        <w:rPr>
          <w:rStyle w:val="af6"/>
          <w:sz w:val="28"/>
          <w:szCs w:val="28"/>
        </w:rPr>
        <w:t>/га</w:t>
      </w:r>
      <w:r w:rsidRPr="0089012C">
        <w:rPr>
          <w:sz w:val="28"/>
          <w:szCs w:val="28"/>
        </w:rPr>
        <w:t xml:space="preserve">, стало </w:t>
      </w:r>
      <w:r w:rsidRPr="0089012C">
        <w:rPr>
          <w:rStyle w:val="af6"/>
          <w:sz w:val="28"/>
          <w:szCs w:val="28"/>
        </w:rPr>
        <w:t xml:space="preserve">21 925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  <w:r w:rsidRPr="0089012C">
        <w:rPr>
          <w:rStyle w:val="af6"/>
          <w:sz w:val="28"/>
          <w:szCs w:val="28"/>
        </w:rPr>
        <w:t>/га</w:t>
      </w:r>
      <w:r w:rsidRPr="0089012C">
        <w:rPr>
          <w:sz w:val="28"/>
          <w:szCs w:val="28"/>
        </w:rPr>
        <w:t>.</w:t>
      </w:r>
      <w:r w:rsidRPr="0089012C">
        <w:rPr>
          <w:sz w:val="28"/>
          <w:szCs w:val="28"/>
        </w:rPr>
        <w:br/>
      </w:r>
      <w:proofErr w:type="spellStart"/>
      <w:r w:rsidRPr="0089012C">
        <w:rPr>
          <w:sz w:val="28"/>
          <w:szCs w:val="28"/>
        </w:rPr>
        <w:t>Отже</w:t>
      </w:r>
      <w:proofErr w:type="spellEnd"/>
      <w:r w:rsidRPr="0089012C">
        <w:rPr>
          <w:sz w:val="28"/>
          <w:szCs w:val="28"/>
        </w:rPr>
        <w:t xml:space="preserve">, </w:t>
      </w:r>
      <w:proofErr w:type="spellStart"/>
      <w:r w:rsidRPr="0089012C">
        <w:rPr>
          <w:sz w:val="28"/>
          <w:szCs w:val="28"/>
        </w:rPr>
        <w:t>витрати</w:t>
      </w:r>
      <w:proofErr w:type="spellEnd"/>
      <w:r w:rsidRPr="0089012C">
        <w:rPr>
          <w:sz w:val="28"/>
          <w:szCs w:val="28"/>
        </w:rPr>
        <w:t xml:space="preserve"> на 1 га </w:t>
      </w:r>
      <w:proofErr w:type="spellStart"/>
      <w:r w:rsidRPr="0089012C">
        <w:rPr>
          <w:rStyle w:val="af6"/>
          <w:sz w:val="28"/>
          <w:szCs w:val="28"/>
        </w:rPr>
        <w:t>зросли</w:t>
      </w:r>
      <w:proofErr w:type="spellEnd"/>
      <w:r w:rsidRPr="0089012C">
        <w:rPr>
          <w:rStyle w:val="af6"/>
          <w:sz w:val="28"/>
          <w:szCs w:val="28"/>
        </w:rPr>
        <w:t xml:space="preserve"> на 2125 грн</w:t>
      </w:r>
      <w:r w:rsidRPr="0089012C">
        <w:rPr>
          <w:sz w:val="28"/>
          <w:szCs w:val="28"/>
        </w:rPr>
        <w:t>.</w:t>
      </w:r>
    </w:p>
    <w:p w:rsidR="0089012C" w:rsidRPr="0089012C" w:rsidRDefault="0089012C" w:rsidP="0089012C">
      <w:pPr>
        <w:pStyle w:val="1"/>
        <w:rPr>
          <w:rFonts w:ascii="Times New Roman" w:hAnsi="Times New Roman" w:cs="Times New Roman"/>
          <w:color w:val="auto"/>
          <w:lang w:val="ru-RU"/>
        </w:rPr>
      </w:pPr>
      <w:r w:rsidRPr="0089012C">
        <w:rPr>
          <w:rFonts w:ascii="Times New Roman" w:hAnsi="Times New Roman" w:cs="Times New Roman"/>
          <w:color w:val="auto"/>
          <w:lang w:val="ru-RU"/>
        </w:rPr>
        <w:t xml:space="preserve">2. Нова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урожайність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і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валовий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збі</w:t>
      </w:r>
      <w:proofErr w:type="gramStart"/>
      <w:r w:rsidRPr="0089012C">
        <w:rPr>
          <w:rFonts w:ascii="Times New Roman" w:hAnsi="Times New Roman" w:cs="Times New Roman"/>
          <w:color w:val="auto"/>
          <w:lang w:val="ru-RU"/>
        </w:rPr>
        <w:t>р</w:t>
      </w:r>
      <w:proofErr w:type="spellEnd"/>
      <w:proofErr w:type="gramEnd"/>
    </w:p>
    <w:p w:rsidR="0089012C" w:rsidRPr="0089012C" w:rsidRDefault="0089012C" w:rsidP="0089012C">
      <w:pPr>
        <w:pStyle w:val="aff8"/>
        <w:rPr>
          <w:sz w:val="28"/>
          <w:szCs w:val="28"/>
        </w:rPr>
      </w:pPr>
      <w:r w:rsidRPr="0089012C">
        <w:rPr>
          <w:sz w:val="28"/>
          <w:szCs w:val="28"/>
        </w:rPr>
        <w:t xml:space="preserve">Початкова </w:t>
      </w:r>
      <w:proofErr w:type="spellStart"/>
      <w:r w:rsidRPr="0089012C">
        <w:rPr>
          <w:sz w:val="28"/>
          <w:szCs w:val="28"/>
        </w:rPr>
        <w:t>урожайність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кукурудзи</w:t>
      </w:r>
      <w:proofErr w:type="spellEnd"/>
      <w:r w:rsidRPr="0089012C">
        <w:rPr>
          <w:sz w:val="28"/>
          <w:szCs w:val="28"/>
        </w:rPr>
        <w:t xml:space="preserve"> = </w:t>
      </w:r>
      <w:r w:rsidRPr="0089012C">
        <w:rPr>
          <w:rStyle w:val="af6"/>
          <w:sz w:val="28"/>
          <w:szCs w:val="28"/>
        </w:rPr>
        <w:t>65 ц/га</w:t>
      </w:r>
      <w:r w:rsidRPr="0089012C">
        <w:rPr>
          <w:sz w:val="28"/>
          <w:szCs w:val="28"/>
        </w:rPr>
        <w:t xml:space="preserve"> = </w:t>
      </w:r>
      <w:r w:rsidRPr="0089012C">
        <w:rPr>
          <w:rStyle w:val="af6"/>
          <w:sz w:val="28"/>
          <w:szCs w:val="28"/>
        </w:rPr>
        <w:t>6,5 т/га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proofErr w:type="gramStart"/>
      <w:r w:rsidRPr="0089012C">
        <w:rPr>
          <w:sz w:val="28"/>
          <w:szCs w:val="28"/>
        </w:rPr>
        <w:t>П</w:t>
      </w:r>
      <w:proofErr w:type="gramEnd"/>
      <w:r w:rsidRPr="0089012C">
        <w:rPr>
          <w:sz w:val="28"/>
          <w:szCs w:val="28"/>
        </w:rPr>
        <w:t>ісля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підвищення</w:t>
      </w:r>
      <w:proofErr w:type="spellEnd"/>
      <w:r w:rsidRPr="0089012C">
        <w:rPr>
          <w:sz w:val="28"/>
          <w:szCs w:val="28"/>
        </w:rPr>
        <w:t xml:space="preserve"> на 20%: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r w:rsidRPr="0089012C">
        <w:rPr>
          <w:sz w:val="28"/>
          <w:szCs w:val="28"/>
        </w:rPr>
        <w:t xml:space="preserve">6,5 × 1,20 = </w:t>
      </w:r>
      <w:r w:rsidRPr="0089012C">
        <w:rPr>
          <w:rStyle w:val="af6"/>
          <w:sz w:val="28"/>
          <w:szCs w:val="28"/>
        </w:rPr>
        <w:t>7,8 т/га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sz w:val="28"/>
          <w:szCs w:val="28"/>
        </w:rPr>
        <w:t>Площа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кукурудзи</w:t>
      </w:r>
      <w:proofErr w:type="spellEnd"/>
      <w:r w:rsidRPr="0089012C">
        <w:rPr>
          <w:sz w:val="28"/>
          <w:szCs w:val="28"/>
        </w:rPr>
        <w:t xml:space="preserve"> = </w:t>
      </w:r>
      <w:r w:rsidRPr="0089012C">
        <w:rPr>
          <w:rStyle w:val="af6"/>
          <w:sz w:val="28"/>
          <w:szCs w:val="28"/>
        </w:rPr>
        <w:t>100 га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sz w:val="28"/>
          <w:szCs w:val="28"/>
        </w:rPr>
        <w:t>Валовий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збі</w:t>
      </w:r>
      <w:proofErr w:type="gramStart"/>
      <w:r w:rsidRPr="0089012C">
        <w:rPr>
          <w:sz w:val="28"/>
          <w:szCs w:val="28"/>
        </w:rPr>
        <w:t>р</w:t>
      </w:r>
      <w:proofErr w:type="spellEnd"/>
      <w:proofErr w:type="gramEnd"/>
      <w:r w:rsidRPr="0089012C">
        <w:rPr>
          <w:sz w:val="28"/>
          <w:szCs w:val="28"/>
        </w:rPr>
        <w:t>: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r w:rsidRPr="0089012C">
        <w:rPr>
          <w:sz w:val="28"/>
          <w:szCs w:val="28"/>
        </w:rPr>
        <w:t xml:space="preserve">7,8 × 100 = </w:t>
      </w:r>
      <w:r w:rsidRPr="0089012C">
        <w:rPr>
          <w:rStyle w:val="af6"/>
          <w:sz w:val="28"/>
          <w:szCs w:val="28"/>
        </w:rPr>
        <w:t>780 т</w:t>
      </w:r>
    </w:p>
    <w:p w:rsidR="0089012C" w:rsidRPr="0089012C" w:rsidRDefault="0089012C" w:rsidP="0089012C">
      <w:pPr>
        <w:pStyle w:val="3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89012C">
        <w:rPr>
          <w:rFonts w:ascii="Times New Roman" w:hAnsi="Times New Roman" w:cs="Times New Roman"/>
          <w:color w:val="auto"/>
          <w:sz w:val="28"/>
          <w:szCs w:val="28"/>
          <w:lang w:val="ru-RU"/>
        </w:rPr>
        <w:t>Висновок</w:t>
      </w:r>
      <w:proofErr w:type="spellEnd"/>
      <w:r w:rsidRPr="0089012C">
        <w:rPr>
          <w:rFonts w:ascii="Times New Roman" w:hAnsi="Times New Roman" w:cs="Times New Roman"/>
          <w:color w:val="auto"/>
          <w:sz w:val="28"/>
          <w:szCs w:val="28"/>
          <w:lang w:val="ru-RU"/>
        </w:rPr>
        <w:t>:</w:t>
      </w:r>
    </w:p>
    <w:p w:rsidR="0089012C" w:rsidRPr="0089012C" w:rsidRDefault="0089012C" w:rsidP="0089012C">
      <w:pPr>
        <w:pStyle w:val="aff8"/>
        <w:rPr>
          <w:sz w:val="28"/>
          <w:szCs w:val="28"/>
          <w:lang w:val="uk-UA"/>
        </w:rPr>
      </w:pPr>
      <w:proofErr w:type="spellStart"/>
      <w:r w:rsidRPr="0089012C">
        <w:rPr>
          <w:sz w:val="28"/>
          <w:szCs w:val="28"/>
        </w:rPr>
        <w:t>Було</w:t>
      </w:r>
      <w:proofErr w:type="spellEnd"/>
      <w:r w:rsidRPr="0089012C">
        <w:rPr>
          <w:sz w:val="28"/>
          <w:szCs w:val="28"/>
        </w:rPr>
        <w:t xml:space="preserve"> </w:t>
      </w:r>
      <w:r w:rsidRPr="0089012C">
        <w:rPr>
          <w:rStyle w:val="af6"/>
          <w:sz w:val="28"/>
          <w:szCs w:val="28"/>
        </w:rPr>
        <w:t>650 т</w:t>
      </w:r>
      <w:r w:rsidRPr="0089012C">
        <w:rPr>
          <w:sz w:val="28"/>
          <w:szCs w:val="28"/>
        </w:rPr>
        <w:t xml:space="preserve">, стало </w:t>
      </w:r>
      <w:r w:rsidRPr="0089012C">
        <w:rPr>
          <w:rStyle w:val="af6"/>
          <w:sz w:val="28"/>
          <w:szCs w:val="28"/>
        </w:rPr>
        <w:t>780 т</w:t>
      </w:r>
      <w:r w:rsidRPr="0089012C">
        <w:rPr>
          <w:sz w:val="28"/>
          <w:szCs w:val="28"/>
        </w:rPr>
        <w:t>.</w:t>
      </w:r>
      <w:r w:rsidRPr="0089012C">
        <w:rPr>
          <w:sz w:val="28"/>
          <w:szCs w:val="28"/>
        </w:rPr>
        <w:br/>
      </w:r>
      <w:proofErr w:type="spellStart"/>
      <w:r w:rsidRPr="0089012C">
        <w:rPr>
          <w:sz w:val="28"/>
          <w:szCs w:val="28"/>
        </w:rPr>
        <w:t>Прирі</w:t>
      </w:r>
      <w:proofErr w:type="gramStart"/>
      <w:r w:rsidRPr="0089012C">
        <w:rPr>
          <w:sz w:val="28"/>
          <w:szCs w:val="28"/>
        </w:rPr>
        <w:t>ст</w:t>
      </w:r>
      <w:proofErr w:type="spellEnd"/>
      <w:proofErr w:type="gramEnd"/>
      <w:r w:rsidRPr="0089012C">
        <w:rPr>
          <w:sz w:val="28"/>
          <w:szCs w:val="28"/>
        </w:rPr>
        <w:t xml:space="preserve"> валового </w:t>
      </w:r>
      <w:proofErr w:type="spellStart"/>
      <w:r w:rsidRPr="0089012C">
        <w:rPr>
          <w:sz w:val="28"/>
          <w:szCs w:val="28"/>
        </w:rPr>
        <w:t>збору</w:t>
      </w:r>
      <w:proofErr w:type="spellEnd"/>
      <w:r w:rsidRPr="0089012C">
        <w:rPr>
          <w:sz w:val="28"/>
          <w:szCs w:val="28"/>
        </w:rPr>
        <w:t xml:space="preserve"> = </w:t>
      </w:r>
      <w:r w:rsidRPr="0089012C">
        <w:rPr>
          <w:rStyle w:val="af6"/>
          <w:sz w:val="28"/>
          <w:szCs w:val="28"/>
        </w:rPr>
        <w:t>130 т</w:t>
      </w:r>
      <w:r w:rsidRPr="0089012C">
        <w:rPr>
          <w:sz w:val="28"/>
          <w:szCs w:val="28"/>
        </w:rPr>
        <w:t>.</w:t>
      </w:r>
    </w:p>
    <w:p w:rsidR="0089012C" w:rsidRPr="0089012C" w:rsidRDefault="0089012C" w:rsidP="0089012C">
      <w:pPr>
        <w:pStyle w:val="1"/>
        <w:spacing w:line="240" w:lineRule="auto"/>
        <w:rPr>
          <w:rFonts w:ascii="Times New Roman" w:hAnsi="Times New Roman" w:cs="Times New Roman"/>
          <w:color w:val="auto"/>
          <w:lang w:val="ru-RU"/>
        </w:rPr>
      </w:pPr>
      <w:r w:rsidRPr="0089012C">
        <w:rPr>
          <w:rFonts w:ascii="Times New Roman" w:hAnsi="Times New Roman" w:cs="Times New Roman"/>
          <w:color w:val="auto"/>
          <w:lang w:val="ru-RU"/>
        </w:rPr>
        <w:t xml:space="preserve">3.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Нові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загальні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витрати</w:t>
      </w:r>
      <w:proofErr w:type="spellEnd"/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sz w:val="28"/>
          <w:szCs w:val="28"/>
        </w:rPr>
        <w:t>Нові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витрати</w:t>
      </w:r>
      <w:proofErr w:type="spellEnd"/>
      <w:r w:rsidRPr="0089012C">
        <w:rPr>
          <w:sz w:val="28"/>
          <w:szCs w:val="28"/>
        </w:rPr>
        <w:t xml:space="preserve"> на 1 га = </w:t>
      </w:r>
      <w:r w:rsidRPr="0089012C">
        <w:rPr>
          <w:rStyle w:val="af6"/>
          <w:sz w:val="28"/>
          <w:szCs w:val="28"/>
        </w:rPr>
        <w:t xml:space="preserve">21 925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sz w:val="28"/>
          <w:szCs w:val="28"/>
        </w:rPr>
        <w:t>Площа</w:t>
      </w:r>
      <w:proofErr w:type="spellEnd"/>
      <w:r w:rsidRPr="0089012C">
        <w:rPr>
          <w:sz w:val="28"/>
          <w:szCs w:val="28"/>
        </w:rPr>
        <w:t xml:space="preserve"> = </w:t>
      </w:r>
      <w:r w:rsidRPr="0089012C">
        <w:rPr>
          <w:rStyle w:val="af6"/>
          <w:sz w:val="28"/>
          <w:szCs w:val="28"/>
        </w:rPr>
        <w:t>100 га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sz w:val="28"/>
          <w:szCs w:val="28"/>
        </w:rPr>
        <w:t>Загальні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витрати</w:t>
      </w:r>
      <w:proofErr w:type="spellEnd"/>
      <w:r w:rsidRPr="0089012C">
        <w:rPr>
          <w:sz w:val="28"/>
          <w:szCs w:val="28"/>
        </w:rPr>
        <w:t>:</w:t>
      </w:r>
    </w:p>
    <w:p w:rsidR="0089012C" w:rsidRPr="0089012C" w:rsidRDefault="0089012C" w:rsidP="0089012C">
      <w:pPr>
        <w:pStyle w:val="aff8"/>
        <w:rPr>
          <w:sz w:val="28"/>
          <w:szCs w:val="28"/>
          <w:lang w:val="uk-UA"/>
        </w:rPr>
      </w:pPr>
      <w:r w:rsidRPr="0089012C">
        <w:rPr>
          <w:sz w:val="28"/>
          <w:szCs w:val="28"/>
        </w:rPr>
        <w:lastRenderedPageBreak/>
        <w:t xml:space="preserve">21 925 × 100 = </w:t>
      </w:r>
      <w:r w:rsidRPr="0089012C">
        <w:rPr>
          <w:rStyle w:val="af6"/>
          <w:sz w:val="28"/>
          <w:szCs w:val="28"/>
        </w:rPr>
        <w:t xml:space="preserve">2 192 500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</w:p>
    <w:p w:rsidR="0089012C" w:rsidRPr="0089012C" w:rsidRDefault="0089012C" w:rsidP="0089012C">
      <w:pPr>
        <w:pStyle w:val="1"/>
        <w:spacing w:line="240" w:lineRule="auto"/>
        <w:rPr>
          <w:rFonts w:ascii="Times New Roman" w:hAnsi="Times New Roman" w:cs="Times New Roman"/>
          <w:color w:val="auto"/>
          <w:lang w:val="ru-RU"/>
        </w:rPr>
      </w:pPr>
      <w:r w:rsidRPr="0089012C">
        <w:rPr>
          <w:rFonts w:ascii="Times New Roman" w:hAnsi="Times New Roman" w:cs="Times New Roman"/>
          <w:color w:val="auto"/>
          <w:lang w:val="ru-RU"/>
        </w:rPr>
        <w:t xml:space="preserve">4. Нова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собівартість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1 т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кукурудзи</w:t>
      </w:r>
      <w:proofErr w:type="spellEnd"/>
    </w:p>
    <w:p w:rsidR="0089012C" w:rsidRPr="0089012C" w:rsidRDefault="0089012C" w:rsidP="0089012C">
      <w:pPr>
        <w:pStyle w:val="aff8"/>
        <w:rPr>
          <w:sz w:val="28"/>
          <w:szCs w:val="28"/>
        </w:rPr>
      </w:pPr>
      <w:r w:rsidRPr="0089012C">
        <w:rPr>
          <w:sz w:val="28"/>
          <w:szCs w:val="28"/>
        </w:rPr>
        <w:t>Формула: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rStyle w:val="af6"/>
          <w:sz w:val="28"/>
          <w:szCs w:val="28"/>
        </w:rPr>
        <w:t>Собівартість</w:t>
      </w:r>
      <w:proofErr w:type="spellEnd"/>
      <w:r w:rsidRPr="0089012C">
        <w:rPr>
          <w:rStyle w:val="af6"/>
          <w:sz w:val="28"/>
          <w:szCs w:val="28"/>
        </w:rPr>
        <w:t xml:space="preserve"> 1 т = </w:t>
      </w:r>
      <w:proofErr w:type="spellStart"/>
      <w:r w:rsidRPr="0089012C">
        <w:rPr>
          <w:rStyle w:val="af6"/>
          <w:sz w:val="28"/>
          <w:szCs w:val="28"/>
        </w:rPr>
        <w:t>Загальні</w:t>
      </w:r>
      <w:proofErr w:type="spellEnd"/>
      <w:r w:rsidRPr="0089012C">
        <w:rPr>
          <w:rStyle w:val="af6"/>
          <w:sz w:val="28"/>
          <w:szCs w:val="28"/>
        </w:rPr>
        <w:t xml:space="preserve"> </w:t>
      </w:r>
      <w:proofErr w:type="spellStart"/>
      <w:r w:rsidRPr="0089012C">
        <w:rPr>
          <w:rStyle w:val="af6"/>
          <w:sz w:val="28"/>
          <w:szCs w:val="28"/>
        </w:rPr>
        <w:t>витрати</w:t>
      </w:r>
      <w:proofErr w:type="spellEnd"/>
      <w:r w:rsidRPr="0089012C">
        <w:rPr>
          <w:rStyle w:val="af6"/>
          <w:sz w:val="28"/>
          <w:szCs w:val="28"/>
        </w:rPr>
        <w:t xml:space="preserve"> / </w:t>
      </w:r>
      <w:proofErr w:type="spellStart"/>
      <w:r w:rsidRPr="0089012C">
        <w:rPr>
          <w:rStyle w:val="af6"/>
          <w:sz w:val="28"/>
          <w:szCs w:val="28"/>
        </w:rPr>
        <w:t>Валовий</w:t>
      </w:r>
      <w:proofErr w:type="spellEnd"/>
      <w:r w:rsidRPr="0089012C">
        <w:rPr>
          <w:rStyle w:val="af6"/>
          <w:sz w:val="28"/>
          <w:szCs w:val="28"/>
        </w:rPr>
        <w:t xml:space="preserve"> </w:t>
      </w:r>
      <w:proofErr w:type="spellStart"/>
      <w:r w:rsidRPr="0089012C">
        <w:rPr>
          <w:rStyle w:val="af6"/>
          <w:sz w:val="28"/>
          <w:szCs w:val="28"/>
        </w:rPr>
        <w:t>збі</w:t>
      </w:r>
      <w:proofErr w:type="gramStart"/>
      <w:r w:rsidRPr="0089012C">
        <w:rPr>
          <w:rStyle w:val="af6"/>
          <w:sz w:val="28"/>
          <w:szCs w:val="28"/>
        </w:rPr>
        <w:t>р</w:t>
      </w:r>
      <w:proofErr w:type="spellEnd"/>
      <w:proofErr w:type="gramEnd"/>
    </w:p>
    <w:p w:rsidR="0089012C" w:rsidRPr="0089012C" w:rsidRDefault="00C448CC" w:rsidP="0089012C">
      <w:pPr>
        <w:pStyle w:val="aff8"/>
        <w:rPr>
          <w:sz w:val="28"/>
          <w:szCs w:val="28"/>
        </w:rPr>
      </w:pPr>
      <w:r>
        <w:rPr>
          <w:sz w:val="28"/>
          <w:szCs w:val="28"/>
        </w:rPr>
        <w:t>2 192 500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="0089012C" w:rsidRPr="0089012C">
        <w:rPr>
          <w:sz w:val="28"/>
          <w:szCs w:val="28"/>
        </w:rPr>
        <w:t xml:space="preserve"> 780 = </w:t>
      </w:r>
      <w:r w:rsidR="0089012C" w:rsidRPr="0089012C">
        <w:rPr>
          <w:rStyle w:val="af6"/>
          <w:sz w:val="28"/>
          <w:szCs w:val="28"/>
        </w:rPr>
        <w:t xml:space="preserve">2810,9 </w:t>
      </w:r>
      <w:proofErr w:type="spellStart"/>
      <w:r w:rsidR="0089012C" w:rsidRPr="0089012C">
        <w:rPr>
          <w:rStyle w:val="af6"/>
          <w:sz w:val="28"/>
          <w:szCs w:val="28"/>
        </w:rPr>
        <w:t>грн</w:t>
      </w:r>
      <w:proofErr w:type="spellEnd"/>
      <w:r w:rsidR="0089012C" w:rsidRPr="0089012C">
        <w:rPr>
          <w:rStyle w:val="af6"/>
          <w:sz w:val="28"/>
          <w:szCs w:val="28"/>
        </w:rPr>
        <w:t>/т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r w:rsidRPr="0089012C">
        <w:rPr>
          <w:sz w:val="28"/>
          <w:szCs w:val="28"/>
        </w:rPr>
        <w:t xml:space="preserve">Округлено: </w:t>
      </w:r>
      <w:r w:rsidRPr="0089012C">
        <w:rPr>
          <w:rStyle w:val="af6"/>
          <w:sz w:val="28"/>
          <w:szCs w:val="28"/>
        </w:rPr>
        <w:t xml:space="preserve">2811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  <w:r w:rsidRPr="0089012C">
        <w:rPr>
          <w:rStyle w:val="af6"/>
          <w:sz w:val="28"/>
          <w:szCs w:val="28"/>
        </w:rPr>
        <w:t>/т</w:t>
      </w:r>
    </w:p>
    <w:p w:rsidR="0089012C" w:rsidRPr="0089012C" w:rsidRDefault="0089012C" w:rsidP="0089012C">
      <w:pPr>
        <w:pStyle w:val="31"/>
        <w:spacing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89012C">
        <w:rPr>
          <w:rFonts w:ascii="Times New Roman" w:hAnsi="Times New Roman" w:cs="Times New Roman"/>
          <w:color w:val="auto"/>
          <w:sz w:val="28"/>
          <w:szCs w:val="28"/>
          <w:lang w:val="ru-RU"/>
        </w:rPr>
        <w:t>Висновок</w:t>
      </w:r>
      <w:proofErr w:type="spellEnd"/>
      <w:r w:rsidRPr="0089012C">
        <w:rPr>
          <w:rFonts w:ascii="Times New Roman" w:hAnsi="Times New Roman" w:cs="Times New Roman"/>
          <w:color w:val="auto"/>
          <w:sz w:val="28"/>
          <w:szCs w:val="28"/>
          <w:lang w:val="ru-RU"/>
        </w:rPr>
        <w:t>:</w:t>
      </w:r>
    </w:p>
    <w:p w:rsidR="0089012C" w:rsidRPr="0089012C" w:rsidRDefault="0089012C" w:rsidP="0089012C">
      <w:pPr>
        <w:pStyle w:val="aff8"/>
        <w:rPr>
          <w:sz w:val="28"/>
          <w:szCs w:val="28"/>
          <w:lang w:val="uk-UA"/>
        </w:rPr>
      </w:pPr>
      <w:proofErr w:type="gramStart"/>
      <w:r w:rsidRPr="0089012C">
        <w:rPr>
          <w:sz w:val="28"/>
          <w:szCs w:val="28"/>
        </w:rPr>
        <w:t>Попри</w:t>
      </w:r>
      <w:proofErr w:type="gram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зростання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витрат</w:t>
      </w:r>
      <w:proofErr w:type="spellEnd"/>
      <w:r w:rsidRPr="0089012C">
        <w:rPr>
          <w:sz w:val="28"/>
          <w:szCs w:val="28"/>
        </w:rPr>
        <w:t xml:space="preserve"> на 1 га, </w:t>
      </w:r>
      <w:proofErr w:type="spellStart"/>
      <w:r w:rsidRPr="0089012C">
        <w:rPr>
          <w:sz w:val="28"/>
          <w:szCs w:val="28"/>
        </w:rPr>
        <w:t>собівартість</w:t>
      </w:r>
      <w:proofErr w:type="spellEnd"/>
      <w:r w:rsidRPr="0089012C">
        <w:rPr>
          <w:sz w:val="28"/>
          <w:szCs w:val="28"/>
        </w:rPr>
        <w:t xml:space="preserve"> 1 т </w:t>
      </w:r>
      <w:proofErr w:type="spellStart"/>
      <w:r w:rsidRPr="0089012C">
        <w:rPr>
          <w:rStyle w:val="af6"/>
          <w:sz w:val="28"/>
          <w:szCs w:val="28"/>
        </w:rPr>
        <w:t>зменшилася</w:t>
      </w:r>
      <w:proofErr w:type="spellEnd"/>
      <w:r w:rsidRPr="0089012C">
        <w:rPr>
          <w:sz w:val="28"/>
          <w:szCs w:val="28"/>
        </w:rPr>
        <w:t xml:space="preserve">, </w:t>
      </w:r>
      <w:proofErr w:type="spellStart"/>
      <w:r w:rsidRPr="0089012C">
        <w:rPr>
          <w:sz w:val="28"/>
          <w:szCs w:val="28"/>
        </w:rPr>
        <w:t>бо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урожайність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зросла</w:t>
      </w:r>
      <w:proofErr w:type="spellEnd"/>
      <w:r w:rsidRPr="0089012C">
        <w:rPr>
          <w:sz w:val="28"/>
          <w:szCs w:val="28"/>
        </w:rPr>
        <w:t>.</w:t>
      </w:r>
    </w:p>
    <w:p w:rsidR="0089012C" w:rsidRPr="0089012C" w:rsidRDefault="0089012C" w:rsidP="0089012C">
      <w:pPr>
        <w:pStyle w:val="1"/>
        <w:rPr>
          <w:rFonts w:ascii="Times New Roman" w:hAnsi="Times New Roman" w:cs="Times New Roman"/>
          <w:color w:val="auto"/>
          <w:lang w:val="ru-RU"/>
        </w:rPr>
      </w:pPr>
      <w:r w:rsidRPr="0089012C">
        <w:rPr>
          <w:rFonts w:ascii="Times New Roman" w:hAnsi="Times New Roman" w:cs="Times New Roman"/>
          <w:color w:val="auto"/>
          <w:lang w:val="ru-RU"/>
        </w:rPr>
        <w:t xml:space="preserve">5. </w:t>
      </w:r>
      <w:proofErr w:type="gramStart"/>
      <w:r w:rsidRPr="0089012C">
        <w:rPr>
          <w:rFonts w:ascii="Times New Roman" w:hAnsi="Times New Roman" w:cs="Times New Roman"/>
          <w:color w:val="auto"/>
          <w:lang w:val="ru-RU"/>
        </w:rPr>
        <w:t>Нова</w:t>
      </w:r>
      <w:proofErr w:type="gram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виручка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від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реалізації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кукурудзи</w:t>
      </w:r>
      <w:proofErr w:type="spellEnd"/>
    </w:p>
    <w:p w:rsidR="0089012C" w:rsidRPr="0089012C" w:rsidRDefault="0089012C" w:rsidP="0089012C">
      <w:pPr>
        <w:pStyle w:val="aff8"/>
        <w:rPr>
          <w:sz w:val="28"/>
          <w:szCs w:val="28"/>
          <w:lang w:val="en-US"/>
        </w:rPr>
      </w:pPr>
      <w:proofErr w:type="spellStart"/>
      <w:proofErr w:type="gramStart"/>
      <w:r w:rsidRPr="0089012C">
        <w:rPr>
          <w:sz w:val="28"/>
          <w:szCs w:val="28"/>
        </w:rPr>
        <w:t>Ц</w:t>
      </w:r>
      <w:proofErr w:type="gramEnd"/>
      <w:r w:rsidRPr="0089012C">
        <w:rPr>
          <w:sz w:val="28"/>
          <w:szCs w:val="28"/>
        </w:rPr>
        <w:t>іна</w:t>
      </w:r>
      <w:proofErr w:type="spellEnd"/>
      <w:r w:rsidRPr="0089012C">
        <w:rPr>
          <w:sz w:val="28"/>
          <w:szCs w:val="28"/>
          <w:lang w:val="en-US"/>
        </w:rPr>
        <w:t xml:space="preserve"> </w:t>
      </w:r>
      <w:proofErr w:type="spellStart"/>
      <w:r w:rsidRPr="0089012C">
        <w:rPr>
          <w:sz w:val="28"/>
          <w:szCs w:val="28"/>
        </w:rPr>
        <w:t>реалізації</w:t>
      </w:r>
      <w:proofErr w:type="spellEnd"/>
      <w:r w:rsidRPr="0089012C">
        <w:rPr>
          <w:sz w:val="28"/>
          <w:szCs w:val="28"/>
          <w:lang w:val="en-US"/>
        </w:rPr>
        <w:t xml:space="preserve"> </w:t>
      </w:r>
      <w:proofErr w:type="spellStart"/>
      <w:r w:rsidRPr="0089012C">
        <w:rPr>
          <w:sz w:val="28"/>
          <w:szCs w:val="28"/>
        </w:rPr>
        <w:t>кукурудзи</w:t>
      </w:r>
      <w:proofErr w:type="spellEnd"/>
      <w:r w:rsidRPr="0089012C">
        <w:rPr>
          <w:sz w:val="28"/>
          <w:szCs w:val="28"/>
          <w:lang w:val="en-US"/>
        </w:rPr>
        <w:t xml:space="preserve"> = </w:t>
      </w:r>
      <w:r w:rsidRPr="0089012C">
        <w:rPr>
          <w:rStyle w:val="af6"/>
          <w:sz w:val="28"/>
          <w:szCs w:val="28"/>
          <w:lang w:val="en-US"/>
        </w:rPr>
        <w:t xml:space="preserve">4200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  <w:r w:rsidRPr="0089012C">
        <w:rPr>
          <w:rStyle w:val="af6"/>
          <w:sz w:val="28"/>
          <w:szCs w:val="28"/>
          <w:lang w:val="en-US"/>
        </w:rPr>
        <w:t>/</w:t>
      </w:r>
      <w:r w:rsidRPr="0089012C">
        <w:rPr>
          <w:rStyle w:val="af6"/>
          <w:sz w:val="28"/>
          <w:szCs w:val="28"/>
        </w:rPr>
        <w:t>т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sz w:val="28"/>
          <w:szCs w:val="28"/>
        </w:rPr>
        <w:t>Виручка</w:t>
      </w:r>
      <w:proofErr w:type="spellEnd"/>
      <w:r w:rsidRPr="0089012C">
        <w:rPr>
          <w:sz w:val="28"/>
          <w:szCs w:val="28"/>
        </w:rPr>
        <w:t>:</w:t>
      </w:r>
    </w:p>
    <w:p w:rsidR="0089012C" w:rsidRPr="0089012C" w:rsidRDefault="0089012C" w:rsidP="0089012C">
      <w:pPr>
        <w:pStyle w:val="aff8"/>
        <w:rPr>
          <w:sz w:val="28"/>
          <w:szCs w:val="28"/>
          <w:lang w:val="uk-UA"/>
        </w:rPr>
      </w:pPr>
      <w:r w:rsidRPr="0089012C">
        <w:rPr>
          <w:sz w:val="28"/>
          <w:szCs w:val="28"/>
        </w:rPr>
        <w:t xml:space="preserve">780 × 4200 = </w:t>
      </w:r>
      <w:r w:rsidRPr="0089012C">
        <w:rPr>
          <w:rStyle w:val="af6"/>
          <w:sz w:val="28"/>
          <w:szCs w:val="28"/>
        </w:rPr>
        <w:t xml:space="preserve">3 276 000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</w:p>
    <w:p w:rsidR="0089012C" w:rsidRPr="0089012C" w:rsidRDefault="0089012C" w:rsidP="0089012C">
      <w:pPr>
        <w:pStyle w:val="1"/>
        <w:rPr>
          <w:rFonts w:ascii="Times New Roman" w:hAnsi="Times New Roman" w:cs="Times New Roman"/>
          <w:color w:val="auto"/>
          <w:lang w:val="ru-RU"/>
        </w:rPr>
      </w:pPr>
      <w:r w:rsidRPr="0089012C">
        <w:rPr>
          <w:rFonts w:ascii="Times New Roman" w:hAnsi="Times New Roman" w:cs="Times New Roman"/>
          <w:color w:val="auto"/>
          <w:lang w:val="ru-RU"/>
        </w:rPr>
        <w:t xml:space="preserve">6.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Новий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прибуток</w:t>
      </w:r>
      <w:proofErr w:type="spellEnd"/>
    </w:p>
    <w:p w:rsidR="0089012C" w:rsidRPr="0089012C" w:rsidRDefault="0089012C" w:rsidP="0089012C">
      <w:pPr>
        <w:pStyle w:val="aff8"/>
        <w:rPr>
          <w:sz w:val="28"/>
          <w:szCs w:val="28"/>
        </w:rPr>
      </w:pPr>
      <w:r w:rsidRPr="0089012C">
        <w:rPr>
          <w:sz w:val="28"/>
          <w:szCs w:val="28"/>
        </w:rPr>
        <w:t>Формула: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rStyle w:val="af6"/>
          <w:sz w:val="28"/>
          <w:szCs w:val="28"/>
        </w:rPr>
        <w:t>Прибуток</w:t>
      </w:r>
      <w:proofErr w:type="spellEnd"/>
      <w:r w:rsidRPr="0089012C">
        <w:rPr>
          <w:rStyle w:val="af6"/>
          <w:sz w:val="28"/>
          <w:szCs w:val="28"/>
        </w:rPr>
        <w:t xml:space="preserve"> = </w:t>
      </w:r>
      <w:proofErr w:type="spellStart"/>
      <w:r w:rsidRPr="0089012C">
        <w:rPr>
          <w:rStyle w:val="af6"/>
          <w:sz w:val="28"/>
          <w:szCs w:val="28"/>
        </w:rPr>
        <w:t>Виручка</w:t>
      </w:r>
      <w:proofErr w:type="spellEnd"/>
      <w:r w:rsidRPr="0089012C">
        <w:rPr>
          <w:rStyle w:val="af6"/>
          <w:sz w:val="28"/>
          <w:szCs w:val="28"/>
        </w:rPr>
        <w:t xml:space="preserve"> – </w:t>
      </w:r>
      <w:proofErr w:type="spellStart"/>
      <w:r w:rsidRPr="0089012C">
        <w:rPr>
          <w:rStyle w:val="af6"/>
          <w:sz w:val="28"/>
          <w:szCs w:val="28"/>
        </w:rPr>
        <w:t>Загальні</w:t>
      </w:r>
      <w:proofErr w:type="spellEnd"/>
      <w:r w:rsidRPr="0089012C">
        <w:rPr>
          <w:rStyle w:val="af6"/>
          <w:sz w:val="28"/>
          <w:szCs w:val="28"/>
        </w:rPr>
        <w:t xml:space="preserve"> </w:t>
      </w:r>
      <w:proofErr w:type="spellStart"/>
      <w:r w:rsidRPr="0089012C">
        <w:rPr>
          <w:rStyle w:val="af6"/>
          <w:sz w:val="28"/>
          <w:szCs w:val="28"/>
        </w:rPr>
        <w:t>витрати</w:t>
      </w:r>
      <w:proofErr w:type="spellEnd"/>
    </w:p>
    <w:p w:rsidR="0089012C" w:rsidRPr="0089012C" w:rsidRDefault="0089012C" w:rsidP="0089012C">
      <w:pPr>
        <w:pStyle w:val="aff8"/>
        <w:rPr>
          <w:sz w:val="28"/>
          <w:szCs w:val="28"/>
          <w:lang w:val="uk-UA"/>
        </w:rPr>
      </w:pPr>
      <w:r w:rsidRPr="0089012C">
        <w:rPr>
          <w:sz w:val="28"/>
          <w:szCs w:val="28"/>
        </w:rPr>
        <w:t xml:space="preserve">3 276 000 – 2 192 500 = </w:t>
      </w:r>
      <w:r w:rsidRPr="0089012C">
        <w:rPr>
          <w:rStyle w:val="af6"/>
          <w:sz w:val="28"/>
          <w:szCs w:val="28"/>
        </w:rPr>
        <w:t xml:space="preserve">1 083 500 </w:t>
      </w:r>
      <w:proofErr w:type="spellStart"/>
      <w:r w:rsidRPr="0089012C">
        <w:rPr>
          <w:rStyle w:val="af6"/>
          <w:sz w:val="28"/>
          <w:szCs w:val="28"/>
        </w:rPr>
        <w:t>грн</w:t>
      </w:r>
      <w:proofErr w:type="spellEnd"/>
    </w:p>
    <w:p w:rsidR="0089012C" w:rsidRPr="0089012C" w:rsidRDefault="0089012C" w:rsidP="0089012C">
      <w:pPr>
        <w:pStyle w:val="1"/>
        <w:rPr>
          <w:rFonts w:ascii="Times New Roman" w:hAnsi="Times New Roman" w:cs="Times New Roman"/>
          <w:color w:val="auto"/>
          <w:lang w:val="ru-RU"/>
        </w:rPr>
      </w:pPr>
      <w:r w:rsidRPr="0089012C">
        <w:rPr>
          <w:rFonts w:ascii="Times New Roman" w:hAnsi="Times New Roman" w:cs="Times New Roman"/>
          <w:color w:val="auto"/>
          <w:lang w:val="ru-RU"/>
        </w:rPr>
        <w:t xml:space="preserve">7. Нова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рентабельність</w:t>
      </w:r>
      <w:proofErr w:type="spellEnd"/>
    </w:p>
    <w:p w:rsidR="0089012C" w:rsidRPr="0089012C" w:rsidRDefault="0089012C" w:rsidP="0089012C">
      <w:pPr>
        <w:pStyle w:val="aff8"/>
        <w:rPr>
          <w:sz w:val="28"/>
          <w:szCs w:val="28"/>
        </w:rPr>
      </w:pPr>
      <w:r w:rsidRPr="0089012C">
        <w:rPr>
          <w:sz w:val="28"/>
          <w:szCs w:val="28"/>
        </w:rPr>
        <w:t>Формула: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rStyle w:val="af6"/>
          <w:sz w:val="28"/>
          <w:szCs w:val="28"/>
        </w:rPr>
        <w:t>Рентабельність</w:t>
      </w:r>
      <w:proofErr w:type="spellEnd"/>
      <w:r w:rsidRPr="0089012C">
        <w:rPr>
          <w:rStyle w:val="af6"/>
          <w:sz w:val="28"/>
          <w:szCs w:val="28"/>
        </w:rPr>
        <w:t xml:space="preserve"> = </w:t>
      </w:r>
      <w:proofErr w:type="spellStart"/>
      <w:r w:rsidRPr="0089012C">
        <w:rPr>
          <w:rStyle w:val="af6"/>
          <w:sz w:val="28"/>
          <w:szCs w:val="28"/>
        </w:rPr>
        <w:t>Прибуток</w:t>
      </w:r>
      <w:proofErr w:type="spellEnd"/>
      <w:r w:rsidRPr="0089012C">
        <w:rPr>
          <w:rStyle w:val="af6"/>
          <w:sz w:val="28"/>
          <w:szCs w:val="28"/>
        </w:rPr>
        <w:t xml:space="preserve"> / </w:t>
      </w:r>
      <w:proofErr w:type="spellStart"/>
      <w:r w:rsidRPr="0089012C">
        <w:rPr>
          <w:rStyle w:val="af6"/>
          <w:sz w:val="28"/>
          <w:szCs w:val="28"/>
        </w:rPr>
        <w:t>Витрати</w:t>
      </w:r>
      <w:proofErr w:type="spellEnd"/>
      <w:r w:rsidRPr="0089012C">
        <w:rPr>
          <w:rStyle w:val="af6"/>
          <w:sz w:val="28"/>
          <w:szCs w:val="28"/>
        </w:rPr>
        <w:t xml:space="preserve"> × 100%</w:t>
      </w:r>
    </w:p>
    <w:p w:rsidR="0089012C" w:rsidRPr="0089012C" w:rsidRDefault="00C448CC" w:rsidP="0089012C">
      <w:pPr>
        <w:pStyle w:val="aff8"/>
        <w:rPr>
          <w:sz w:val="28"/>
          <w:szCs w:val="28"/>
          <w:lang w:val="uk-UA"/>
        </w:rPr>
      </w:pPr>
      <w:r>
        <w:rPr>
          <w:sz w:val="28"/>
          <w:szCs w:val="28"/>
        </w:rPr>
        <w:t>1 083 500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="0089012C" w:rsidRPr="0089012C">
        <w:rPr>
          <w:sz w:val="28"/>
          <w:szCs w:val="28"/>
        </w:rPr>
        <w:t xml:space="preserve"> 2 192 500 × 100 = </w:t>
      </w:r>
      <w:r w:rsidR="0089012C" w:rsidRPr="0089012C">
        <w:rPr>
          <w:rStyle w:val="af6"/>
          <w:sz w:val="28"/>
          <w:szCs w:val="28"/>
        </w:rPr>
        <w:t>49,4%</w:t>
      </w:r>
    </w:p>
    <w:p w:rsidR="0089012C" w:rsidRPr="0089012C" w:rsidRDefault="0089012C" w:rsidP="0089012C">
      <w:pPr>
        <w:pStyle w:val="1"/>
        <w:rPr>
          <w:rFonts w:ascii="Times New Roman" w:hAnsi="Times New Roman" w:cs="Times New Roman"/>
          <w:color w:val="auto"/>
          <w:lang w:val="ru-RU"/>
        </w:rPr>
      </w:pPr>
      <w:r w:rsidRPr="0089012C">
        <w:rPr>
          <w:rFonts w:ascii="Times New Roman" w:hAnsi="Times New Roman" w:cs="Times New Roman"/>
          <w:color w:val="auto"/>
          <w:lang w:val="ru-RU"/>
        </w:rPr>
        <w:lastRenderedPageBreak/>
        <w:t xml:space="preserve">8.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Порівняння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показників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кукурудзи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: до і </w:t>
      </w:r>
      <w:proofErr w:type="spellStart"/>
      <w:proofErr w:type="gramStart"/>
      <w:r w:rsidRPr="0089012C">
        <w:rPr>
          <w:rFonts w:ascii="Times New Roman" w:hAnsi="Times New Roman" w:cs="Times New Roman"/>
          <w:color w:val="auto"/>
          <w:lang w:val="ru-RU"/>
        </w:rPr>
        <w:t>п</w:t>
      </w:r>
      <w:proofErr w:type="gramEnd"/>
      <w:r w:rsidRPr="0089012C">
        <w:rPr>
          <w:rFonts w:ascii="Times New Roman" w:hAnsi="Times New Roman" w:cs="Times New Roman"/>
          <w:color w:val="auto"/>
          <w:lang w:val="ru-RU"/>
        </w:rPr>
        <w:t>ісля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510"/>
        <w:gridCol w:w="1985"/>
        <w:gridCol w:w="1843"/>
        <w:gridCol w:w="2268"/>
      </w:tblGrid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b/>
                <w:bCs/>
                <w:sz w:val="28"/>
                <w:szCs w:val="28"/>
              </w:rPr>
              <w:t>Показник</w:t>
            </w:r>
            <w:proofErr w:type="spellEnd"/>
          </w:p>
        </w:tc>
        <w:tc>
          <w:tcPr>
            <w:tcW w:w="1985" w:type="dxa"/>
            <w:hideMark/>
          </w:tcPr>
          <w:p w:rsidR="0089012C" w:rsidRPr="0089012C" w:rsidRDefault="0089012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b/>
                <w:bCs/>
                <w:sz w:val="28"/>
                <w:szCs w:val="28"/>
              </w:rPr>
              <w:t>Було</w:t>
            </w:r>
            <w:proofErr w:type="spellEnd"/>
          </w:p>
        </w:tc>
        <w:tc>
          <w:tcPr>
            <w:tcW w:w="1843" w:type="dxa"/>
            <w:hideMark/>
          </w:tcPr>
          <w:p w:rsidR="0089012C" w:rsidRPr="0089012C" w:rsidRDefault="0089012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b/>
                <w:bCs/>
                <w:sz w:val="28"/>
                <w:szCs w:val="28"/>
              </w:rPr>
              <w:t>Стало</w:t>
            </w:r>
            <w:proofErr w:type="spellEnd"/>
          </w:p>
        </w:tc>
        <w:tc>
          <w:tcPr>
            <w:tcW w:w="2268" w:type="dxa"/>
            <w:hideMark/>
          </w:tcPr>
          <w:p w:rsidR="0089012C" w:rsidRPr="0089012C" w:rsidRDefault="0089012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b/>
                <w:bCs/>
                <w:sz w:val="28"/>
                <w:szCs w:val="28"/>
              </w:rPr>
              <w:t>Відхилення</w:t>
            </w:r>
            <w:proofErr w:type="spellEnd"/>
          </w:p>
        </w:tc>
      </w:tr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sz w:val="28"/>
                <w:szCs w:val="28"/>
              </w:rPr>
              <w:t>Урожайність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>, т/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га</w:t>
            </w:r>
            <w:proofErr w:type="spellEnd"/>
          </w:p>
        </w:tc>
        <w:tc>
          <w:tcPr>
            <w:tcW w:w="1985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6,5</w:t>
            </w:r>
          </w:p>
        </w:tc>
        <w:tc>
          <w:tcPr>
            <w:tcW w:w="1843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7,8</w:t>
            </w:r>
          </w:p>
        </w:tc>
        <w:tc>
          <w:tcPr>
            <w:tcW w:w="2268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+1,3</w:t>
            </w:r>
          </w:p>
        </w:tc>
      </w:tr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sz w:val="28"/>
                <w:szCs w:val="28"/>
              </w:rPr>
              <w:t>Валовий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збір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>, т</w:t>
            </w:r>
          </w:p>
        </w:tc>
        <w:tc>
          <w:tcPr>
            <w:tcW w:w="1985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650</w:t>
            </w:r>
          </w:p>
        </w:tc>
        <w:tc>
          <w:tcPr>
            <w:tcW w:w="1843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780</w:t>
            </w:r>
          </w:p>
        </w:tc>
        <w:tc>
          <w:tcPr>
            <w:tcW w:w="2268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+130</w:t>
            </w:r>
          </w:p>
        </w:tc>
      </w:tr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sz w:val="28"/>
                <w:szCs w:val="28"/>
              </w:rPr>
              <w:t>Витрати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на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га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985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19 800</w:t>
            </w:r>
          </w:p>
        </w:tc>
        <w:tc>
          <w:tcPr>
            <w:tcW w:w="1843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21 925</w:t>
            </w:r>
          </w:p>
        </w:tc>
        <w:tc>
          <w:tcPr>
            <w:tcW w:w="2268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+2 125</w:t>
            </w:r>
          </w:p>
        </w:tc>
      </w:tr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sz w:val="28"/>
                <w:szCs w:val="28"/>
              </w:rPr>
              <w:t>Загальні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витрати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985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1 980 000</w:t>
            </w:r>
          </w:p>
        </w:tc>
        <w:tc>
          <w:tcPr>
            <w:tcW w:w="1843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2 192 500</w:t>
            </w:r>
          </w:p>
        </w:tc>
        <w:tc>
          <w:tcPr>
            <w:tcW w:w="2268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+212 500</w:t>
            </w:r>
          </w:p>
        </w:tc>
      </w:tr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sz w:val="28"/>
                <w:szCs w:val="28"/>
              </w:rPr>
              <w:t>Собівартість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 1 т,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985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3 046,2</w:t>
            </w:r>
          </w:p>
        </w:tc>
        <w:tc>
          <w:tcPr>
            <w:tcW w:w="1843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2 810,9</w:t>
            </w:r>
          </w:p>
        </w:tc>
        <w:tc>
          <w:tcPr>
            <w:tcW w:w="2268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-235,3</w:t>
            </w:r>
          </w:p>
        </w:tc>
      </w:tr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sz w:val="28"/>
                <w:szCs w:val="28"/>
              </w:rPr>
              <w:t>Виручка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985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2 730 000</w:t>
            </w:r>
          </w:p>
        </w:tc>
        <w:tc>
          <w:tcPr>
            <w:tcW w:w="1843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3 276 000</w:t>
            </w:r>
          </w:p>
        </w:tc>
        <w:tc>
          <w:tcPr>
            <w:tcW w:w="2268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+546 000</w:t>
            </w:r>
          </w:p>
        </w:tc>
      </w:tr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sz w:val="28"/>
                <w:szCs w:val="28"/>
              </w:rPr>
              <w:t>Прибуток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89012C">
              <w:rPr>
                <w:rFonts w:cs="Times New Roman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985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750 000</w:t>
            </w:r>
          </w:p>
        </w:tc>
        <w:tc>
          <w:tcPr>
            <w:tcW w:w="1843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1 083 500</w:t>
            </w:r>
          </w:p>
        </w:tc>
        <w:tc>
          <w:tcPr>
            <w:tcW w:w="2268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+333 500</w:t>
            </w:r>
          </w:p>
        </w:tc>
      </w:tr>
      <w:tr w:rsidR="0089012C" w:rsidRPr="0089012C" w:rsidTr="0089012C">
        <w:tc>
          <w:tcPr>
            <w:tcW w:w="3510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89012C">
              <w:rPr>
                <w:rFonts w:cs="Times New Roman"/>
                <w:sz w:val="28"/>
                <w:szCs w:val="28"/>
              </w:rPr>
              <w:t>Рентабельність</w:t>
            </w:r>
            <w:proofErr w:type="spellEnd"/>
            <w:r w:rsidRPr="0089012C">
              <w:rPr>
                <w:rFonts w:cs="Times New Roman"/>
                <w:sz w:val="28"/>
                <w:szCs w:val="28"/>
              </w:rPr>
              <w:t>, %</w:t>
            </w:r>
          </w:p>
        </w:tc>
        <w:tc>
          <w:tcPr>
            <w:tcW w:w="1985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37,9</w:t>
            </w:r>
          </w:p>
        </w:tc>
        <w:tc>
          <w:tcPr>
            <w:tcW w:w="1843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49,4</w:t>
            </w:r>
          </w:p>
        </w:tc>
        <w:tc>
          <w:tcPr>
            <w:tcW w:w="2268" w:type="dxa"/>
            <w:hideMark/>
          </w:tcPr>
          <w:p w:rsidR="0089012C" w:rsidRPr="0089012C" w:rsidRDefault="0089012C">
            <w:pPr>
              <w:rPr>
                <w:rFonts w:cs="Times New Roman"/>
                <w:sz w:val="28"/>
                <w:szCs w:val="28"/>
              </w:rPr>
            </w:pPr>
            <w:r w:rsidRPr="0089012C">
              <w:rPr>
                <w:rFonts w:cs="Times New Roman"/>
                <w:sz w:val="28"/>
                <w:szCs w:val="28"/>
              </w:rPr>
              <w:t>+11,5</w:t>
            </w:r>
          </w:p>
        </w:tc>
      </w:tr>
    </w:tbl>
    <w:p w:rsidR="0089012C" w:rsidRPr="0089012C" w:rsidRDefault="0089012C" w:rsidP="0089012C">
      <w:pPr>
        <w:pStyle w:val="1"/>
        <w:rPr>
          <w:rFonts w:ascii="Times New Roman" w:hAnsi="Times New Roman" w:cs="Times New Roman"/>
          <w:color w:val="auto"/>
          <w:lang w:val="ru-RU"/>
        </w:rPr>
      </w:pPr>
      <w:r w:rsidRPr="0089012C">
        <w:rPr>
          <w:rFonts w:ascii="Times New Roman" w:hAnsi="Times New Roman" w:cs="Times New Roman"/>
          <w:color w:val="auto"/>
          <w:lang w:val="ru-RU"/>
        </w:rPr>
        <w:t xml:space="preserve">9.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Висновок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щодо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proofErr w:type="gramStart"/>
      <w:r w:rsidRPr="0089012C">
        <w:rPr>
          <w:rFonts w:ascii="Times New Roman" w:hAnsi="Times New Roman" w:cs="Times New Roman"/>
          <w:color w:val="auto"/>
          <w:lang w:val="ru-RU"/>
        </w:rPr>
        <w:t>доц</w:t>
      </w:r>
      <w:proofErr w:type="gramEnd"/>
      <w:r w:rsidRPr="0089012C">
        <w:rPr>
          <w:rFonts w:ascii="Times New Roman" w:hAnsi="Times New Roman" w:cs="Times New Roman"/>
          <w:color w:val="auto"/>
          <w:lang w:val="ru-RU"/>
        </w:rPr>
        <w:t>ільності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впровадження</w:t>
      </w:r>
      <w:proofErr w:type="spellEnd"/>
      <w:r w:rsidRPr="0089012C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9012C">
        <w:rPr>
          <w:rFonts w:ascii="Times New Roman" w:hAnsi="Times New Roman" w:cs="Times New Roman"/>
          <w:color w:val="auto"/>
          <w:lang w:val="ru-RU"/>
        </w:rPr>
        <w:t>технології</w:t>
      </w:r>
      <w:proofErr w:type="spellEnd"/>
    </w:p>
    <w:p w:rsidR="0089012C" w:rsidRPr="0089012C" w:rsidRDefault="0089012C" w:rsidP="0089012C">
      <w:pPr>
        <w:pStyle w:val="aff8"/>
        <w:rPr>
          <w:sz w:val="28"/>
          <w:szCs w:val="28"/>
          <w:lang w:val="en-US"/>
        </w:rPr>
      </w:pPr>
      <w:proofErr w:type="spellStart"/>
      <w:r w:rsidRPr="0089012C">
        <w:rPr>
          <w:rStyle w:val="af6"/>
          <w:sz w:val="28"/>
          <w:szCs w:val="28"/>
        </w:rPr>
        <w:t>Впровадження</w:t>
      </w:r>
      <w:proofErr w:type="spellEnd"/>
      <w:r w:rsidRPr="0089012C">
        <w:rPr>
          <w:rStyle w:val="af6"/>
          <w:sz w:val="28"/>
          <w:szCs w:val="28"/>
          <w:lang w:val="en-US"/>
        </w:rPr>
        <w:t xml:space="preserve"> </w:t>
      </w:r>
      <w:proofErr w:type="spellStart"/>
      <w:r w:rsidRPr="0089012C">
        <w:rPr>
          <w:rStyle w:val="af6"/>
          <w:sz w:val="28"/>
          <w:szCs w:val="28"/>
        </w:rPr>
        <w:t>інтенсивної</w:t>
      </w:r>
      <w:proofErr w:type="spellEnd"/>
      <w:r w:rsidRPr="0089012C">
        <w:rPr>
          <w:rStyle w:val="af6"/>
          <w:sz w:val="28"/>
          <w:szCs w:val="28"/>
          <w:lang w:val="en-US"/>
        </w:rPr>
        <w:t xml:space="preserve"> </w:t>
      </w:r>
      <w:proofErr w:type="spellStart"/>
      <w:r w:rsidRPr="0089012C">
        <w:rPr>
          <w:rStyle w:val="af6"/>
          <w:sz w:val="28"/>
          <w:szCs w:val="28"/>
        </w:rPr>
        <w:t>технології</w:t>
      </w:r>
      <w:proofErr w:type="spellEnd"/>
      <w:r w:rsidRPr="0089012C">
        <w:rPr>
          <w:rStyle w:val="af6"/>
          <w:sz w:val="28"/>
          <w:szCs w:val="28"/>
          <w:lang w:val="en-US"/>
        </w:rPr>
        <w:t xml:space="preserve"> </w:t>
      </w:r>
      <w:r w:rsidRPr="0089012C">
        <w:rPr>
          <w:rStyle w:val="af6"/>
          <w:sz w:val="28"/>
          <w:szCs w:val="28"/>
        </w:rPr>
        <w:t>є</w:t>
      </w:r>
      <w:r w:rsidRPr="0089012C">
        <w:rPr>
          <w:rStyle w:val="af6"/>
          <w:sz w:val="28"/>
          <w:szCs w:val="28"/>
          <w:lang w:val="en-US"/>
        </w:rPr>
        <w:t xml:space="preserve"> </w:t>
      </w:r>
      <w:proofErr w:type="spellStart"/>
      <w:proofErr w:type="gramStart"/>
      <w:r w:rsidRPr="0089012C">
        <w:rPr>
          <w:rStyle w:val="af6"/>
          <w:sz w:val="28"/>
          <w:szCs w:val="28"/>
        </w:rPr>
        <w:t>доц</w:t>
      </w:r>
      <w:proofErr w:type="gramEnd"/>
      <w:r w:rsidRPr="0089012C">
        <w:rPr>
          <w:rStyle w:val="af6"/>
          <w:sz w:val="28"/>
          <w:szCs w:val="28"/>
        </w:rPr>
        <w:t>ільним</w:t>
      </w:r>
      <w:proofErr w:type="spellEnd"/>
      <w:r w:rsidRPr="0089012C">
        <w:rPr>
          <w:sz w:val="28"/>
          <w:szCs w:val="28"/>
          <w:lang w:val="en-US"/>
        </w:rPr>
        <w:t xml:space="preserve">, </w:t>
      </w:r>
      <w:r w:rsidRPr="0089012C">
        <w:rPr>
          <w:sz w:val="28"/>
          <w:szCs w:val="28"/>
        </w:rPr>
        <w:t>тому</w:t>
      </w:r>
      <w:r w:rsidRPr="0089012C">
        <w:rPr>
          <w:sz w:val="28"/>
          <w:szCs w:val="28"/>
          <w:lang w:val="en-US"/>
        </w:rPr>
        <w:t xml:space="preserve"> </w:t>
      </w:r>
      <w:proofErr w:type="spellStart"/>
      <w:r w:rsidRPr="0089012C">
        <w:rPr>
          <w:sz w:val="28"/>
          <w:szCs w:val="28"/>
        </w:rPr>
        <w:t>що</w:t>
      </w:r>
      <w:proofErr w:type="spellEnd"/>
      <w:r w:rsidRPr="0089012C">
        <w:rPr>
          <w:sz w:val="28"/>
          <w:szCs w:val="28"/>
          <w:lang w:val="en-US"/>
        </w:rPr>
        <w:t>:</w:t>
      </w:r>
    </w:p>
    <w:p w:rsidR="0089012C" w:rsidRPr="0089012C" w:rsidRDefault="0089012C" w:rsidP="0089012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урожайність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зросла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на</w:t>
      </w:r>
      <w:proofErr w:type="spellEnd"/>
      <w:r w:rsidRPr="0089012C">
        <w:rPr>
          <w:rFonts w:cs="Times New Roman"/>
          <w:sz w:val="28"/>
          <w:szCs w:val="28"/>
        </w:rPr>
        <w:t xml:space="preserve"> 20%; </w:t>
      </w:r>
    </w:p>
    <w:p w:rsidR="0089012C" w:rsidRPr="0089012C" w:rsidRDefault="0089012C" w:rsidP="0089012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валовий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збір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збільшився</w:t>
      </w:r>
      <w:proofErr w:type="spellEnd"/>
      <w:r w:rsidRPr="0089012C">
        <w:rPr>
          <w:rFonts w:cs="Times New Roman"/>
          <w:sz w:val="28"/>
          <w:szCs w:val="28"/>
        </w:rPr>
        <w:t xml:space="preserve">; </w:t>
      </w:r>
    </w:p>
    <w:p w:rsidR="0089012C" w:rsidRPr="0089012C" w:rsidRDefault="0089012C" w:rsidP="0089012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виручка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зросла</w:t>
      </w:r>
      <w:proofErr w:type="spellEnd"/>
      <w:r w:rsidRPr="0089012C">
        <w:rPr>
          <w:rFonts w:cs="Times New Roman"/>
          <w:sz w:val="28"/>
          <w:szCs w:val="28"/>
        </w:rPr>
        <w:t xml:space="preserve">; </w:t>
      </w:r>
    </w:p>
    <w:p w:rsidR="0089012C" w:rsidRPr="0089012C" w:rsidRDefault="0089012C" w:rsidP="0089012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прибуток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збільшився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на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r w:rsidRPr="0089012C">
        <w:rPr>
          <w:rStyle w:val="af6"/>
          <w:rFonts w:cs="Times New Roman"/>
          <w:sz w:val="28"/>
          <w:szCs w:val="28"/>
        </w:rPr>
        <w:t xml:space="preserve">333 500 </w:t>
      </w:r>
      <w:proofErr w:type="spellStart"/>
      <w:r w:rsidRPr="0089012C">
        <w:rPr>
          <w:rStyle w:val="af6"/>
          <w:rFonts w:cs="Times New Roman"/>
          <w:sz w:val="28"/>
          <w:szCs w:val="28"/>
        </w:rPr>
        <w:t>грн</w:t>
      </w:r>
      <w:proofErr w:type="spellEnd"/>
      <w:r w:rsidRPr="0089012C">
        <w:rPr>
          <w:rFonts w:cs="Times New Roman"/>
          <w:sz w:val="28"/>
          <w:szCs w:val="28"/>
        </w:rPr>
        <w:t xml:space="preserve">; </w:t>
      </w:r>
    </w:p>
    <w:p w:rsidR="0089012C" w:rsidRPr="0089012C" w:rsidRDefault="0089012C" w:rsidP="0089012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r w:rsidRPr="0089012C">
        <w:rPr>
          <w:rFonts w:cs="Times New Roman"/>
          <w:sz w:val="28"/>
          <w:szCs w:val="28"/>
        </w:rPr>
        <w:t>рентабельність</w:t>
      </w:r>
      <w:proofErr w:type="spellEnd"/>
      <w:r w:rsidRPr="0089012C">
        <w:rPr>
          <w:rFonts w:cs="Times New Roman"/>
          <w:sz w:val="28"/>
          <w:szCs w:val="28"/>
        </w:rPr>
        <w:t xml:space="preserve"> </w:t>
      </w:r>
      <w:proofErr w:type="spellStart"/>
      <w:r w:rsidRPr="0089012C">
        <w:rPr>
          <w:rFonts w:cs="Times New Roman"/>
          <w:sz w:val="28"/>
          <w:szCs w:val="28"/>
        </w:rPr>
        <w:t>підвищилася</w:t>
      </w:r>
      <w:proofErr w:type="spellEnd"/>
      <w:r w:rsidRPr="0089012C">
        <w:rPr>
          <w:rFonts w:cs="Times New Roman"/>
          <w:sz w:val="28"/>
          <w:szCs w:val="28"/>
        </w:rPr>
        <w:t xml:space="preserve"> з </w:t>
      </w:r>
      <w:r w:rsidRPr="0089012C">
        <w:rPr>
          <w:rStyle w:val="af6"/>
          <w:rFonts w:cs="Times New Roman"/>
          <w:sz w:val="28"/>
          <w:szCs w:val="28"/>
        </w:rPr>
        <w:t xml:space="preserve">37,9% </w:t>
      </w:r>
      <w:proofErr w:type="spellStart"/>
      <w:r w:rsidRPr="0089012C">
        <w:rPr>
          <w:rStyle w:val="af6"/>
          <w:rFonts w:cs="Times New Roman"/>
          <w:sz w:val="28"/>
          <w:szCs w:val="28"/>
        </w:rPr>
        <w:t>до</w:t>
      </w:r>
      <w:proofErr w:type="spellEnd"/>
      <w:r w:rsidRPr="0089012C">
        <w:rPr>
          <w:rStyle w:val="af6"/>
          <w:rFonts w:cs="Times New Roman"/>
          <w:sz w:val="28"/>
          <w:szCs w:val="28"/>
        </w:rPr>
        <w:t xml:space="preserve"> 49,4%</w:t>
      </w:r>
      <w:r w:rsidRPr="0089012C">
        <w:rPr>
          <w:rFonts w:cs="Times New Roman"/>
          <w:sz w:val="28"/>
          <w:szCs w:val="28"/>
        </w:rPr>
        <w:t xml:space="preserve">; </w:t>
      </w:r>
    </w:p>
    <w:p w:rsidR="0089012C" w:rsidRPr="0089012C" w:rsidRDefault="0089012C" w:rsidP="0089012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cs="Times New Roman"/>
          <w:sz w:val="28"/>
          <w:szCs w:val="28"/>
        </w:rPr>
      </w:pPr>
      <w:proofErr w:type="spellStart"/>
      <w:proofErr w:type="gramStart"/>
      <w:r w:rsidRPr="0089012C">
        <w:rPr>
          <w:rFonts w:cs="Times New Roman"/>
          <w:sz w:val="28"/>
          <w:szCs w:val="28"/>
        </w:rPr>
        <w:t>собівартість</w:t>
      </w:r>
      <w:proofErr w:type="spellEnd"/>
      <w:proofErr w:type="gramEnd"/>
      <w:r w:rsidRPr="0089012C">
        <w:rPr>
          <w:rFonts w:cs="Times New Roman"/>
          <w:sz w:val="28"/>
          <w:szCs w:val="28"/>
        </w:rPr>
        <w:t xml:space="preserve"> 1 т </w:t>
      </w:r>
      <w:proofErr w:type="spellStart"/>
      <w:r w:rsidRPr="0089012C">
        <w:rPr>
          <w:rFonts w:cs="Times New Roman"/>
          <w:sz w:val="28"/>
          <w:szCs w:val="28"/>
        </w:rPr>
        <w:t>зменшилася</w:t>
      </w:r>
      <w:proofErr w:type="spellEnd"/>
      <w:r w:rsidRPr="0089012C">
        <w:rPr>
          <w:rFonts w:cs="Times New Roman"/>
          <w:sz w:val="28"/>
          <w:szCs w:val="28"/>
        </w:rPr>
        <w:t xml:space="preserve">. </w:t>
      </w:r>
    </w:p>
    <w:p w:rsidR="0089012C" w:rsidRPr="0089012C" w:rsidRDefault="0089012C" w:rsidP="0089012C">
      <w:pPr>
        <w:pStyle w:val="aff8"/>
        <w:rPr>
          <w:sz w:val="28"/>
          <w:szCs w:val="28"/>
        </w:rPr>
      </w:pPr>
      <w:proofErr w:type="spellStart"/>
      <w:r w:rsidRPr="0089012C">
        <w:rPr>
          <w:sz w:val="28"/>
          <w:szCs w:val="28"/>
        </w:rPr>
        <w:t>Хоча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витрати</w:t>
      </w:r>
      <w:proofErr w:type="spellEnd"/>
      <w:r w:rsidRPr="0089012C">
        <w:rPr>
          <w:sz w:val="28"/>
          <w:szCs w:val="28"/>
        </w:rPr>
        <w:t xml:space="preserve"> на 1 га </w:t>
      </w:r>
      <w:proofErr w:type="spellStart"/>
      <w:r w:rsidRPr="0089012C">
        <w:rPr>
          <w:sz w:val="28"/>
          <w:szCs w:val="28"/>
        </w:rPr>
        <w:t>зросли</w:t>
      </w:r>
      <w:proofErr w:type="spellEnd"/>
      <w:r w:rsidRPr="0089012C">
        <w:rPr>
          <w:sz w:val="28"/>
          <w:szCs w:val="28"/>
        </w:rPr>
        <w:t xml:space="preserve">, </w:t>
      </w:r>
      <w:proofErr w:type="spellStart"/>
      <w:r w:rsidRPr="0089012C">
        <w:rPr>
          <w:sz w:val="28"/>
          <w:szCs w:val="28"/>
        </w:rPr>
        <w:t>прирі</w:t>
      </w:r>
      <w:proofErr w:type="gramStart"/>
      <w:r w:rsidRPr="0089012C">
        <w:rPr>
          <w:sz w:val="28"/>
          <w:szCs w:val="28"/>
        </w:rPr>
        <w:t>ст</w:t>
      </w:r>
      <w:proofErr w:type="spellEnd"/>
      <w:proofErr w:type="gram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урожайності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перекрив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це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зростання</w:t>
      </w:r>
      <w:proofErr w:type="spellEnd"/>
      <w:r w:rsidRPr="0089012C">
        <w:rPr>
          <w:sz w:val="28"/>
          <w:szCs w:val="28"/>
        </w:rPr>
        <w:t xml:space="preserve"> і </w:t>
      </w:r>
      <w:proofErr w:type="spellStart"/>
      <w:r w:rsidRPr="0089012C">
        <w:rPr>
          <w:sz w:val="28"/>
          <w:szCs w:val="28"/>
        </w:rPr>
        <w:t>зробив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виробництво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більш</w:t>
      </w:r>
      <w:proofErr w:type="spellEnd"/>
      <w:r w:rsidRPr="0089012C">
        <w:rPr>
          <w:sz w:val="28"/>
          <w:szCs w:val="28"/>
        </w:rPr>
        <w:t xml:space="preserve"> </w:t>
      </w:r>
      <w:proofErr w:type="spellStart"/>
      <w:r w:rsidRPr="0089012C">
        <w:rPr>
          <w:sz w:val="28"/>
          <w:szCs w:val="28"/>
        </w:rPr>
        <w:t>ефективним</w:t>
      </w:r>
      <w:proofErr w:type="spellEnd"/>
      <w:r w:rsidRPr="0089012C">
        <w:rPr>
          <w:sz w:val="28"/>
          <w:szCs w:val="28"/>
        </w:rPr>
        <w:t>.</w:t>
      </w:r>
    </w:p>
    <w:p w:rsidR="00C448CC" w:rsidRPr="00C448CC" w:rsidRDefault="0089012C" w:rsidP="00C448CC">
      <w:pPr>
        <w:pStyle w:val="21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Як </w:t>
      </w:r>
      <w:proofErr w:type="spellStart"/>
      <w:r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обчислено</w:t>
      </w:r>
      <w:proofErr w:type="spellEnd"/>
      <w:r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рентабельність</w:t>
      </w:r>
      <w:proofErr w:type="spellEnd"/>
      <w:r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разом:</w:t>
      </w:r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</w:r>
      <w:r w:rsid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2 223 500 :</w:t>
      </w:r>
      <w:bookmarkStart w:id="0" w:name="_GoBack"/>
      <w:bookmarkEnd w:id="0"/>
      <w:r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4 652 500 × 100 = </w:t>
      </w:r>
      <w:r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>47,8%</w:t>
      </w:r>
      <w:r w:rsidR="00C448CC">
        <w:rPr>
          <w:rStyle w:val="af6"/>
          <w:sz w:val="28"/>
          <w:szCs w:val="28"/>
          <w:lang w:val="uk-UA"/>
        </w:rPr>
        <w:br/>
      </w:r>
      <w:r w:rsidR="00C448CC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="00C448CC" w:rsidRPr="00C448CC">
        <w:rPr>
          <w:rFonts w:ascii="Times New Roman" w:hAnsi="Times New Roman" w:cs="Times New Roman"/>
          <w:color w:val="auto"/>
          <w:sz w:val="28"/>
          <w:szCs w:val="28"/>
          <w:lang w:val="ru-RU"/>
        </w:rPr>
        <w:t>Узагальнююча</w:t>
      </w:r>
      <w:proofErr w:type="spellEnd"/>
      <w:r w:rsidR="00C448CC" w:rsidRPr="00C448C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C448CC" w:rsidRPr="00C448CC">
        <w:rPr>
          <w:rFonts w:ascii="Times New Roman" w:hAnsi="Times New Roman" w:cs="Times New Roman"/>
          <w:color w:val="auto"/>
          <w:sz w:val="28"/>
          <w:szCs w:val="28"/>
          <w:lang w:val="ru-RU"/>
        </w:rPr>
        <w:t>таблиця</w:t>
      </w:r>
      <w:proofErr w:type="spellEnd"/>
      <w:r w:rsidR="00C448CC" w:rsidRPr="00C448CC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Нижче</w:t>
      </w:r>
      <w:proofErr w:type="spellEnd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подаю </w:t>
      </w:r>
      <w:proofErr w:type="spellStart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таблицю</w:t>
      </w:r>
      <w:proofErr w:type="spellEnd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proofErr w:type="gramStart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>п</w:t>
      </w:r>
      <w:proofErr w:type="gramEnd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>ісля</w:t>
      </w:r>
      <w:proofErr w:type="spellEnd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proofErr w:type="spellStart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>впровадження</w:t>
      </w:r>
      <w:proofErr w:type="spellEnd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proofErr w:type="spellStart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>нової</w:t>
      </w:r>
      <w:proofErr w:type="spellEnd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proofErr w:type="spellStart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>технології</w:t>
      </w:r>
      <w:proofErr w:type="spellEnd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для </w:t>
      </w:r>
      <w:proofErr w:type="spellStart"/>
      <w:r w:rsidR="00C448CC" w:rsidRPr="00C448CC">
        <w:rPr>
          <w:rStyle w:val="af6"/>
          <w:rFonts w:ascii="Times New Roman" w:hAnsi="Times New Roman" w:cs="Times New Roman"/>
          <w:b/>
          <w:color w:val="auto"/>
          <w:sz w:val="28"/>
          <w:szCs w:val="28"/>
          <w:lang w:val="ru-RU"/>
        </w:rPr>
        <w:t>кукурудзи</w:t>
      </w:r>
      <w:proofErr w:type="spellEnd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. </w:t>
      </w:r>
      <w:r w:rsid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</w:r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Для </w:t>
      </w:r>
      <w:proofErr w:type="spellStart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пшениці</w:t>
      </w:r>
      <w:proofErr w:type="spellEnd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показники</w:t>
      </w:r>
      <w:proofErr w:type="spellEnd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залишаються</w:t>
      </w:r>
      <w:proofErr w:type="spellEnd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без </w:t>
      </w:r>
      <w:proofErr w:type="spellStart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змін</w:t>
      </w:r>
      <w:proofErr w:type="spellEnd"/>
      <w:r w:rsidR="00C448CC" w:rsidRPr="00C448C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.</w:t>
      </w:r>
    </w:p>
    <w:tbl>
      <w:tblPr>
        <w:tblStyle w:val="aff0"/>
        <w:tblW w:w="10031" w:type="dxa"/>
        <w:tblLook w:val="04A0" w:firstRow="1" w:lastRow="0" w:firstColumn="1" w:lastColumn="0" w:noHBand="0" w:noVBand="1"/>
      </w:tblPr>
      <w:tblGrid>
        <w:gridCol w:w="3227"/>
        <w:gridCol w:w="2268"/>
        <w:gridCol w:w="2410"/>
        <w:gridCol w:w="2126"/>
      </w:tblGrid>
      <w:tr w:rsidR="00C448CC" w:rsidRPr="00C448CC" w:rsidTr="00C448CC">
        <w:tc>
          <w:tcPr>
            <w:tcW w:w="3227" w:type="dxa"/>
            <w:hideMark/>
          </w:tcPr>
          <w:p w:rsidR="00C448CC" w:rsidRPr="00C448CC" w:rsidRDefault="00C448C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448CC">
              <w:rPr>
                <w:b/>
                <w:bCs/>
                <w:sz w:val="28"/>
                <w:szCs w:val="28"/>
              </w:rPr>
              <w:t>Показник</w:t>
            </w:r>
            <w:proofErr w:type="spellEnd"/>
          </w:p>
        </w:tc>
        <w:tc>
          <w:tcPr>
            <w:tcW w:w="2268" w:type="dxa"/>
            <w:hideMark/>
          </w:tcPr>
          <w:p w:rsidR="00C448CC" w:rsidRPr="00C448CC" w:rsidRDefault="00C448C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448CC">
              <w:rPr>
                <w:b/>
                <w:bCs/>
                <w:sz w:val="28"/>
                <w:szCs w:val="28"/>
              </w:rPr>
              <w:t>Пшениця</w:t>
            </w:r>
            <w:proofErr w:type="spellEnd"/>
          </w:p>
        </w:tc>
        <w:tc>
          <w:tcPr>
            <w:tcW w:w="2410" w:type="dxa"/>
            <w:hideMark/>
          </w:tcPr>
          <w:p w:rsidR="00C448CC" w:rsidRPr="00C448CC" w:rsidRDefault="00C448C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448CC">
              <w:rPr>
                <w:b/>
                <w:bCs/>
                <w:sz w:val="28"/>
                <w:szCs w:val="28"/>
              </w:rPr>
              <w:t>Кукурудза</w:t>
            </w:r>
            <w:proofErr w:type="spellEnd"/>
          </w:p>
        </w:tc>
        <w:tc>
          <w:tcPr>
            <w:tcW w:w="2126" w:type="dxa"/>
            <w:hideMark/>
          </w:tcPr>
          <w:p w:rsidR="00C448CC" w:rsidRPr="00C448CC" w:rsidRDefault="00C448C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448CC">
              <w:rPr>
                <w:b/>
                <w:bCs/>
                <w:sz w:val="28"/>
                <w:szCs w:val="28"/>
              </w:rPr>
              <w:t>Разом</w:t>
            </w:r>
            <w:proofErr w:type="spellEnd"/>
          </w:p>
        </w:tc>
      </w:tr>
      <w:tr w:rsidR="00C448CC" w:rsidRPr="00C448CC" w:rsidTr="00C448CC">
        <w:tc>
          <w:tcPr>
            <w:tcW w:w="3227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proofErr w:type="spellStart"/>
            <w:r w:rsidRPr="00C448CC">
              <w:rPr>
                <w:sz w:val="28"/>
                <w:szCs w:val="28"/>
              </w:rPr>
              <w:t>Площа</w:t>
            </w:r>
            <w:proofErr w:type="spellEnd"/>
            <w:r w:rsidRPr="00C448CC">
              <w:rPr>
                <w:sz w:val="28"/>
                <w:szCs w:val="28"/>
              </w:rPr>
              <w:t xml:space="preserve">, </w:t>
            </w:r>
            <w:proofErr w:type="spellStart"/>
            <w:r w:rsidRPr="00C448CC">
              <w:rPr>
                <w:sz w:val="28"/>
                <w:szCs w:val="28"/>
              </w:rPr>
              <w:t>га</w:t>
            </w:r>
            <w:proofErr w:type="spellEnd"/>
          </w:p>
        </w:tc>
        <w:tc>
          <w:tcPr>
            <w:tcW w:w="2268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150</w:t>
            </w:r>
          </w:p>
        </w:tc>
        <w:tc>
          <w:tcPr>
            <w:tcW w:w="2410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100</w:t>
            </w:r>
          </w:p>
        </w:tc>
        <w:tc>
          <w:tcPr>
            <w:tcW w:w="2126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250</w:t>
            </w:r>
          </w:p>
        </w:tc>
      </w:tr>
      <w:tr w:rsidR="00C448CC" w:rsidRPr="00C448CC" w:rsidTr="00C448CC">
        <w:tc>
          <w:tcPr>
            <w:tcW w:w="3227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proofErr w:type="spellStart"/>
            <w:r w:rsidRPr="00C448CC">
              <w:rPr>
                <w:sz w:val="28"/>
                <w:szCs w:val="28"/>
              </w:rPr>
              <w:t>Валовий</w:t>
            </w:r>
            <w:proofErr w:type="spellEnd"/>
            <w:r w:rsidRPr="00C448CC">
              <w:rPr>
                <w:sz w:val="28"/>
                <w:szCs w:val="28"/>
              </w:rPr>
              <w:t xml:space="preserve"> </w:t>
            </w:r>
            <w:proofErr w:type="spellStart"/>
            <w:r w:rsidRPr="00C448CC">
              <w:rPr>
                <w:sz w:val="28"/>
                <w:szCs w:val="28"/>
              </w:rPr>
              <w:t>збір</w:t>
            </w:r>
            <w:proofErr w:type="spellEnd"/>
            <w:r w:rsidRPr="00C448CC">
              <w:rPr>
                <w:sz w:val="28"/>
                <w:szCs w:val="28"/>
              </w:rPr>
              <w:t>, т</w:t>
            </w:r>
          </w:p>
        </w:tc>
        <w:tc>
          <w:tcPr>
            <w:tcW w:w="2268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720</w:t>
            </w:r>
          </w:p>
        </w:tc>
        <w:tc>
          <w:tcPr>
            <w:tcW w:w="2410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780</w:t>
            </w:r>
          </w:p>
        </w:tc>
        <w:tc>
          <w:tcPr>
            <w:tcW w:w="2126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1500</w:t>
            </w:r>
          </w:p>
        </w:tc>
      </w:tr>
      <w:tr w:rsidR="00C448CC" w:rsidRPr="00C448CC" w:rsidTr="00C448CC">
        <w:tc>
          <w:tcPr>
            <w:tcW w:w="3227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proofErr w:type="spellStart"/>
            <w:r w:rsidRPr="00C448CC">
              <w:rPr>
                <w:sz w:val="28"/>
                <w:szCs w:val="28"/>
              </w:rPr>
              <w:t>Загальні</w:t>
            </w:r>
            <w:proofErr w:type="spellEnd"/>
            <w:r w:rsidRPr="00C448CC">
              <w:rPr>
                <w:sz w:val="28"/>
                <w:szCs w:val="28"/>
              </w:rPr>
              <w:t xml:space="preserve"> </w:t>
            </w:r>
            <w:proofErr w:type="spellStart"/>
            <w:r w:rsidRPr="00C448CC">
              <w:rPr>
                <w:sz w:val="28"/>
                <w:szCs w:val="28"/>
              </w:rPr>
              <w:t>витрати</w:t>
            </w:r>
            <w:proofErr w:type="spellEnd"/>
            <w:r w:rsidRPr="00C448CC">
              <w:rPr>
                <w:sz w:val="28"/>
                <w:szCs w:val="28"/>
              </w:rPr>
              <w:t xml:space="preserve">, </w:t>
            </w:r>
            <w:proofErr w:type="spellStart"/>
            <w:r w:rsidRPr="00C448CC">
              <w:rPr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2268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2 460 000</w:t>
            </w:r>
          </w:p>
        </w:tc>
        <w:tc>
          <w:tcPr>
            <w:tcW w:w="2410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2 192 500</w:t>
            </w:r>
          </w:p>
        </w:tc>
        <w:tc>
          <w:tcPr>
            <w:tcW w:w="2126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4 652 500</w:t>
            </w:r>
          </w:p>
        </w:tc>
      </w:tr>
      <w:tr w:rsidR="00C448CC" w:rsidRPr="00C448CC" w:rsidTr="00C448CC">
        <w:tc>
          <w:tcPr>
            <w:tcW w:w="3227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proofErr w:type="spellStart"/>
            <w:r w:rsidRPr="00C448CC">
              <w:rPr>
                <w:sz w:val="28"/>
                <w:szCs w:val="28"/>
              </w:rPr>
              <w:t>Виручка</w:t>
            </w:r>
            <w:proofErr w:type="spellEnd"/>
            <w:r w:rsidRPr="00C448CC">
              <w:rPr>
                <w:sz w:val="28"/>
                <w:szCs w:val="28"/>
              </w:rPr>
              <w:t xml:space="preserve">, </w:t>
            </w:r>
            <w:proofErr w:type="spellStart"/>
            <w:r w:rsidRPr="00C448CC">
              <w:rPr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2268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3 600 000</w:t>
            </w:r>
          </w:p>
        </w:tc>
        <w:tc>
          <w:tcPr>
            <w:tcW w:w="2410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3 276 000</w:t>
            </w:r>
          </w:p>
        </w:tc>
        <w:tc>
          <w:tcPr>
            <w:tcW w:w="2126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6 876 000</w:t>
            </w:r>
          </w:p>
        </w:tc>
      </w:tr>
      <w:tr w:rsidR="00C448CC" w:rsidRPr="00C448CC" w:rsidTr="00C448CC">
        <w:tc>
          <w:tcPr>
            <w:tcW w:w="3227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proofErr w:type="spellStart"/>
            <w:r w:rsidRPr="00C448CC">
              <w:rPr>
                <w:sz w:val="28"/>
                <w:szCs w:val="28"/>
              </w:rPr>
              <w:t>Прибуток</w:t>
            </w:r>
            <w:proofErr w:type="spellEnd"/>
            <w:r w:rsidRPr="00C448CC">
              <w:rPr>
                <w:sz w:val="28"/>
                <w:szCs w:val="28"/>
              </w:rPr>
              <w:t xml:space="preserve">, </w:t>
            </w:r>
            <w:proofErr w:type="spellStart"/>
            <w:r w:rsidRPr="00C448CC">
              <w:rPr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2268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1 140 000</w:t>
            </w:r>
          </w:p>
        </w:tc>
        <w:tc>
          <w:tcPr>
            <w:tcW w:w="2410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1 083 500</w:t>
            </w:r>
          </w:p>
        </w:tc>
        <w:tc>
          <w:tcPr>
            <w:tcW w:w="2126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2 223 500</w:t>
            </w:r>
          </w:p>
        </w:tc>
      </w:tr>
      <w:tr w:rsidR="00C448CC" w:rsidRPr="00C448CC" w:rsidTr="00C448CC">
        <w:tc>
          <w:tcPr>
            <w:tcW w:w="3227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proofErr w:type="spellStart"/>
            <w:r w:rsidRPr="00C448CC">
              <w:rPr>
                <w:sz w:val="28"/>
                <w:szCs w:val="28"/>
              </w:rPr>
              <w:t>Рентабельність</w:t>
            </w:r>
            <w:proofErr w:type="spellEnd"/>
            <w:r w:rsidRPr="00C448CC">
              <w:rPr>
                <w:sz w:val="28"/>
                <w:szCs w:val="28"/>
              </w:rPr>
              <w:t>, %</w:t>
            </w:r>
          </w:p>
        </w:tc>
        <w:tc>
          <w:tcPr>
            <w:tcW w:w="2268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46,3</w:t>
            </w:r>
          </w:p>
        </w:tc>
        <w:tc>
          <w:tcPr>
            <w:tcW w:w="2410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49,4</w:t>
            </w:r>
          </w:p>
        </w:tc>
        <w:tc>
          <w:tcPr>
            <w:tcW w:w="2126" w:type="dxa"/>
            <w:hideMark/>
          </w:tcPr>
          <w:p w:rsidR="00C448CC" w:rsidRPr="00C448CC" w:rsidRDefault="00C448CC">
            <w:pPr>
              <w:rPr>
                <w:sz w:val="28"/>
                <w:szCs w:val="28"/>
              </w:rPr>
            </w:pPr>
            <w:r w:rsidRPr="00C448CC">
              <w:rPr>
                <w:sz w:val="28"/>
                <w:szCs w:val="28"/>
              </w:rPr>
              <w:t>47,8</w:t>
            </w:r>
          </w:p>
        </w:tc>
      </w:tr>
    </w:tbl>
    <w:p w:rsidR="00C448CC" w:rsidRPr="00BE4998" w:rsidRDefault="00C448CC" w:rsidP="00C448CC">
      <w:pPr>
        <w:rPr>
          <w:lang w:val="ru-RU"/>
        </w:rPr>
      </w:pPr>
      <w:r>
        <w:rPr>
          <w:rFonts w:eastAsia="Times New Roman" w:cs="Times New Roman"/>
          <w:sz w:val="28"/>
          <w:szCs w:val="28"/>
          <w:lang w:val="uk-UA" w:eastAsia="ru-RU"/>
        </w:rPr>
        <w:br/>
      </w:r>
    </w:p>
    <w:p w:rsidR="004F5B30" w:rsidRPr="00BE4998" w:rsidRDefault="004F5B30">
      <w:pPr>
        <w:rPr>
          <w:lang w:val="ru-RU"/>
        </w:rPr>
      </w:pPr>
    </w:p>
    <w:sectPr w:rsidR="004F5B30" w:rsidRPr="00BE4998" w:rsidSect="00034616">
      <w:pgSz w:w="12240" w:h="15840"/>
      <w:pgMar w:top="1134" w:right="102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26B65A6"/>
    <w:multiLevelType w:val="hybridMultilevel"/>
    <w:tmpl w:val="E03CE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B25C42"/>
    <w:multiLevelType w:val="multilevel"/>
    <w:tmpl w:val="34144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9F64A7"/>
    <w:multiLevelType w:val="multilevel"/>
    <w:tmpl w:val="43F43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9F059C"/>
    <w:multiLevelType w:val="multilevel"/>
    <w:tmpl w:val="A9469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2C1919"/>
    <w:multiLevelType w:val="hybridMultilevel"/>
    <w:tmpl w:val="D1F0617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5F1B4D"/>
    <w:multiLevelType w:val="multilevel"/>
    <w:tmpl w:val="21147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1340DD"/>
    <w:multiLevelType w:val="multilevel"/>
    <w:tmpl w:val="294E0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7FF1953"/>
    <w:multiLevelType w:val="hybridMultilevel"/>
    <w:tmpl w:val="0CE4EF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EF1F1D"/>
    <w:multiLevelType w:val="hybridMultilevel"/>
    <w:tmpl w:val="97FC1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AB37C4"/>
    <w:multiLevelType w:val="multilevel"/>
    <w:tmpl w:val="507E6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9E1655"/>
    <w:multiLevelType w:val="hybridMultilevel"/>
    <w:tmpl w:val="95AA3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E935BC"/>
    <w:multiLevelType w:val="multilevel"/>
    <w:tmpl w:val="38C6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1C6A03"/>
    <w:multiLevelType w:val="multilevel"/>
    <w:tmpl w:val="967CA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974594"/>
    <w:multiLevelType w:val="multilevel"/>
    <w:tmpl w:val="09A0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ED76318"/>
    <w:multiLevelType w:val="multilevel"/>
    <w:tmpl w:val="A24CB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3B2715"/>
    <w:multiLevelType w:val="multilevel"/>
    <w:tmpl w:val="01AA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6D7265"/>
    <w:multiLevelType w:val="multilevel"/>
    <w:tmpl w:val="D3F2A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0A0491"/>
    <w:multiLevelType w:val="multilevel"/>
    <w:tmpl w:val="D0FCF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A93377E"/>
    <w:multiLevelType w:val="multilevel"/>
    <w:tmpl w:val="1D1C0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B08245C"/>
    <w:multiLevelType w:val="hybridMultilevel"/>
    <w:tmpl w:val="5ADACD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1B3D8F"/>
    <w:multiLevelType w:val="multilevel"/>
    <w:tmpl w:val="BF884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7"/>
  </w:num>
  <w:num w:numId="12">
    <w:abstractNumId w:val="13"/>
  </w:num>
  <w:num w:numId="13">
    <w:abstractNumId w:val="28"/>
  </w:num>
  <w:num w:numId="14">
    <w:abstractNumId w:val="16"/>
  </w:num>
  <w:num w:numId="15">
    <w:abstractNumId w:val="19"/>
  </w:num>
  <w:num w:numId="16">
    <w:abstractNumId w:val="23"/>
  </w:num>
  <w:num w:numId="17">
    <w:abstractNumId w:val="22"/>
  </w:num>
  <w:num w:numId="18">
    <w:abstractNumId w:val="11"/>
  </w:num>
  <w:num w:numId="19">
    <w:abstractNumId w:val="24"/>
  </w:num>
  <w:num w:numId="20">
    <w:abstractNumId w:val="21"/>
  </w:num>
  <w:num w:numId="21">
    <w:abstractNumId w:val="15"/>
  </w:num>
  <w:num w:numId="22">
    <w:abstractNumId w:val="14"/>
  </w:num>
  <w:num w:numId="23">
    <w:abstractNumId w:val="27"/>
  </w:num>
  <w:num w:numId="24">
    <w:abstractNumId w:val="18"/>
  </w:num>
  <w:num w:numId="25">
    <w:abstractNumId w:val="10"/>
  </w:num>
  <w:num w:numId="26">
    <w:abstractNumId w:val="20"/>
  </w:num>
  <w:num w:numId="27">
    <w:abstractNumId w:val="12"/>
  </w:num>
  <w:num w:numId="28">
    <w:abstractNumId w:val="29"/>
  </w:num>
  <w:num w:numId="29">
    <w:abstractNumId w:val="25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27ADC"/>
    <w:rsid w:val="00034616"/>
    <w:rsid w:val="0006063C"/>
    <w:rsid w:val="0015074B"/>
    <w:rsid w:val="0029639D"/>
    <w:rsid w:val="00326F90"/>
    <w:rsid w:val="004F5B30"/>
    <w:rsid w:val="005D5F9A"/>
    <w:rsid w:val="0089012C"/>
    <w:rsid w:val="009D3419"/>
    <w:rsid w:val="009F1DD0"/>
    <w:rsid w:val="00AA1D8D"/>
    <w:rsid w:val="00B47730"/>
    <w:rsid w:val="00BE4998"/>
    <w:rsid w:val="00C448C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9F1DD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9F1DD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400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786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4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7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4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8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1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B576EA-8C75-4DD3-A9B5-9BF3A2313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1157</Words>
  <Characters>6596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7738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Tanjia Chernova</cp:lastModifiedBy>
  <cp:revision>4</cp:revision>
  <dcterms:created xsi:type="dcterms:W3CDTF">2013-12-23T23:15:00Z</dcterms:created>
  <dcterms:modified xsi:type="dcterms:W3CDTF">2026-03-31T20:19:00Z</dcterms:modified>
  <cp:category/>
</cp:coreProperties>
</file>