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CBC" w:rsidRPr="009D6752" w:rsidRDefault="009D6752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D67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</w:t>
      </w:r>
      <w:proofErr w:type="spellStart"/>
      <w:r w:rsidR="000C322D" w:rsidRPr="009D6752">
        <w:rPr>
          <w:rFonts w:ascii="Times New Roman" w:hAnsi="Times New Roman" w:cs="Times New Roman"/>
          <w:b/>
          <w:sz w:val="28"/>
          <w:szCs w:val="28"/>
          <w:lang w:val="ru-RU"/>
        </w:rPr>
        <w:t>Практичне</w:t>
      </w:r>
      <w:proofErr w:type="spellEnd"/>
      <w:r w:rsidR="000C322D" w:rsidRPr="009D67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b/>
          <w:sz w:val="28"/>
          <w:szCs w:val="28"/>
          <w:lang w:val="ru-RU"/>
        </w:rPr>
        <w:t>заняття</w:t>
      </w:r>
      <w:proofErr w:type="spellEnd"/>
      <w:r w:rsidR="000C322D" w:rsidRPr="009D67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2</w:t>
      </w:r>
    </w:p>
    <w:p w:rsidR="00120CBC" w:rsidRPr="009D6752" w:rsidRDefault="009D675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D6752">
        <w:rPr>
          <w:rFonts w:ascii="Times New Roman" w:hAnsi="Times New Roman" w:cs="Times New Roman"/>
          <w:b/>
          <w:sz w:val="28"/>
          <w:szCs w:val="28"/>
          <w:lang w:val="ru-RU"/>
        </w:rPr>
        <w:t>Тема:</w:t>
      </w:r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Ознайомлення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виробничими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умовами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зберігання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зерна</w:t>
      </w:r>
      <w:r w:rsidRPr="009D6752">
        <w:rPr>
          <w:rFonts w:ascii="Times New Roman" w:hAnsi="Times New Roman" w:cs="Times New Roman"/>
          <w:sz w:val="28"/>
          <w:szCs w:val="28"/>
          <w:lang w:val="ru-RU"/>
        </w:rPr>
        <w:br/>
      </w:r>
      <w:r w:rsidR="000C322D" w:rsidRPr="009D6752">
        <w:rPr>
          <w:rFonts w:ascii="Times New Roman" w:hAnsi="Times New Roman" w:cs="Times New Roman"/>
          <w:b/>
          <w:sz w:val="28"/>
          <w:szCs w:val="28"/>
          <w:lang w:val="ru-RU"/>
        </w:rPr>
        <w:t>Мета:</w:t>
      </w:r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закріпити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вміння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відбирати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зерно для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аналізу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визначення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вологості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засміченості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зерна,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вмісту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клейковини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білка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ознайомитись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способами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розміщення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зерна в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зерносховищах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та контролем за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станом </w:t>
      </w:r>
      <w:proofErr w:type="spellStart"/>
      <w:proofErr w:type="gram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зберігання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D6752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0C322D" w:rsidRPr="009D6752">
        <w:rPr>
          <w:rFonts w:ascii="Times New Roman" w:hAnsi="Times New Roman" w:cs="Times New Roman"/>
          <w:b/>
          <w:sz w:val="28"/>
          <w:szCs w:val="28"/>
          <w:lang w:val="ru-RU"/>
        </w:rPr>
        <w:t>Матеріали</w:t>
      </w:r>
      <w:proofErr w:type="spellEnd"/>
      <w:r w:rsidR="000C322D" w:rsidRPr="009D67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="000C322D" w:rsidRPr="009D6752">
        <w:rPr>
          <w:rFonts w:ascii="Times New Roman" w:hAnsi="Times New Roman" w:cs="Times New Roman"/>
          <w:b/>
          <w:sz w:val="28"/>
          <w:szCs w:val="28"/>
          <w:lang w:val="ru-RU"/>
        </w:rPr>
        <w:t>обладнання</w:t>
      </w:r>
      <w:proofErr w:type="spellEnd"/>
      <w:r w:rsidR="000C322D" w:rsidRPr="009D6752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зерновий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щуп, зерно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пшениці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дерев’яні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планки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зі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скошеними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ребрами,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сушильна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шафа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, бокс,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ексикатор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щипці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терези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набі</w:t>
      </w:r>
      <w:proofErr w:type="gram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spellEnd"/>
      <w:proofErr w:type="gram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сит,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розбірні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дошки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зразки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елементів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шкідливої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домішки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бур’яни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, вода,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лабораторний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млинок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, термометр,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фарфорова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чашка,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мірний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циліндр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на 50 мл, чашка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Петрі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скло</w:t>
      </w:r>
      <w:proofErr w:type="spellEnd"/>
      <w:r w:rsidR="000C322D" w:rsidRPr="009D675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20CBC" w:rsidRPr="009D6752" w:rsidRDefault="000C322D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9D6752">
        <w:rPr>
          <w:rFonts w:ascii="Times New Roman" w:hAnsi="Times New Roman" w:cs="Times New Roman"/>
          <w:b/>
          <w:sz w:val="28"/>
          <w:szCs w:val="28"/>
          <w:lang w:val="ru-RU"/>
        </w:rPr>
        <w:t>Методичні</w:t>
      </w:r>
      <w:proofErr w:type="spellEnd"/>
      <w:r w:rsidRPr="009D67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D6752">
        <w:rPr>
          <w:rFonts w:ascii="Times New Roman" w:hAnsi="Times New Roman" w:cs="Times New Roman"/>
          <w:b/>
          <w:sz w:val="28"/>
          <w:szCs w:val="28"/>
          <w:lang w:val="ru-RU"/>
        </w:rPr>
        <w:t>вказівки</w:t>
      </w:r>
      <w:proofErr w:type="spellEnd"/>
    </w:p>
    <w:p w:rsidR="00120CBC" w:rsidRPr="009D6752" w:rsidRDefault="000C322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Відібрати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зерно для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аналізу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Вивчити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методики та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виконати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досл</w:t>
      </w:r>
      <w:proofErr w:type="gramEnd"/>
      <w:r w:rsidRPr="009D6752">
        <w:rPr>
          <w:rFonts w:ascii="Times New Roman" w:hAnsi="Times New Roman" w:cs="Times New Roman"/>
          <w:sz w:val="28"/>
          <w:szCs w:val="28"/>
          <w:lang w:val="ru-RU"/>
        </w:rPr>
        <w:t>ідження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вологості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засміченості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зерна,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визначення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вмісту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клейковини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білка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Розглянути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способи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розміщення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зерна в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зерносховищах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і контроль за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станом </w:t>
      </w:r>
      <w:proofErr w:type="spellStart"/>
      <w:proofErr w:type="gram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9D6752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зберігання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Вивчити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характеристику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зерносховищ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особливості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9D6752">
        <w:rPr>
          <w:rFonts w:ascii="Times New Roman" w:hAnsi="Times New Roman" w:cs="Times New Roman"/>
          <w:sz w:val="28"/>
          <w:szCs w:val="28"/>
          <w:lang w:val="ru-RU"/>
        </w:rPr>
        <w:t>ідготовки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приймання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D6752">
        <w:rPr>
          <w:rFonts w:ascii="Times New Roman" w:hAnsi="Times New Roman" w:cs="Times New Roman"/>
          <w:sz w:val="28"/>
          <w:szCs w:val="28"/>
          <w:lang w:val="ru-RU"/>
        </w:rPr>
        <w:t>врожаю</w:t>
      </w:r>
      <w:proofErr w:type="spellEnd"/>
      <w:r w:rsidRPr="009D675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9672C" w:rsidRPr="00C9672C" w:rsidRDefault="000C322D" w:rsidP="00C9672C">
      <w:pPr>
        <w:pStyle w:val="aff8"/>
        <w:rPr>
          <w:i/>
          <w:sz w:val="28"/>
          <w:szCs w:val="28"/>
        </w:rPr>
      </w:pPr>
      <w:proofErr w:type="spellStart"/>
      <w:r w:rsidRPr="009D6752">
        <w:rPr>
          <w:b/>
          <w:sz w:val="28"/>
          <w:szCs w:val="28"/>
        </w:rPr>
        <w:t>Завдання</w:t>
      </w:r>
      <w:proofErr w:type="spellEnd"/>
      <w:r w:rsidRPr="009D6752">
        <w:rPr>
          <w:b/>
          <w:sz w:val="28"/>
          <w:szCs w:val="28"/>
        </w:rPr>
        <w:t xml:space="preserve"> 1. </w:t>
      </w:r>
      <w:proofErr w:type="spellStart"/>
      <w:r w:rsidRPr="009D6752">
        <w:rPr>
          <w:b/>
          <w:sz w:val="28"/>
          <w:szCs w:val="28"/>
        </w:rPr>
        <w:t>Відбір</w:t>
      </w:r>
      <w:proofErr w:type="spellEnd"/>
      <w:r w:rsidRPr="009D6752">
        <w:rPr>
          <w:b/>
          <w:sz w:val="28"/>
          <w:szCs w:val="28"/>
        </w:rPr>
        <w:t xml:space="preserve"> зерна для </w:t>
      </w:r>
      <w:proofErr w:type="spellStart"/>
      <w:r w:rsidRPr="009D6752">
        <w:rPr>
          <w:b/>
          <w:sz w:val="28"/>
          <w:szCs w:val="28"/>
        </w:rPr>
        <w:t>аналізу</w:t>
      </w:r>
      <w:proofErr w:type="spellEnd"/>
      <w:proofErr w:type="gramStart"/>
      <w:r w:rsidR="00C9672C">
        <w:rPr>
          <w:b/>
          <w:sz w:val="28"/>
          <w:szCs w:val="28"/>
        </w:rPr>
        <w:br/>
      </w:r>
      <w:proofErr w:type="spellStart"/>
      <w:r w:rsidR="00C9672C" w:rsidRPr="00C9672C">
        <w:rPr>
          <w:i/>
          <w:sz w:val="28"/>
          <w:szCs w:val="28"/>
        </w:rPr>
        <w:t>В</w:t>
      </w:r>
      <w:proofErr w:type="gramEnd"/>
      <w:r w:rsidR="00C9672C" w:rsidRPr="00C9672C">
        <w:rPr>
          <w:i/>
          <w:sz w:val="28"/>
          <w:szCs w:val="28"/>
        </w:rPr>
        <w:t>ідповідність</w:t>
      </w:r>
      <w:proofErr w:type="spellEnd"/>
      <w:r w:rsidR="00C9672C" w:rsidRPr="00C9672C">
        <w:rPr>
          <w:i/>
          <w:sz w:val="28"/>
          <w:szCs w:val="28"/>
        </w:rPr>
        <w:t xml:space="preserve"> </w:t>
      </w:r>
      <w:proofErr w:type="spellStart"/>
      <w:r w:rsidR="00C9672C" w:rsidRPr="00C9672C">
        <w:rPr>
          <w:i/>
          <w:sz w:val="28"/>
          <w:szCs w:val="28"/>
        </w:rPr>
        <w:t>якості</w:t>
      </w:r>
      <w:proofErr w:type="spellEnd"/>
      <w:r w:rsidR="00C9672C" w:rsidRPr="00C9672C">
        <w:rPr>
          <w:i/>
          <w:sz w:val="28"/>
          <w:szCs w:val="28"/>
        </w:rPr>
        <w:t xml:space="preserve"> зерна стандарту </w:t>
      </w:r>
      <w:proofErr w:type="spellStart"/>
      <w:r w:rsidR="00C9672C" w:rsidRPr="00C9672C">
        <w:rPr>
          <w:i/>
          <w:sz w:val="28"/>
          <w:szCs w:val="28"/>
        </w:rPr>
        <w:t>визначають</w:t>
      </w:r>
      <w:proofErr w:type="spellEnd"/>
      <w:r w:rsidR="00C9672C" w:rsidRPr="00C9672C">
        <w:rPr>
          <w:i/>
          <w:sz w:val="28"/>
          <w:szCs w:val="28"/>
        </w:rPr>
        <w:t xml:space="preserve"> за </w:t>
      </w:r>
      <w:proofErr w:type="spellStart"/>
      <w:r w:rsidR="00C9672C" w:rsidRPr="00C9672C">
        <w:rPr>
          <w:i/>
          <w:sz w:val="28"/>
          <w:szCs w:val="28"/>
        </w:rPr>
        <w:t>середньою</w:t>
      </w:r>
      <w:proofErr w:type="spellEnd"/>
      <w:r w:rsidR="00C9672C" w:rsidRPr="00C9672C">
        <w:rPr>
          <w:i/>
          <w:sz w:val="28"/>
          <w:szCs w:val="28"/>
        </w:rPr>
        <w:t xml:space="preserve"> пробою </w:t>
      </w:r>
      <w:proofErr w:type="spellStart"/>
      <w:r w:rsidR="00C9672C" w:rsidRPr="00C9672C">
        <w:rPr>
          <w:i/>
          <w:sz w:val="28"/>
          <w:szCs w:val="28"/>
        </w:rPr>
        <w:t>масою</w:t>
      </w:r>
      <w:proofErr w:type="spellEnd"/>
      <w:r w:rsidR="00C9672C" w:rsidRPr="00C9672C">
        <w:rPr>
          <w:i/>
          <w:sz w:val="28"/>
          <w:szCs w:val="28"/>
        </w:rPr>
        <w:t xml:space="preserve"> 2 ± 0,1 кг.</w:t>
      </w:r>
      <w:r w:rsidR="00C9672C" w:rsidRPr="00C9672C">
        <w:rPr>
          <w:i/>
          <w:sz w:val="28"/>
          <w:szCs w:val="28"/>
          <w:lang w:val="uk-UA"/>
        </w:rPr>
        <w:br/>
      </w:r>
      <w:r w:rsidR="00C9672C" w:rsidRPr="00C9672C">
        <w:rPr>
          <w:i/>
          <w:sz w:val="28"/>
          <w:szCs w:val="28"/>
        </w:rPr>
        <w:t xml:space="preserve">Порядок </w:t>
      </w:r>
      <w:proofErr w:type="spellStart"/>
      <w:r w:rsidR="00C9672C" w:rsidRPr="00C9672C">
        <w:rPr>
          <w:i/>
          <w:sz w:val="28"/>
          <w:szCs w:val="28"/>
        </w:rPr>
        <w:t>відбору</w:t>
      </w:r>
      <w:proofErr w:type="spellEnd"/>
      <w:r w:rsidR="00C9672C" w:rsidRPr="00C9672C">
        <w:rPr>
          <w:i/>
          <w:sz w:val="28"/>
          <w:szCs w:val="28"/>
        </w:rPr>
        <w:t>:</w:t>
      </w:r>
    </w:p>
    <w:p w:rsidR="00C9672C" w:rsidRPr="00C9672C" w:rsidRDefault="00C9672C" w:rsidP="00C9672C">
      <w:pPr>
        <w:pStyle w:val="aff8"/>
        <w:numPr>
          <w:ilvl w:val="0"/>
          <w:numId w:val="13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Об’єднану</w:t>
      </w:r>
      <w:proofErr w:type="spellEnd"/>
      <w:r w:rsidRPr="00C9672C">
        <w:rPr>
          <w:i/>
          <w:sz w:val="28"/>
          <w:szCs w:val="28"/>
        </w:rPr>
        <w:t xml:space="preserve"> пробу </w:t>
      </w:r>
      <w:proofErr w:type="spellStart"/>
      <w:r w:rsidRPr="00C9672C">
        <w:rPr>
          <w:i/>
          <w:sz w:val="28"/>
          <w:szCs w:val="28"/>
        </w:rPr>
        <w:t>висипають</w:t>
      </w:r>
      <w:proofErr w:type="spellEnd"/>
      <w:r w:rsidRPr="00C9672C">
        <w:rPr>
          <w:i/>
          <w:sz w:val="28"/>
          <w:szCs w:val="28"/>
        </w:rPr>
        <w:t xml:space="preserve"> на </w:t>
      </w:r>
      <w:proofErr w:type="spellStart"/>
      <w:r w:rsidRPr="00C9672C">
        <w:rPr>
          <w:i/>
          <w:sz w:val="28"/>
          <w:szCs w:val="28"/>
        </w:rPr>
        <w:t>чисту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proofErr w:type="gramStart"/>
      <w:r w:rsidRPr="00C9672C">
        <w:rPr>
          <w:i/>
          <w:sz w:val="28"/>
          <w:szCs w:val="28"/>
        </w:rPr>
        <w:t>р</w:t>
      </w:r>
      <w:proofErr w:type="gramEnd"/>
      <w:r w:rsidRPr="00C9672C">
        <w:rPr>
          <w:i/>
          <w:sz w:val="28"/>
          <w:szCs w:val="28"/>
        </w:rPr>
        <w:t>івну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поверхню</w:t>
      </w:r>
      <w:proofErr w:type="spellEnd"/>
      <w:r w:rsidRPr="00C9672C">
        <w:rPr>
          <w:i/>
          <w:sz w:val="28"/>
          <w:szCs w:val="28"/>
        </w:rPr>
        <w:t xml:space="preserve"> у </w:t>
      </w:r>
      <w:proofErr w:type="spellStart"/>
      <w:r w:rsidRPr="00C9672C">
        <w:rPr>
          <w:i/>
          <w:sz w:val="28"/>
          <w:szCs w:val="28"/>
        </w:rPr>
        <w:t>вигляді</w:t>
      </w:r>
      <w:proofErr w:type="spellEnd"/>
      <w:r w:rsidRPr="00C9672C">
        <w:rPr>
          <w:i/>
          <w:sz w:val="28"/>
          <w:szCs w:val="28"/>
        </w:rPr>
        <w:t xml:space="preserve"> квадрата.</w:t>
      </w:r>
    </w:p>
    <w:p w:rsidR="00C9672C" w:rsidRPr="00C9672C" w:rsidRDefault="00C9672C" w:rsidP="00C9672C">
      <w:pPr>
        <w:pStyle w:val="aff8"/>
        <w:numPr>
          <w:ilvl w:val="0"/>
          <w:numId w:val="13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Перемішують</w:t>
      </w:r>
      <w:proofErr w:type="spellEnd"/>
      <w:r w:rsidRPr="00C9672C">
        <w:rPr>
          <w:i/>
          <w:sz w:val="28"/>
          <w:szCs w:val="28"/>
        </w:rPr>
        <w:t xml:space="preserve"> зерно </w:t>
      </w:r>
      <w:proofErr w:type="spellStart"/>
      <w:r w:rsidRPr="00C9672C">
        <w:rPr>
          <w:i/>
          <w:sz w:val="28"/>
          <w:szCs w:val="28"/>
        </w:rPr>
        <w:t>двома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дерев’яними</w:t>
      </w:r>
      <w:proofErr w:type="spellEnd"/>
      <w:r w:rsidRPr="00C9672C">
        <w:rPr>
          <w:i/>
          <w:sz w:val="28"/>
          <w:szCs w:val="28"/>
        </w:rPr>
        <w:t xml:space="preserve"> планками </w:t>
      </w:r>
      <w:proofErr w:type="spellStart"/>
      <w:r w:rsidRPr="00C9672C">
        <w:rPr>
          <w:i/>
          <w:sz w:val="28"/>
          <w:szCs w:val="28"/>
        </w:rPr>
        <w:t>зі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скошеними</w:t>
      </w:r>
      <w:proofErr w:type="spellEnd"/>
      <w:r w:rsidRPr="00C9672C">
        <w:rPr>
          <w:i/>
          <w:sz w:val="28"/>
          <w:szCs w:val="28"/>
        </w:rPr>
        <w:t xml:space="preserve"> ребрами (</w:t>
      </w:r>
      <w:proofErr w:type="spellStart"/>
      <w:r w:rsidRPr="00C9672C">
        <w:rPr>
          <w:i/>
          <w:sz w:val="28"/>
          <w:szCs w:val="28"/>
        </w:rPr>
        <w:t>тричі</w:t>
      </w:r>
      <w:proofErr w:type="spellEnd"/>
      <w:r w:rsidRPr="00C9672C">
        <w:rPr>
          <w:i/>
          <w:sz w:val="28"/>
          <w:szCs w:val="28"/>
        </w:rPr>
        <w:t>).</w:t>
      </w:r>
    </w:p>
    <w:p w:rsidR="00C9672C" w:rsidRPr="00C9672C" w:rsidRDefault="00C9672C" w:rsidP="00C9672C">
      <w:pPr>
        <w:pStyle w:val="aff8"/>
        <w:numPr>
          <w:ilvl w:val="0"/>
          <w:numId w:val="13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Формують</w:t>
      </w:r>
      <w:proofErr w:type="spellEnd"/>
      <w:r w:rsidRPr="00C9672C">
        <w:rPr>
          <w:i/>
          <w:sz w:val="28"/>
          <w:szCs w:val="28"/>
        </w:rPr>
        <w:t xml:space="preserve"> валик, </w:t>
      </w:r>
      <w:proofErr w:type="spellStart"/>
      <w:r w:rsidRPr="00C9672C">
        <w:rPr>
          <w:i/>
          <w:sz w:val="28"/>
          <w:szCs w:val="28"/>
        </w:rPr>
        <w:t>знову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перемішують</w:t>
      </w:r>
      <w:proofErr w:type="spellEnd"/>
      <w:r w:rsidRPr="00C9672C">
        <w:rPr>
          <w:i/>
          <w:sz w:val="28"/>
          <w:szCs w:val="28"/>
        </w:rPr>
        <w:t>.</w:t>
      </w:r>
    </w:p>
    <w:p w:rsidR="00C9672C" w:rsidRPr="00C9672C" w:rsidRDefault="00C9672C" w:rsidP="00C9672C">
      <w:pPr>
        <w:pStyle w:val="aff8"/>
        <w:numPr>
          <w:ilvl w:val="0"/>
          <w:numId w:val="13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Ділять</w:t>
      </w:r>
      <w:proofErr w:type="spellEnd"/>
      <w:r w:rsidRPr="00C9672C">
        <w:rPr>
          <w:i/>
          <w:sz w:val="28"/>
          <w:szCs w:val="28"/>
        </w:rPr>
        <w:t xml:space="preserve"> квадрат по </w:t>
      </w:r>
      <w:proofErr w:type="spellStart"/>
      <w:r w:rsidRPr="00C9672C">
        <w:rPr>
          <w:i/>
          <w:sz w:val="28"/>
          <w:szCs w:val="28"/>
        </w:rPr>
        <w:t>діагоналі</w:t>
      </w:r>
      <w:proofErr w:type="spellEnd"/>
      <w:r w:rsidRPr="00C9672C">
        <w:rPr>
          <w:i/>
          <w:sz w:val="28"/>
          <w:szCs w:val="28"/>
        </w:rPr>
        <w:t xml:space="preserve"> на </w:t>
      </w:r>
      <w:proofErr w:type="spellStart"/>
      <w:r w:rsidRPr="00C9672C">
        <w:rPr>
          <w:i/>
          <w:sz w:val="28"/>
          <w:szCs w:val="28"/>
        </w:rPr>
        <w:t>чотири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трикутники</w:t>
      </w:r>
      <w:proofErr w:type="spellEnd"/>
      <w:r w:rsidRPr="00C9672C">
        <w:rPr>
          <w:i/>
          <w:sz w:val="28"/>
          <w:szCs w:val="28"/>
        </w:rPr>
        <w:t>.</w:t>
      </w:r>
    </w:p>
    <w:p w:rsidR="00C9672C" w:rsidRPr="00C9672C" w:rsidRDefault="00C9672C" w:rsidP="00C9672C">
      <w:pPr>
        <w:pStyle w:val="aff8"/>
        <w:numPr>
          <w:ilvl w:val="0"/>
          <w:numId w:val="13"/>
        </w:numPr>
        <w:rPr>
          <w:i/>
          <w:sz w:val="28"/>
          <w:szCs w:val="28"/>
        </w:rPr>
      </w:pPr>
      <w:r w:rsidRPr="00C9672C">
        <w:rPr>
          <w:i/>
          <w:sz w:val="28"/>
          <w:szCs w:val="28"/>
        </w:rPr>
        <w:t xml:space="preserve">Два </w:t>
      </w:r>
      <w:proofErr w:type="spellStart"/>
      <w:r w:rsidRPr="00C9672C">
        <w:rPr>
          <w:i/>
          <w:sz w:val="28"/>
          <w:szCs w:val="28"/>
        </w:rPr>
        <w:t>протилежні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трикутники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відбирають</w:t>
      </w:r>
      <w:proofErr w:type="spellEnd"/>
      <w:r w:rsidRPr="00C9672C">
        <w:rPr>
          <w:i/>
          <w:sz w:val="28"/>
          <w:szCs w:val="28"/>
        </w:rPr>
        <w:t xml:space="preserve">, </w:t>
      </w:r>
      <w:proofErr w:type="spellStart"/>
      <w:r w:rsidRPr="00C9672C">
        <w:rPr>
          <w:i/>
          <w:sz w:val="28"/>
          <w:szCs w:val="28"/>
        </w:rPr>
        <w:t>інші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відкидають</w:t>
      </w:r>
      <w:proofErr w:type="spellEnd"/>
      <w:r w:rsidRPr="00C9672C">
        <w:rPr>
          <w:i/>
          <w:sz w:val="28"/>
          <w:szCs w:val="28"/>
        </w:rPr>
        <w:t>.</w:t>
      </w:r>
    </w:p>
    <w:p w:rsidR="00C9672C" w:rsidRPr="00C9672C" w:rsidRDefault="00C9672C" w:rsidP="00C9672C">
      <w:pPr>
        <w:pStyle w:val="aff8"/>
        <w:numPr>
          <w:ilvl w:val="0"/>
          <w:numId w:val="13"/>
        </w:numPr>
        <w:rPr>
          <w:i/>
          <w:sz w:val="28"/>
          <w:szCs w:val="28"/>
        </w:rPr>
      </w:pPr>
      <w:r w:rsidRPr="00C9672C">
        <w:rPr>
          <w:i/>
          <w:sz w:val="28"/>
          <w:szCs w:val="28"/>
        </w:rPr>
        <w:t xml:space="preserve">Процедуру </w:t>
      </w:r>
      <w:proofErr w:type="spellStart"/>
      <w:r w:rsidRPr="00C9672C">
        <w:rPr>
          <w:i/>
          <w:sz w:val="28"/>
          <w:szCs w:val="28"/>
        </w:rPr>
        <w:t>повторюють</w:t>
      </w:r>
      <w:proofErr w:type="spellEnd"/>
      <w:r w:rsidRPr="00C9672C">
        <w:rPr>
          <w:i/>
          <w:sz w:val="28"/>
          <w:szCs w:val="28"/>
        </w:rPr>
        <w:t xml:space="preserve"> до </w:t>
      </w:r>
      <w:proofErr w:type="spellStart"/>
      <w:r w:rsidRPr="00C9672C">
        <w:rPr>
          <w:i/>
          <w:sz w:val="28"/>
          <w:szCs w:val="28"/>
        </w:rPr>
        <w:t>отримання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маси</w:t>
      </w:r>
      <w:proofErr w:type="spellEnd"/>
      <w:r w:rsidRPr="00C9672C">
        <w:rPr>
          <w:i/>
          <w:sz w:val="28"/>
          <w:szCs w:val="28"/>
        </w:rPr>
        <w:t xml:space="preserve"> 2 ± 0,1 кг.</w:t>
      </w:r>
    </w:p>
    <w:p w:rsidR="00120CBC" w:rsidRPr="00C9672C" w:rsidRDefault="00C9672C" w:rsidP="00C9672C">
      <w:pPr>
        <w:pStyle w:val="aff8"/>
        <w:rPr>
          <w:i/>
          <w:sz w:val="28"/>
          <w:szCs w:val="28"/>
          <w:lang w:val="uk-UA"/>
        </w:rPr>
      </w:pPr>
      <w:proofErr w:type="spellStart"/>
      <w:r w:rsidRPr="00C9672C">
        <w:rPr>
          <w:i/>
          <w:sz w:val="28"/>
          <w:szCs w:val="28"/>
        </w:rPr>
        <w:t>Отримана</w:t>
      </w:r>
      <w:proofErr w:type="spellEnd"/>
      <w:r w:rsidRPr="00C9672C">
        <w:rPr>
          <w:i/>
          <w:sz w:val="28"/>
          <w:szCs w:val="28"/>
        </w:rPr>
        <w:t xml:space="preserve"> проба є </w:t>
      </w:r>
      <w:proofErr w:type="spellStart"/>
      <w:r w:rsidRPr="00C9672C">
        <w:rPr>
          <w:i/>
          <w:sz w:val="28"/>
          <w:szCs w:val="28"/>
        </w:rPr>
        <w:t>середньою</w:t>
      </w:r>
      <w:proofErr w:type="spellEnd"/>
      <w:r w:rsidRPr="00C9672C">
        <w:rPr>
          <w:i/>
          <w:sz w:val="28"/>
          <w:szCs w:val="28"/>
        </w:rPr>
        <w:t xml:space="preserve"> і </w:t>
      </w:r>
      <w:proofErr w:type="spellStart"/>
      <w:r w:rsidRPr="00C9672C">
        <w:rPr>
          <w:i/>
          <w:sz w:val="28"/>
          <w:szCs w:val="28"/>
        </w:rPr>
        <w:t>використовується</w:t>
      </w:r>
      <w:proofErr w:type="spellEnd"/>
      <w:r w:rsidRPr="00C9672C">
        <w:rPr>
          <w:i/>
          <w:sz w:val="28"/>
          <w:szCs w:val="28"/>
        </w:rPr>
        <w:t xml:space="preserve"> для </w:t>
      </w:r>
      <w:proofErr w:type="spellStart"/>
      <w:r w:rsidRPr="00C9672C">
        <w:rPr>
          <w:i/>
          <w:sz w:val="28"/>
          <w:szCs w:val="28"/>
        </w:rPr>
        <w:t>подальших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аналізі</w:t>
      </w:r>
      <w:proofErr w:type="gramStart"/>
      <w:r w:rsidRPr="00C9672C">
        <w:rPr>
          <w:i/>
          <w:sz w:val="28"/>
          <w:szCs w:val="28"/>
        </w:rPr>
        <w:t>в</w:t>
      </w:r>
      <w:proofErr w:type="spellEnd"/>
      <w:proofErr w:type="gramEnd"/>
      <w:r w:rsidRPr="00C9672C">
        <w:rPr>
          <w:i/>
          <w:sz w:val="28"/>
          <w:szCs w:val="28"/>
        </w:rPr>
        <w:t>.</w:t>
      </w:r>
    </w:p>
    <w:p w:rsidR="00C9672C" w:rsidRPr="00C9672C" w:rsidRDefault="000C322D" w:rsidP="00C9672C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</w:rPr>
      </w:pPr>
      <w:proofErr w:type="spellStart"/>
      <w:r w:rsidRPr="00C9672C">
        <w:rPr>
          <w:rFonts w:ascii="Times New Roman" w:hAnsi="Times New Roman" w:cs="Times New Roman"/>
          <w:color w:val="auto"/>
          <w:sz w:val="28"/>
          <w:szCs w:val="28"/>
          <w:lang w:val="ru-RU"/>
        </w:rPr>
        <w:lastRenderedPageBreak/>
        <w:t>Завдання</w:t>
      </w:r>
      <w:proofErr w:type="spellEnd"/>
      <w:r w:rsidRPr="00C9672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2. </w:t>
      </w:r>
      <w:proofErr w:type="spellStart"/>
      <w:r w:rsidRPr="00C9672C">
        <w:rPr>
          <w:rFonts w:ascii="Times New Roman" w:hAnsi="Times New Roman" w:cs="Times New Roman"/>
          <w:color w:val="auto"/>
          <w:sz w:val="28"/>
          <w:szCs w:val="28"/>
          <w:lang w:val="ru-RU"/>
        </w:rPr>
        <w:t>Визначити</w:t>
      </w:r>
      <w:proofErr w:type="spellEnd"/>
      <w:r w:rsidRPr="00C9672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C9672C">
        <w:rPr>
          <w:rFonts w:ascii="Times New Roman" w:hAnsi="Times New Roman" w:cs="Times New Roman"/>
          <w:color w:val="auto"/>
          <w:sz w:val="28"/>
          <w:szCs w:val="28"/>
          <w:lang w:val="ru-RU"/>
        </w:rPr>
        <w:t>вологість</w:t>
      </w:r>
      <w:proofErr w:type="spellEnd"/>
      <w:r w:rsidRPr="00C9672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зерна </w:t>
      </w:r>
      <w:proofErr w:type="spellStart"/>
      <w:r w:rsidRPr="00C9672C">
        <w:rPr>
          <w:rFonts w:ascii="Times New Roman" w:hAnsi="Times New Roman" w:cs="Times New Roman"/>
          <w:color w:val="auto"/>
          <w:sz w:val="28"/>
          <w:szCs w:val="28"/>
          <w:lang w:val="ru-RU"/>
        </w:rPr>
        <w:t>основним</w:t>
      </w:r>
      <w:proofErr w:type="spellEnd"/>
      <w:r w:rsidRPr="00C9672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методом</w:t>
      </w:r>
      <w:r w:rsidR="00C9672C"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br/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Записати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методику,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визначити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вологість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зерна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пшениці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основним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методом та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з’ясувати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його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стан за табл. 2.1.</w:t>
      </w:r>
      <w:r w:rsidR="00C9672C" w:rsidRPr="00C9672C"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proofErr w:type="spellStart"/>
      <w:r w:rsidR="00C9672C" w:rsidRPr="00C9672C">
        <w:rPr>
          <w:rFonts w:ascii="Times New Roman" w:hAnsi="Times New Roman" w:cs="Times New Roman"/>
          <w:i/>
          <w:color w:val="auto"/>
          <w:sz w:val="28"/>
          <w:szCs w:val="28"/>
        </w:rPr>
        <w:t>Методика</w:t>
      </w:r>
      <w:proofErr w:type="spellEnd"/>
    </w:p>
    <w:p w:rsidR="00C9672C" w:rsidRPr="00C9672C" w:rsidRDefault="00C9672C" w:rsidP="00C9672C">
      <w:pPr>
        <w:pStyle w:val="aff8"/>
        <w:numPr>
          <w:ilvl w:val="0"/>
          <w:numId w:val="14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Із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середньої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проби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беруть</w:t>
      </w:r>
      <w:proofErr w:type="spellEnd"/>
      <w:r w:rsidRPr="00C9672C">
        <w:rPr>
          <w:i/>
          <w:sz w:val="28"/>
          <w:szCs w:val="28"/>
        </w:rPr>
        <w:t xml:space="preserve"> 30 г зерна.</w:t>
      </w:r>
    </w:p>
    <w:p w:rsidR="00C9672C" w:rsidRPr="00C9672C" w:rsidRDefault="00C9672C" w:rsidP="00C9672C">
      <w:pPr>
        <w:pStyle w:val="aff8"/>
        <w:numPr>
          <w:ilvl w:val="0"/>
          <w:numId w:val="14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Подрібнюють</w:t>
      </w:r>
      <w:proofErr w:type="spellEnd"/>
      <w:r w:rsidRPr="00C9672C">
        <w:rPr>
          <w:i/>
          <w:sz w:val="28"/>
          <w:szCs w:val="28"/>
        </w:rPr>
        <w:t xml:space="preserve"> (60% проходить </w:t>
      </w:r>
      <w:proofErr w:type="spellStart"/>
      <w:proofErr w:type="gramStart"/>
      <w:r w:rsidRPr="00C9672C">
        <w:rPr>
          <w:i/>
          <w:sz w:val="28"/>
          <w:szCs w:val="28"/>
        </w:rPr>
        <w:t>кр</w:t>
      </w:r>
      <w:proofErr w:type="gramEnd"/>
      <w:r w:rsidRPr="00C9672C">
        <w:rPr>
          <w:i/>
          <w:sz w:val="28"/>
          <w:szCs w:val="28"/>
        </w:rPr>
        <w:t>ізь</w:t>
      </w:r>
      <w:proofErr w:type="spellEnd"/>
      <w:r w:rsidRPr="00C9672C">
        <w:rPr>
          <w:i/>
          <w:sz w:val="28"/>
          <w:szCs w:val="28"/>
        </w:rPr>
        <w:t xml:space="preserve"> сито 0,8 мм).</w:t>
      </w:r>
    </w:p>
    <w:p w:rsidR="00C9672C" w:rsidRPr="00C9672C" w:rsidRDefault="00C9672C" w:rsidP="00C9672C">
      <w:pPr>
        <w:pStyle w:val="aff8"/>
        <w:numPr>
          <w:ilvl w:val="0"/>
          <w:numId w:val="14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Відбирають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дві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наважки</w:t>
      </w:r>
      <w:proofErr w:type="spellEnd"/>
      <w:r w:rsidRPr="00C9672C">
        <w:rPr>
          <w:i/>
          <w:sz w:val="28"/>
          <w:szCs w:val="28"/>
        </w:rPr>
        <w:t xml:space="preserve"> по 5 г у </w:t>
      </w:r>
      <w:proofErr w:type="spellStart"/>
      <w:r w:rsidRPr="00C9672C">
        <w:rPr>
          <w:i/>
          <w:sz w:val="28"/>
          <w:szCs w:val="28"/>
        </w:rPr>
        <w:t>зважені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бюкси</w:t>
      </w:r>
      <w:proofErr w:type="spellEnd"/>
      <w:r w:rsidRPr="00C9672C">
        <w:rPr>
          <w:i/>
          <w:sz w:val="28"/>
          <w:szCs w:val="28"/>
        </w:rPr>
        <w:t>.</w:t>
      </w:r>
    </w:p>
    <w:p w:rsidR="00C9672C" w:rsidRPr="00C9672C" w:rsidRDefault="00C9672C" w:rsidP="00C9672C">
      <w:pPr>
        <w:pStyle w:val="aff8"/>
        <w:numPr>
          <w:ilvl w:val="0"/>
          <w:numId w:val="14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Сушать</w:t>
      </w:r>
      <w:proofErr w:type="spellEnd"/>
      <w:r w:rsidRPr="00C9672C">
        <w:rPr>
          <w:i/>
          <w:sz w:val="28"/>
          <w:szCs w:val="28"/>
        </w:rPr>
        <w:t xml:space="preserve"> у </w:t>
      </w:r>
      <w:proofErr w:type="spellStart"/>
      <w:r w:rsidRPr="00C9672C">
        <w:rPr>
          <w:i/>
          <w:sz w:val="28"/>
          <w:szCs w:val="28"/>
        </w:rPr>
        <w:t>сушильній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шафі</w:t>
      </w:r>
      <w:proofErr w:type="spellEnd"/>
      <w:r w:rsidRPr="00C9672C">
        <w:rPr>
          <w:i/>
          <w:sz w:val="28"/>
          <w:szCs w:val="28"/>
        </w:rPr>
        <w:t xml:space="preserve"> при </w:t>
      </w:r>
      <w:proofErr w:type="spellStart"/>
      <w:r w:rsidRPr="00C9672C">
        <w:rPr>
          <w:i/>
          <w:sz w:val="28"/>
          <w:szCs w:val="28"/>
        </w:rPr>
        <w:t>температурі</w:t>
      </w:r>
      <w:proofErr w:type="spellEnd"/>
      <w:r w:rsidRPr="00C9672C">
        <w:rPr>
          <w:i/>
          <w:sz w:val="28"/>
          <w:szCs w:val="28"/>
        </w:rPr>
        <w:t xml:space="preserve"> 130</w:t>
      </w:r>
      <w:proofErr w:type="gramStart"/>
      <w:r w:rsidRPr="00C9672C">
        <w:rPr>
          <w:i/>
          <w:sz w:val="28"/>
          <w:szCs w:val="28"/>
        </w:rPr>
        <w:t>°С</w:t>
      </w:r>
      <w:proofErr w:type="gram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протягом</w:t>
      </w:r>
      <w:proofErr w:type="spellEnd"/>
      <w:r w:rsidRPr="00C9672C">
        <w:rPr>
          <w:i/>
          <w:sz w:val="28"/>
          <w:szCs w:val="28"/>
        </w:rPr>
        <w:t xml:space="preserve"> 60 </w:t>
      </w:r>
      <w:proofErr w:type="spellStart"/>
      <w:r w:rsidRPr="00C9672C">
        <w:rPr>
          <w:i/>
          <w:sz w:val="28"/>
          <w:szCs w:val="28"/>
        </w:rPr>
        <w:t>хв</w:t>
      </w:r>
      <w:proofErr w:type="spellEnd"/>
      <w:r w:rsidRPr="00C9672C">
        <w:rPr>
          <w:i/>
          <w:sz w:val="28"/>
          <w:szCs w:val="28"/>
        </w:rPr>
        <w:t>.</w:t>
      </w:r>
    </w:p>
    <w:p w:rsidR="00C9672C" w:rsidRPr="00C9672C" w:rsidRDefault="00C9672C" w:rsidP="00C9672C">
      <w:pPr>
        <w:pStyle w:val="aff8"/>
        <w:numPr>
          <w:ilvl w:val="0"/>
          <w:numId w:val="14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Охолоджують</w:t>
      </w:r>
      <w:proofErr w:type="spellEnd"/>
      <w:r w:rsidRPr="00C9672C">
        <w:rPr>
          <w:i/>
          <w:sz w:val="28"/>
          <w:szCs w:val="28"/>
        </w:rPr>
        <w:t xml:space="preserve"> в </w:t>
      </w:r>
      <w:proofErr w:type="spellStart"/>
      <w:r w:rsidRPr="00C9672C">
        <w:rPr>
          <w:i/>
          <w:sz w:val="28"/>
          <w:szCs w:val="28"/>
        </w:rPr>
        <w:t>ексикаторі</w:t>
      </w:r>
      <w:proofErr w:type="spellEnd"/>
      <w:r w:rsidRPr="00C9672C">
        <w:rPr>
          <w:i/>
          <w:sz w:val="28"/>
          <w:szCs w:val="28"/>
        </w:rPr>
        <w:t xml:space="preserve"> та </w:t>
      </w:r>
      <w:proofErr w:type="spellStart"/>
      <w:r w:rsidRPr="00C9672C">
        <w:rPr>
          <w:i/>
          <w:sz w:val="28"/>
          <w:szCs w:val="28"/>
        </w:rPr>
        <w:t>зважують</w:t>
      </w:r>
      <w:proofErr w:type="spellEnd"/>
      <w:r w:rsidRPr="00C9672C">
        <w:rPr>
          <w:i/>
          <w:sz w:val="28"/>
          <w:szCs w:val="28"/>
        </w:rPr>
        <w:t>.</w:t>
      </w:r>
    </w:p>
    <w:p w:rsidR="00C9672C" w:rsidRPr="00C9672C" w:rsidRDefault="00C9672C" w:rsidP="00C9672C">
      <w:pPr>
        <w:pStyle w:val="aff8"/>
        <w:numPr>
          <w:ilvl w:val="0"/>
          <w:numId w:val="14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Вологість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визначають</w:t>
      </w:r>
      <w:proofErr w:type="spellEnd"/>
      <w:r w:rsidRPr="00C9672C">
        <w:rPr>
          <w:i/>
          <w:sz w:val="28"/>
          <w:szCs w:val="28"/>
        </w:rPr>
        <w:t xml:space="preserve"> за формулою:</w:t>
      </w:r>
    </w:p>
    <w:p w:rsidR="00C9672C" w:rsidRPr="00C9672C" w:rsidRDefault="00C9672C" w:rsidP="00C9672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9672C">
        <w:rPr>
          <w:rStyle w:val="katex-mathml"/>
          <w:rFonts w:ascii="Times New Roman" w:hAnsi="Times New Roman" w:cs="Times New Roman"/>
          <w:i/>
          <w:sz w:val="28"/>
          <w:szCs w:val="28"/>
        </w:rPr>
        <w:t>W</w:t>
      </w:r>
      <w:r w:rsidRPr="00C9672C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t>=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28"/>
                <w:szCs w:val="28"/>
              </w:rPr>
              <m:t>M</m:t>
            </m:r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ru-RU"/>
              </w:rPr>
              <m:t>1-</m:t>
            </m:r>
            <m:r>
              <w:rPr>
                <w:rStyle w:val="katex-mathml"/>
                <w:rFonts w:ascii="Cambria Math" w:hAnsi="Cambria Math" w:cs="Times New Roman"/>
                <w:sz w:val="28"/>
                <w:szCs w:val="28"/>
              </w:rPr>
              <m:t>M</m:t>
            </m:r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ru-RU"/>
              </w:rPr>
              <m:t xml:space="preserve">2 </m:t>
            </m:r>
          </m:num>
          <m:den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ru-RU"/>
              </w:rPr>
              <m:t>M3</m:t>
            </m:r>
          </m:den>
        </m:f>
      </m:oMath>
      <w:r w:rsidRPr="00C9672C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t>×100−</w:t>
      </w:r>
      <w:r w:rsidRPr="00C9672C">
        <w:rPr>
          <w:rStyle w:val="katex-mathml"/>
          <w:rFonts w:ascii="Times New Roman" w:hAnsi="Times New Roman" w:cs="Times New Roman"/>
          <w:i/>
          <w:sz w:val="28"/>
          <w:szCs w:val="28"/>
        </w:rPr>
        <w:t>K</w:t>
      </w:r>
      <w:r w:rsidRPr="00C9672C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C9672C">
        <w:rPr>
          <w:rFonts w:ascii="Times New Roman" w:hAnsi="Times New Roman" w:cs="Times New Roman"/>
          <w:i/>
          <w:sz w:val="28"/>
          <w:szCs w:val="28"/>
          <w:lang w:val="ru-RU"/>
        </w:rPr>
        <w:t xml:space="preserve">де К для </w:t>
      </w:r>
      <w:proofErr w:type="spellStart"/>
      <w:r w:rsidRPr="00C9672C">
        <w:rPr>
          <w:rFonts w:ascii="Times New Roman" w:hAnsi="Times New Roman" w:cs="Times New Roman"/>
          <w:i/>
          <w:sz w:val="28"/>
          <w:szCs w:val="28"/>
          <w:lang w:val="ru-RU"/>
        </w:rPr>
        <w:t>пшениці</w:t>
      </w:r>
      <w:proofErr w:type="spellEnd"/>
      <w:r w:rsidRPr="00C9672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= 0</w:t>
      </w:r>
      <w:proofErr w:type="gramStart"/>
      <w:r w:rsidRPr="00C9672C">
        <w:rPr>
          <w:rFonts w:ascii="Times New Roman" w:hAnsi="Times New Roman" w:cs="Times New Roman"/>
          <w:i/>
          <w:sz w:val="28"/>
          <w:szCs w:val="28"/>
          <w:lang w:val="ru-RU"/>
        </w:rPr>
        <w:t>,3</w:t>
      </w:r>
      <w:proofErr w:type="gramEnd"/>
      <w:r w:rsidRPr="00C9672C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C9672C" w:rsidRPr="00C9672C" w:rsidRDefault="00C9672C" w:rsidP="00C9672C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C9672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Приклад </w:t>
      </w:r>
      <w:proofErr w:type="spellStart"/>
      <w:r w:rsidRPr="00C9672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розрахунку</w:t>
      </w:r>
      <w:proofErr w:type="spellEnd"/>
    </w:p>
    <w:p w:rsidR="00C9672C" w:rsidRPr="00C9672C" w:rsidRDefault="00C9672C" w:rsidP="00C9672C">
      <w:pPr>
        <w:pStyle w:val="aff8"/>
        <w:rPr>
          <w:i/>
          <w:sz w:val="28"/>
          <w:szCs w:val="28"/>
        </w:rPr>
      </w:pPr>
      <w:r w:rsidRPr="00C9672C">
        <w:rPr>
          <w:i/>
          <w:sz w:val="28"/>
          <w:szCs w:val="28"/>
        </w:rPr>
        <w:t>М</w:t>
      </w:r>
      <w:proofErr w:type="gramStart"/>
      <w:r w:rsidRPr="00C9672C">
        <w:rPr>
          <w:i/>
          <w:sz w:val="28"/>
          <w:szCs w:val="28"/>
        </w:rPr>
        <w:t>1</w:t>
      </w:r>
      <w:proofErr w:type="gramEnd"/>
      <w:r w:rsidRPr="00C9672C">
        <w:rPr>
          <w:i/>
          <w:sz w:val="28"/>
          <w:szCs w:val="28"/>
        </w:rPr>
        <w:t xml:space="preserve"> = 28,50 г</w:t>
      </w:r>
      <w:r w:rsidRPr="00C9672C">
        <w:rPr>
          <w:i/>
          <w:sz w:val="28"/>
          <w:szCs w:val="28"/>
        </w:rPr>
        <w:br/>
        <w:t>М2 = 27,80 г</w:t>
      </w:r>
      <w:r w:rsidRPr="00C9672C">
        <w:rPr>
          <w:i/>
          <w:sz w:val="28"/>
          <w:szCs w:val="28"/>
        </w:rPr>
        <w:br/>
        <w:t>М3 = 5 г</w:t>
      </w:r>
    </w:p>
    <w:p w:rsidR="00C9672C" w:rsidRPr="00C9672C" w:rsidRDefault="00C9672C" w:rsidP="00C9672C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C9672C">
        <w:rPr>
          <w:rStyle w:val="katex-mathml"/>
          <w:rFonts w:ascii="Times New Roman" w:hAnsi="Times New Roman" w:cs="Times New Roman"/>
          <w:i/>
          <w:sz w:val="28"/>
          <w:szCs w:val="28"/>
        </w:rPr>
        <w:t>W</w:t>
      </w:r>
      <w:r w:rsidRPr="00C9672C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t>=</w:t>
      </w:r>
      <w:r w:rsidRPr="00C9672C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ru-RU"/>
              </w:rPr>
              <m:t xml:space="preserve">28,50-27,80 </m:t>
            </m:r>
          </m:num>
          <m:den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ru-RU"/>
              </w:rPr>
              <m:t>5</m:t>
            </m:r>
          </m:den>
        </m:f>
      </m:oMath>
      <w:r w:rsidRPr="00C9672C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C9672C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t>×100−0</w:t>
      </w:r>
      <w:proofErr w:type="gramStart"/>
      <w:r w:rsidRPr="00C9672C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t>,3</w:t>
      </w:r>
      <w:proofErr w:type="gramEnd"/>
      <w:r w:rsidRPr="00C9672C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t xml:space="preserve">   </w:t>
      </w:r>
      <w:r w:rsidRPr="00C9672C">
        <w:rPr>
          <w:rStyle w:val="mord"/>
          <w:rFonts w:ascii="Times New Roman" w:hAnsi="Times New Roman" w:cs="Times New Roman"/>
          <w:i/>
          <w:sz w:val="28"/>
          <w:szCs w:val="28"/>
          <w:lang w:val="ru-RU"/>
        </w:rPr>
        <w:br/>
      </w:r>
      <w:r w:rsidRPr="00C9672C">
        <w:rPr>
          <w:rStyle w:val="katex-mathml"/>
          <w:rFonts w:ascii="Times New Roman" w:hAnsi="Times New Roman" w:cs="Times New Roman"/>
          <w:i/>
          <w:sz w:val="28"/>
          <w:szCs w:val="28"/>
        </w:rPr>
        <w:t>W</w:t>
      </w:r>
      <w:r w:rsidRPr="00C9672C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t>=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ru-RU"/>
              </w:rPr>
              <m:t>0,70</m:t>
            </m:r>
          </m:num>
          <m:den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ru-RU"/>
              </w:rPr>
              <m:t>5</m:t>
            </m:r>
          </m:den>
        </m:f>
      </m:oMath>
      <w:r w:rsidRPr="00C9672C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C9672C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t>×100−0,3</w:t>
      </w:r>
      <w:r w:rsidRPr="00C9672C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C9672C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C9672C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t xml:space="preserve">W </w:t>
      </w:r>
      <w:r w:rsidRPr="00C9672C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t>=14−0,3=13,7%</w:t>
      </w:r>
    </w:p>
    <w:p w:rsidR="00C9672C" w:rsidRPr="00C9672C" w:rsidRDefault="00C9672C" w:rsidP="00C9672C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proofErr w:type="spellStart"/>
      <w:r w:rsidRPr="00C9672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Визначення</w:t>
      </w:r>
      <w:proofErr w:type="spellEnd"/>
      <w:r w:rsidRPr="00C9672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стану зерна</w:t>
      </w:r>
    </w:p>
    <w:p w:rsidR="00C9672C" w:rsidRPr="00C9672C" w:rsidRDefault="00C9672C" w:rsidP="00C9672C">
      <w:pPr>
        <w:pStyle w:val="aff8"/>
        <w:rPr>
          <w:i/>
          <w:sz w:val="28"/>
          <w:szCs w:val="28"/>
        </w:rPr>
      </w:pPr>
      <w:r w:rsidRPr="00C9672C">
        <w:rPr>
          <w:i/>
          <w:sz w:val="28"/>
          <w:szCs w:val="28"/>
        </w:rPr>
        <w:t xml:space="preserve">Для </w:t>
      </w:r>
      <w:proofErr w:type="spellStart"/>
      <w:r w:rsidRPr="00C9672C">
        <w:rPr>
          <w:i/>
          <w:sz w:val="28"/>
          <w:szCs w:val="28"/>
        </w:rPr>
        <w:t>пшениці</w:t>
      </w:r>
      <w:proofErr w:type="spellEnd"/>
      <w:r w:rsidRPr="00C9672C">
        <w:rPr>
          <w:i/>
          <w:sz w:val="28"/>
          <w:szCs w:val="28"/>
        </w:rPr>
        <w:t>:</w:t>
      </w:r>
    </w:p>
    <w:p w:rsidR="00C9672C" w:rsidRPr="00C9672C" w:rsidRDefault="00C9672C" w:rsidP="00C9672C">
      <w:pPr>
        <w:pStyle w:val="aff8"/>
        <w:numPr>
          <w:ilvl w:val="0"/>
          <w:numId w:val="15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сухе</w:t>
      </w:r>
      <w:proofErr w:type="spellEnd"/>
      <w:r w:rsidRPr="00C9672C">
        <w:rPr>
          <w:i/>
          <w:sz w:val="28"/>
          <w:szCs w:val="28"/>
        </w:rPr>
        <w:t xml:space="preserve"> — до 14%</w:t>
      </w:r>
    </w:p>
    <w:p w:rsidR="00C9672C" w:rsidRPr="00C9672C" w:rsidRDefault="00C9672C" w:rsidP="00C9672C">
      <w:pPr>
        <w:pStyle w:val="aff8"/>
        <w:numPr>
          <w:ilvl w:val="0"/>
          <w:numId w:val="15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середньої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сухості</w:t>
      </w:r>
      <w:proofErr w:type="spellEnd"/>
      <w:r w:rsidRPr="00C9672C">
        <w:rPr>
          <w:i/>
          <w:sz w:val="28"/>
          <w:szCs w:val="28"/>
        </w:rPr>
        <w:t xml:space="preserve"> — до 15,5%</w:t>
      </w:r>
    </w:p>
    <w:p w:rsidR="00C9672C" w:rsidRPr="00C9672C" w:rsidRDefault="00C9672C" w:rsidP="00C9672C">
      <w:pPr>
        <w:pStyle w:val="aff8"/>
        <w:numPr>
          <w:ilvl w:val="0"/>
          <w:numId w:val="15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вологе</w:t>
      </w:r>
      <w:proofErr w:type="spellEnd"/>
      <w:r w:rsidRPr="00C9672C">
        <w:rPr>
          <w:i/>
          <w:sz w:val="28"/>
          <w:szCs w:val="28"/>
        </w:rPr>
        <w:t xml:space="preserve"> — до 17%</w:t>
      </w:r>
    </w:p>
    <w:p w:rsidR="00C9672C" w:rsidRPr="00C9672C" w:rsidRDefault="00C9672C" w:rsidP="00C9672C">
      <w:pPr>
        <w:pStyle w:val="aff8"/>
        <w:numPr>
          <w:ilvl w:val="0"/>
          <w:numId w:val="15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сире</w:t>
      </w:r>
      <w:proofErr w:type="spellEnd"/>
      <w:r w:rsidRPr="00C9672C">
        <w:rPr>
          <w:i/>
          <w:sz w:val="28"/>
          <w:szCs w:val="28"/>
        </w:rPr>
        <w:t xml:space="preserve"> — </w:t>
      </w:r>
      <w:proofErr w:type="spellStart"/>
      <w:r w:rsidRPr="00C9672C">
        <w:rPr>
          <w:i/>
          <w:sz w:val="28"/>
          <w:szCs w:val="28"/>
        </w:rPr>
        <w:t>понад</w:t>
      </w:r>
      <w:proofErr w:type="spellEnd"/>
      <w:r w:rsidRPr="00C9672C">
        <w:rPr>
          <w:i/>
          <w:sz w:val="28"/>
          <w:szCs w:val="28"/>
        </w:rPr>
        <w:t xml:space="preserve"> 17%</w:t>
      </w:r>
    </w:p>
    <w:p w:rsidR="00120CBC" w:rsidRPr="00C9672C" w:rsidRDefault="00C9672C" w:rsidP="00C9672C">
      <w:pPr>
        <w:pStyle w:val="aff8"/>
        <w:rPr>
          <w:i/>
          <w:sz w:val="28"/>
          <w:szCs w:val="28"/>
        </w:rPr>
      </w:pPr>
      <w:proofErr w:type="spellStart"/>
      <w:r w:rsidRPr="00C9672C">
        <w:rPr>
          <w:rStyle w:val="af6"/>
          <w:i/>
          <w:sz w:val="28"/>
          <w:szCs w:val="28"/>
        </w:rPr>
        <w:t>Висновок</w:t>
      </w:r>
      <w:proofErr w:type="spellEnd"/>
      <w:r w:rsidRPr="00C9672C">
        <w:rPr>
          <w:rStyle w:val="af6"/>
          <w:i/>
          <w:sz w:val="28"/>
          <w:szCs w:val="28"/>
        </w:rPr>
        <w:t>:</w:t>
      </w:r>
      <w:r w:rsidRPr="00C9672C">
        <w:rPr>
          <w:i/>
          <w:sz w:val="28"/>
          <w:szCs w:val="28"/>
        </w:rPr>
        <w:t xml:space="preserve"> 13,7% — зерно </w:t>
      </w:r>
      <w:proofErr w:type="spellStart"/>
      <w:r w:rsidRPr="00C9672C">
        <w:rPr>
          <w:i/>
          <w:sz w:val="28"/>
          <w:szCs w:val="28"/>
        </w:rPr>
        <w:t>сухе</w:t>
      </w:r>
      <w:proofErr w:type="spellEnd"/>
      <w:r w:rsidRPr="00C9672C">
        <w:rPr>
          <w:i/>
          <w:sz w:val="28"/>
          <w:szCs w:val="28"/>
        </w:rPr>
        <w:t xml:space="preserve">, </w:t>
      </w:r>
      <w:proofErr w:type="spellStart"/>
      <w:r w:rsidRPr="00C9672C">
        <w:rPr>
          <w:i/>
          <w:sz w:val="28"/>
          <w:szCs w:val="28"/>
        </w:rPr>
        <w:t>придатне</w:t>
      </w:r>
      <w:proofErr w:type="spellEnd"/>
      <w:r w:rsidRPr="00C9672C">
        <w:rPr>
          <w:i/>
          <w:sz w:val="28"/>
          <w:szCs w:val="28"/>
        </w:rPr>
        <w:t xml:space="preserve"> до </w:t>
      </w:r>
      <w:proofErr w:type="spellStart"/>
      <w:r w:rsidRPr="00C9672C">
        <w:rPr>
          <w:i/>
          <w:sz w:val="28"/>
          <w:szCs w:val="28"/>
        </w:rPr>
        <w:t>зберігання</w:t>
      </w:r>
      <w:proofErr w:type="spellEnd"/>
      <w:r w:rsidRPr="00C9672C">
        <w:rPr>
          <w:i/>
          <w:sz w:val="28"/>
          <w:szCs w:val="28"/>
        </w:rPr>
        <w:t xml:space="preserve"> без </w:t>
      </w:r>
      <w:proofErr w:type="spellStart"/>
      <w:r w:rsidRPr="00C9672C">
        <w:rPr>
          <w:i/>
          <w:sz w:val="28"/>
          <w:szCs w:val="28"/>
        </w:rPr>
        <w:t>додаткового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сушіння</w:t>
      </w:r>
      <w:proofErr w:type="spellEnd"/>
      <w:r w:rsidRPr="00C9672C">
        <w:rPr>
          <w:i/>
          <w:sz w:val="28"/>
          <w:szCs w:val="28"/>
        </w:rPr>
        <w:t>.</w:t>
      </w:r>
      <w:r>
        <w:rPr>
          <w:i/>
          <w:sz w:val="28"/>
          <w:szCs w:val="28"/>
          <w:lang w:val="uk-UA"/>
        </w:rPr>
        <w:br/>
      </w:r>
      <w:r>
        <w:rPr>
          <w:i/>
          <w:sz w:val="28"/>
          <w:szCs w:val="28"/>
          <w:lang w:val="uk-UA"/>
        </w:rPr>
        <w:br/>
      </w:r>
      <w:proofErr w:type="spellStart"/>
      <w:r w:rsidR="000C322D" w:rsidRPr="009D6752">
        <w:rPr>
          <w:b/>
          <w:sz w:val="28"/>
          <w:szCs w:val="28"/>
        </w:rPr>
        <w:t>Завдання</w:t>
      </w:r>
      <w:proofErr w:type="spellEnd"/>
      <w:r w:rsidR="000C322D" w:rsidRPr="009D6752">
        <w:rPr>
          <w:b/>
          <w:sz w:val="28"/>
          <w:szCs w:val="28"/>
        </w:rPr>
        <w:t xml:space="preserve"> 3. </w:t>
      </w:r>
      <w:proofErr w:type="spellStart"/>
      <w:r w:rsidR="000C322D" w:rsidRPr="009D6752">
        <w:rPr>
          <w:b/>
          <w:sz w:val="28"/>
          <w:szCs w:val="28"/>
        </w:rPr>
        <w:t>Визначення</w:t>
      </w:r>
      <w:proofErr w:type="spellEnd"/>
      <w:r w:rsidR="000C322D" w:rsidRPr="009D6752">
        <w:rPr>
          <w:b/>
          <w:sz w:val="28"/>
          <w:szCs w:val="28"/>
        </w:rPr>
        <w:t xml:space="preserve"> </w:t>
      </w:r>
      <w:proofErr w:type="spellStart"/>
      <w:r w:rsidR="000C322D" w:rsidRPr="009D6752">
        <w:rPr>
          <w:b/>
          <w:sz w:val="28"/>
          <w:szCs w:val="28"/>
        </w:rPr>
        <w:t>засміченості</w:t>
      </w:r>
      <w:proofErr w:type="spellEnd"/>
      <w:r w:rsidR="000C322D" w:rsidRPr="009D6752">
        <w:rPr>
          <w:b/>
          <w:sz w:val="28"/>
          <w:szCs w:val="28"/>
        </w:rPr>
        <w:t xml:space="preserve"> зерна</w:t>
      </w:r>
    </w:p>
    <w:p w:rsidR="00C9672C" w:rsidRPr="00C9672C" w:rsidRDefault="000C322D" w:rsidP="00C9672C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</w:rPr>
      </w:pP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lastRenderedPageBreak/>
        <w:t>Записати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вимоги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стандартів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вмі</w:t>
      </w:r>
      <w:proofErr w:type="gram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ст</w:t>
      </w:r>
      <w:proofErr w:type="spellEnd"/>
      <w:proofErr w:type="gram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домішок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у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зерні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пшениці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,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вивчити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методику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визначення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засміченості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зерна,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підрахувати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відсоток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засміченості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відібраного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зразка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зерна </w:t>
      </w:r>
      <w:proofErr w:type="spellStart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пшениці</w:t>
      </w:r>
      <w:proofErr w:type="spellEnd"/>
      <w:r w:rsidRPr="00C9672C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.</w:t>
      </w:r>
      <w:r w:rsidR="00C9672C" w:rsidRPr="00C9672C"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proofErr w:type="spellStart"/>
      <w:r w:rsidR="00C9672C" w:rsidRPr="00C9672C">
        <w:rPr>
          <w:rFonts w:ascii="Times New Roman" w:hAnsi="Times New Roman" w:cs="Times New Roman"/>
          <w:i/>
          <w:color w:val="auto"/>
          <w:sz w:val="28"/>
          <w:szCs w:val="28"/>
        </w:rPr>
        <w:t>Норми</w:t>
      </w:r>
      <w:proofErr w:type="spellEnd"/>
      <w:r w:rsidR="00C9672C" w:rsidRPr="00C9672C">
        <w:rPr>
          <w:rFonts w:ascii="Times New Roman" w:hAnsi="Times New Roman" w:cs="Times New Roman"/>
          <w:i/>
          <w:color w:val="auto"/>
          <w:sz w:val="28"/>
          <w:szCs w:val="28"/>
        </w:rPr>
        <w:t xml:space="preserve"> </w:t>
      </w:r>
      <w:proofErr w:type="spellStart"/>
      <w:r w:rsidR="00C9672C" w:rsidRPr="00C9672C">
        <w:rPr>
          <w:rFonts w:ascii="Times New Roman" w:hAnsi="Times New Roman" w:cs="Times New Roman"/>
          <w:i/>
          <w:color w:val="auto"/>
          <w:sz w:val="28"/>
          <w:szCs w:val="28"/>
        </w:rPr>
        <w:t>для</w:t>
      </w:r>
      <w:proofErr w:type="spellEnd"/>
      <w:r w:rsidR="00C9672C" w:rsidRPr="00C9672C">
        <w:rPr>
          <w:rFonts w:ascii="Times New Roman" w:hAnsi="Times New Roman" w:cs="Times New Roman"/>
          <w:i/>
          <w:color w:val="auto"/>
          <w:sz w:val="28"/>
          <w:szCs w:val="28"/>
        </w:rPr>
        <w:t xml:space="preserve"> </w:t>
      </w:r>
      <w:proofErr w:type="spellStart"/>
      <w:r w:rsidR="00C9672C" w:rsidRPr="00C9672C">
        <w:rPr>
          <w:rFonts w:ascii="Times New Roman" w:hAnsi="Times New Roman" w:cs="Times New Roman"/>
          <w:i/>
          <w:color w:val="auto"/>
          <w:sz w:val="28"/>
          <w:szCs w:val="28"/>
        </w:rPr>
        <w:t>пшениці</w:t>
      </w:r>
      <w:proofErr w:type="spellEnd"/>
      <w:r w:rsidR="00C9672C" w:rsidRPr="00C9672C">
        <w:rPr>
          <w:rFonts w:ascii="Times New Roman" w:hAnsi="Times New Roman" w:cs="Times New Roman"/>
          <w:i/>
          <w:color w:val="auto"/>
          <w:sz w:val="28"/>
          <w:szCs w:val="28"/>
        </w:rPr>
        <w:t>:</w:t>
      </w:r>
    </w:p>
    <w:p w:rsidR="00C9672C" w:rsidRPr="00C9672C" w:rsidRDefault="00C9672C" w:rsidP="00C9672C">
      <w:pPr>
        <w:pStyle w:val="aff8"/>
        <w:numPr>
          <w:ilvl w:val="0"/>
          <w:numId w:val="16"/>
        </w:numPr>
        <w:rPr>
          <w:i/>
          <w:sz w:val="28"/>
          <w:szCs w:val="28"/>
        </w:rPr>
      </w:pPr>
      <w:proofErr w:type="spellStart"/>
      <w:proofErr w:type="gramStart"/>
      <w:r w:rsidRPr="00C9672C">
        <w:rPr>
          <w:i/>
          <w:sz w:val="28"/>
          <w:szCs w:val="28"/>
        </w:rPr>
        <w:t>см</w:t>
      </w:r>
      <w:proofErr w:type="gramEnd"/>
      <w:r w:rsidRPr="00C9672C">
        <w:rPr>
          <w:i/>
          <w:sz w:val="28"/>
          <w:szCs w:val="28"/>
        </w:rPr>
        <w:t>ітна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домішка</w:t>
      </w:r>
      <w:proofErr w:type="spellEnd"/>
      <w:r w:rsidRPr="00C9672C">
        <w:rPr>
          <w:i/>
          <w:sz w:val="28"/>
          <w:szCs w:val="28"/>
        </w:rPr>
        <w:t xml:space="preserve"> — до 5% (</w:t>
      </w:r>
      <w:proofErr w:type="spellStart"/>
      <w:r w:rsidRPr="00C9672C">
        <w:rPr>
          <w:i/>
          <w:sz w:val="28"/>
          <w:szCs w:val="28"/>
        </w:rPr>
        <w:t>базисна</w:t>
      </w:r>
      <w:proofErr w:type="spellEnd"/>
      <w:r w:rsidRPr="00C9672C">
        <w:rPr>
          <w:i/>
          <w:sz w:val="28"/>
          <w:szCs w:val="28"/>
        </w:rPr>
        <w:t xml:space="preserve"> 1%)</w:t>
      </w:r>
    </w:p>
    <w:p w:rsidR="00C9672C" w:rsidRPr="00C9672C" w:rsidRDefault="00C9672C" w:rsidP="00C9672C">
      <w:pPr>
        <w:pStyle w:val="aff8"/>
        <w:numPr>
          <w:ilvl w:val="0"/>
          <w:numId w:val="16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зернова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домішка</w:t>
      </w:r>
      <w:proofErr w:type="spellEnd"/>
      <w:r w:rsidRPr="00C9672C">
        <w:rPr>
          <w:i/>
          <w:sz w:val="28"/>
          <w:szCs w:val="28"/>
        </w:rPr>
        <w:t xml:space="preserve"> — до 15% (</w:t>
      </w:r>
      <w:proofErr w:type="spellStart"/>
      <w:r w:rsidRPr="00C9672C">
        <w:rPr>
          <w:i/>
          <w:sz w:val="28"/>
          <w:szCs w:val="28"/>
        </w:rPr>
        <w:t>базисна</w:t>
      </w:r>
      <w:proofErr w:type="spellEnd"/>
      <w:r w:rsidRPr="00C9672C">
        <w:rPr>
          <w:i/>
          <w:sz w:val="28"/>
          <w:szCs w:val="28"/>
        </w:rPr>
        <w:t xml:space="preserve"> 3%)</w:t>
      </w:r>
    </w:p>
    <w:p w:rsidR="00C9672C" w:rsidRPr="00C9672C" w:rsidRDefault="00C9672C" w:rsidP="00C9672C">
      <w:pPr>
        <w:pStyle w:val="aff8"/>
        <w:numPr>
          <w:ilvl w:val="0"/>
          <w:numId w:val="16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шкідлива</w:t>
      </w:r>
      <w:proofErr w:type="spellEnd"/>
      <w:r w:rsidRPr="00C9672C">
        <w:rPr>
          <w:i/>
          <w:sz w:val="28"/>
          <w:szCs w:val="28"/>
        </w:rPr>
        <w:t xml:space="preserve"> — </w:t>
      </w:r>
      <w:proofErr w:type="gramStart"/>
      <w:r w:rsidRPr="00C9672C">
        <w:rPr>
          <w:i/>
          <w:sz w:val="28"/>
          <w:szCs w:val="28"/>
        </w:rPr>
        <w:t xml:space="preserve">не </w:t>
      </w:r>
      <w:proofErr w:type="spellStart"/>
      <w:r w:rsidRPr="00C9672C">
        <w:rPr>
          <w:i/>
          <w:sz w:val="28"/>
          <w:szCs w:val="28"/>
        </w:rPr>
        <w:t>б</w:t>
      </w:r>
      <w:proofErr w:type="gramEnd"/>
      <w:r w:rsidRPr="00C9672C">
        <w:rPr>
          <w:i/>
          <w:sz w:val="28"/>
          <w:szCs w:val="28"/>
        </w:rPr>
        <w:t>ільше</w:t>
      </w:r>
      <w:proofErr w:type="spellEnd"/>
      <w:r w:rsidRPr="00C9672C">
        <w:rPr>
          <w:i/>
          <w:sz w:val="28"/>
          <w:szCs w:val="28"/>
        </w:rPr>
        <w:t xml:space="preserve"> 1%</w:t>
      </w:r>
    </w:p>
    <w:p w:rsidR="00C9672C" w:rsidRPr="00C9672C" w:rsidRDefault="00C9672C" w:rsidP="00C9672C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</w:rPr>
      </w:pPr>
      <w:proofErr w:type="spellStart"/>
      <w:r w:rsidRPr="00C9672C">
        <w:rPr>
          <w:rFonts w:ascii="Times New Roman" w:hAnsi="Times New Roman" w:cs="Times New Roman"/>
          <w:i/>
          <w:color w:val="auto"/>
          <w:sz w:val="28"/>
          <w:szCs w:val="28"/>
        </w:rPr>
        <w:t>Методика</w:t>
      </w:r>
      <w:proofErr w:type="spellEnd"/>
    </w:p>
    <w:p w:rsidR="00C9672C" w:rsidRPr="00C9672C" w:rsidRDefault="00C9672C" w:rsidP="00C9672C">
      <w:pPr>
        <w:pStyle w:val="aff8"/>
        <w:numPr>
          <w:ilvl w:val="0"/>
          <w:numId w:val="17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Відбирають</w:t>
      </w:r>
      <w:proofErr w:type="spellEnd"/>
      <w:r w:rsidRPr="00C9672C">
        <w:rPr>
          <w:i/>
          <w:sz w:val="28"/>
          <w:szCs w:val="28"/>
        </w:rPr>
        <w:t xml:space="preserve"> 50 г зерна.</w:t>
      </w:r>
    </w:p>
    <w:p w:rsidR="00C9672C" w:rsidRPr="00C9672C" w:rsidRDefault="00C9672C" w:rsidP="00C9672C">
      <w:pPr>
        <w:pStyle w:val="aff8"/>
        <w:numPr>
          <w:ilvl w:val="0"/>
          <w:numId w:val="17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Просіюють</w:t>
      </w:r>
      <w:proofErr w:type="spellEnd"/>
      <w:r w:rsidRPr="00C9672C">
        <w:rPr>
          <w:i/>
          <w:sz w:val="28"/>
          <w:szCs w:val="28"/>
        </w:rPr>
        <w:t xml:space="preserve"> через сита (1 мм і 1,7×20 мм).</w:t>
      </w:r>
    </w:p>
    <w:p w:rsidR="00C9672C" w:rsidRPr="00C9672C" w:rsidRDefault="00C9672C" w:rsidP="00C9672C">
      <w:pPr>
        <w:pStyle w:val="aff8"/>
        <w:numPr>
          <w:ilvl w:val="0"/>
          <w:numId w:val="17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Виділяють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смітну</w:t>
      </w:r>
      <w:proofErr w:type="spellEnd"/>
      <w:r w:rsidRPr="00C9672C">
        <w:rPr>
          <w:i/>
          <w:sz w:val="28"/>
          <w:szCs w:val="28"/>
        </w:rPr>
        <w:t xml:space="preserve">, </w:t>
      </w:r>
      <w:proofErr w:type="spellStart"/>
      <w:r w:rsidRPr="00C9672C">
        <w:rPr>
          <w:i/>
          <w:sz w:val="28"/>
          <w:szCs w:val="28"/>
        </w:rPr>
        <w:t>зернову</w:t>
      </w:r>
      <w:proofErr w:type="spellEnd"/>
      <w:r w:rsidRPr="00C9672C">
        <w:rPr>
          <w:i/>
          <w:sz w:val="28"/>
          <w:szCs w:val="28"/>
        </w:rPr>
        <w:t xml:space="preserve"> та </w:t>
      </w:r>
      <w:proofErr w:type="spellStart"/>
      <w:r w:rsidRPr="00C9672C">
        <w:rPr>
          <w:i/>
          <w:sz w:val="28"/>
          <w:szCs w:val="28"/>
        </w:rPr>
        <w:t>шкідливу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домішки</w:t>
      </w:r>
      <w:proofErr w:type="spellEnd"/>
      <w:r w:rsidRPr="00C9672C">
        <w:rPr>
          <w:i/>
          <w:sz w:val="28"/>
          <w:szCs w:val="28"/>
        </w:rPr>
        <w:t>.</w:t>
      </w:r>
    </w:p>
    <w:p w:rsidR="00C9672C" w:rsidRPr="00C9672C" w:rsidRDefault="00C9672C" w:rsidP="00C9672C">
      <w:pPr>
        <w:pStyle w:val="aff8"/>
        <w:numPr>
          <w:ilvl w:val="0"/>
          <w:numId w:val="17"/>
        </w:numPr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Зважують</w:t>
      </w:r>
      <w:proofErr w:type="spellEnd"/>
      <w:r w:rsidRPr="00C9672C">
        <w:rPr>
          <w:i/>
          <w:sz w:val="28"/>
          <w:szCs w:val="28"/>
        </w:rPr>
        <w:t xml:space="preserve"> і </w:t>
      </w:r>
      <w:proofErr w:type="spellStart"/>
      <w:r w:rsidRPr="00C9672C">
        <w:rPr>
          <w:i/>
          <w:sz w:val="28"/>
          <w:szCs w:val="28"/>
        </w:rPr>
        <w:t>визначають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відсоток</w:t>
      </w:r>
      <w:proofErr w:type="spellEnd"/>
      <w:r w:rsidRPr="00C9672C">
        <w:rPr>
          <w:i/>
          <w:sz w:val="28"/>
          <w:szCs w:val="28"/>
        </w:rPr>
        <w:t>.</w:t>
      </w:r>
    </w:p>
    <w:p w:rsidR="00C9672C" w:rsidRPr="00C9672C" w:rsidRDefault="00C9672C" w:rsidP="00C9672C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</w:rPr>
      </w:pPr>
      <w:proofErr w:type="spellStart"/>
      <w:r w:rsidRPr="00C9672C">
        <w:rPr>
          <w:rFonts w:ascii="Times New Roman" w:hAnsi="Times New Roman" w:cs="Times New Roman"/>
          <w:i/>
          <w:color w:val="auto"/>
          <w:sz w:val="28"/>
          <w:szCs w:val="28"/>
        </w:rPr>
        <w:t>Приклад</w:t>
      </w:r>
      <w:proofErr w:type="spellEnd"/>
    </w:p>
    <w:p w:rsidR="00C9672C" w:rsidRPr="00C9672C" w:rsidRDefault="00C9672C" w:rsidP="00C9672C">
      <w:pPr>
        <w:pStyle w:val="aff8"/>
        <w:rPr>
          <w:i/>
          <w:sz w:val="28"/>
          <w:szCs w:val="28"/>
        </w:rPr>
      </w:pPr>
      <w:proofErr w:type="spellStart"/>
      <w:r w:rsidRPr="00C9672C">
        <w:rPr>
          <w:i/>
          <w:sz w:val="28"/>
          <w:szCs w:val="28"/>
        </w:rPr>
        <w:t>Маса</w:t>
      </w:r>
      <w:proofErr w:type="spellEnd"/>
      <w:r w:rsidRPr="00C9672C">
        <w:rPr>
          <w:i/>
          <w:sz w:val="28"/>
          <w:szCs w:val="28"/>
        </w:rPr>
        <w:t xml:space="preserve"> </w:t>
      </w:r>
      <w:proofErr w:type="spellStart"/>
      <w:r w:rsidRPr="00C9672C">
        <w:rPr>
          <w:i/>
          <w:sz w:val="28"/>
          <w:szCs w:val="28"/>
        </w:rPr>
        <w:t>домішок</w:t>
      </w:r>
      <w:proofErr w:type="spellEnd"/>
      <w:r w:rsidRPr="00C9672C">
        <w:rPr>
          <w:i/>
          <w:sz w:val="28"/>
          <w:szCs w:val="28"/>
        </w:rPr>
        <w:t xml:space="preserve"> — 1,5 г.</w:t>
      </w:r>
    </w:p>
    <w:p w:rsidR="00C9672C" w:rsidRPr="00C9672C" w:rsidRDefault="00C9672C" w:rsidP="00C9672C">
      <w:pPr>
        <w:rPr>
          <w:rFonts w:ascii="Times New Roman" w:hAnsi="Times New Roman" w:cs="Times New Roman"/>
          <w:i/>
          <w:sz w:val="28"/>
          <w:szCs w:val="28"/>
        </w:rPr>
      </w:pP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28"/>
                <w:szCs w:val="28"/>
              </w:rPr>
              <m:t>1,5</m:t>
            </m:r>
          </m:num>
          <m:den>
            <m:r>
              <w:rPr>
                <w:rStyle w:val="katex-mathml"/>
                <w:rFonts w:ascii="Cambria Math" w:hAnsi="Cambria Math" w:cs="Times New Roman"/>
                <w:sz w:val="28"/>
                <w:szCs w:val="28"/>
              </w:rPr>
              <m:t>50</m:t>
            </m:r>
          </m:den>
        </m:f>
      </m:oMath>
      <w:r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9672C">
        <w:rPr>
          <w:rStyle w:val="katex-mathml"/>
          <w:rFonts w:ascii="Times New Roman" w:hAnsi="Times New Roman" w:cs="Times New Roman"/>
          <w:i/>
          <w:sz w:val="28"/>
          <w:szCs w:val="28"/>
        </w:rPr>
        <w:t>×100=3%</w:t>
      </w:r>
      <w:r w:rsidRPr="00C9672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9672C" w:rsidRPr="00E87414" w:rsidRDefault="00C9672C" w:rsidP="00C9672C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proofErr w:type="spellStart"/>
      <w:r w:rsidRPr="00C9672C">
        <w:rPr>
          <w:rStyle w:val="af6"/>
          <w:rFonts w:ascii="Times New Roman" w:hAnsi="Times New Roman" w:cs="Times New Roman"/>
          <w:i/>
          <w:color w:val="auto"/>
          <w:sz w:val="28"/>
          <w:szCs w:val="28"/>
        </w:rPr>
        <w:t>Висновок</w:t>
      </w:r>
      <w:proofErr w:type="spellEnd"/>
      <w:r w:rsidRPr="00C9672C">
        <w:rPr>
          <w:rStyle w:val="af6"/>
          <w:rFonts w:ascii="Times New Roman" w:hAnsi="Times New Roman" w:cs="Times New Roman"/>
          <w:i/>
          <w:color w:val="auto"/>
          <w:sz w:val="28"/>
          <w:szCs w:val="28"/>
        </w:rPr>
        <w:t>:</w:t>
      </w:r>
      <w:r w:rsidRPr="00C9672C">
        <w:rPr>
          <w:rFonts w:ascii="Times New Roman" w:hAnsi="Times New Roman" w:cs="Times New Roman"/>
          <w:i/>
          <w:color w:val="auto"/>
          <w:sz w:val="28"/>
          <w:szCs w:val="28"/>
        </w:rPr>
        <w:t xml:space="preserve"> 3% — в межах </w:t>
      </w:r>
      <w:proofErr w:type="spellStart"/>
      <w:r w:rsidRPr="00C9672C">
        <w:rPr>
          <w:rFonts w:ascii="Times New Roman" w:hAnsi="Times New Roman" w:cs="Times New Roman"/>
          <w:i/>
          <w:color w:val="auto"/>
          <w:sz w:val="28"/>
          <w:szCs w:val="28"/>
        </w:rPr>
        <w:t>допустимої</w:t>
      </w:r>
      <w:proofErr w:type="spellEnd"/>
      <w:r w:rsidRPr="00C9672C">
        <w:rPr>
          <w:rFonts w:ascii="Times New Roman" w:hAnsi="Times New Roman" w:cs="Times New Roman"/>
          <w:i/>
          <w:color w:val="auto"/>
          <w:sz w:val="28"/>
          <w:szCs w:val="28"/>
        </w:rPr>
        <w:t xml:space="preserve"> </w:t>
      </w:r>
      <w:proofErr w:type="spellStart"/>
      <w:r w:rsidRPr="00C9672C">
        <w:rPr>
          <w:rFonts w:ascii="Times New Roman" w:hAnsi="Times New Roman" w:cs="Times New Roman"/>
          <w:i/>
          <w:color w:val="auto"/>
          <w:sz w:val="28"/>
          <w:szCs w:val="28"/>
        </w:rPr>
        <w:t>норми</w:t>
      </w:r>
      <w:proofErr w:type="spellEnd"/>
      <w:r w:rsidRPr="00C9672C">
        <w:rPr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i/>
          <w:sz w:val="28"/>
          <w:szCs w:val="28"/>
          <w:lang w:val="uk-UA"/>
        </w:rPr>
        <w:br/>
      </w:r>
      <w:r>
        <w:rPr>
          <w:i/>
          <w:sz w:val="28"/>
          <w:szCs w:val="28"/>
          <w:lang w:val="uk-UA"/>
        </w:rPr>
        <w:br/>
      </w:r>
      <w:proofErr w:type="spellStart"/>
      <w:r w:rsidR="009D6752" w:rsidRPr="00C9672C">
        <w:rPr>
          <w:rFonts w:ascii="Times New Roman" w:hAnsi="Times New Roman" w:cs="Times New Roman"/>
          <w:color w:val="auto"/>
          <w:sz w:val="28"/>
          <w:szCs w:val="28"/>
          <w:lang w:val="ru-RU"/>
        </w:rPr>
        <w:t>Завдання</w:t>
      </w:r>
      <w:proofErr w:type="spellEnd"/>
      <w:r w:rsidR="009D6752" w:rsidRPr="00C9672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4. </w:t>
      </w:r>
      <w:proofErr w:type="spellStart"/>
      <w:r w:rsidR="009D6752" w:rsidRPr="00C9672C">
        <w:rPr>
          <w:rFonts w:ascii="Times New Roman" w:hAnsi="Times New Roman" w:cs="Times New Roman"/>
          <w:color w:val="auto"/>
          <w:sz w:val="28"/>
          <w:szCs w:val="28"/>
          <w:lang w:val="ru-RU"/>
        </w:rPr>
        <w:t>Визначити</w:t>
      </w:r>
      <w:proofErr w:type="spellEnd"/>
      <w:r w:rsidR="009D6752" w:rsidRPr="00C9672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="009D6752" w:rsidRPr="00C9672C">
        <w:rPr>
          <w:rFonts w:ascii="Times New Roman" w:hAnsi="Times New Roman" w:cs="Times New Roman"/>
          <w:color w:val="auto"/>
          <w:sz w:val="28"/>
          <w:szCs w:val="28"/>
          <w:lang w:val="ru-RU"/>
        </w:rPr>
        <w:t>вмі</w:t>
      </w:r>
      <w:proofErr w:type="gramStart"/>
      <w:r w:rsidR="009D6752" w:rsidRPr="00C9672C">
        <w:rPr>
          <w:rFonts w:ascii="Times New Roman" w:hAnsi="Times New Roman" w:cs="Times New Roman"/>
          <w:color w:val="auto"/>
          <w:sz w:val="28"/>
          <w:szCs w:val="28"/>
          <w:lang w:val="ru-RU"/>
        </w:rPr>
        <w:t>ст</w:t>
      </w:r>
      <w:proofErr w:type="spellEnd"/>
      <w:proofErr w:type="gramEnd"/>
      <w:r w:rsidR="009D6752" w:rsidRPr="00C9672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="009D6752" w:rsidRPr="00C9672C">
        <w:rPr>
          <w:rFonts w:ascii="Times New Roman" w:hAnsi="Times New Roman" w:cs="Times New Roman"/>
          <w:color w:val="auto"/>
          <w:sz w:val="28"/>
          <w:szCs w:val="28"/>
          <w:lang w:val="ru-RU"/>
        </w:rPr>
        <w:t>клейковини</w:t>
      </w:r>
      <w:proofErr w:type="spellEnd"/>
      <w:r w:rsidR="009D6752" w:rsidRPr="009D6752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Pr="00E87414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Методика </w:t>
      </w:r>
      <w:proofErr w:type="spellStart"/>
      <w:r w:rsidRPr="00E87414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визначення</w:t>
      </w:r>
      <w:proofErr w:type="spellEnd"/>
      <w:r w:rsidRPr="00E87414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сирої</w:t>
      </w:r>
      <w:proofErr w:type="spellEnd"/>
      <w:r w:rsidRPr="00E87414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клейковини</w:t>
      </w:r>
      <w:proofErr w:type="spellEnd"/>
    </w:p>
    <w:p w:rsidR="00C9672C" w:rsidRPr="00E87414" w:rsidRDefault="00C9672C" w:rsidP="00C9672C">
      <w:pPr>
        <w:pStyle w:val="aff8"/>
        <w:numPr>
          <w:ilvl w:val="0"/>
          <w:numId w:val="18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Беруть</w:t>
      </w:r>
      <w:proofErr w:type="spellEnd"/>
      <w:r w:rsidRPr="00E87414">
        <w:rPr>
          <w:i/>
          <w:sz w:val="28"/>
          <w:szCs w:val="28"/>
        </w:rPr>
        <w:t xml:space="preserve"> 25 г </w:t>
      </w:r>
      <w:proofErr w:type="spellStart"/>
      <w:r w:rsidRPr="00E87414">
        <w:rPr>
          <w:i/>
          <w:sz w:val="28"/>
          <w:szCs w:val="28"/>
        </w:rPr>
        <w:t>борошна</w:t>
      </w:r>
      <w:proofErr w:type="spellEnd"/>
      <w:r w:rsidRPr="00E87414">
        <w:rPr>
          <w:i/>
          <w:sz w:val="28"/>
          <w:szCs w:val="28"/>
        </w:rPr>
        <w:t>.</w:t>
      </w:r>
    </w:p>
    <w:p w:rsidR="00C9672C" w:rsidRPr="00E87414" w:rsidRDefault="00C9672C" w:rsidP="00C9672C">
      <w:pPr>
        <w:pStyle w:val="aff8"/>
        <w:numPr>
          <w:ilvl w:val="0"/>
          <w:numId w:val="18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Додають</w:t>
      </w:r>
      <w:proofErr w:type="spellEnd"/>
      <w:r w:rsidRPr="00E87414">
        <w:rPr>
          <w:i/>
          <w:sz w:val="28"/>
          <w:szCs w:val="28"/>
        </w:rPr>
        <w:t xml:space="preserve"> 14 мл води.</w:t>
      </w:r>
    </w:p>
    <w:p w:rsidR="00C9672C" w:rsidRPr="00E87414" w:rsidRDefault="00C9672C" w:rsidP="00C9672C">
      <w:pPr>
        <w:pStyle w:val="aff8"/>
        <w:numPr>
          <w:ilvl w:val="0"/>
          <w:numId w:val="18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Замішують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тісто</w:t>
      </w:r>
      <w:proofErr w:type="spellEnd"/>
      <w:r w:rsidRPr="00E87414">
        <w:rPr>
          <w:i/>
          <w:sz w:val="28"/>
          <w:szCs w:val="28"/>
        </w:rPr>
        <w:t>.</w:t>
      </w:r>
    </w:p>
    <w:p w:rsidR="00C9672C" w:rsidRPr="00E87414" w:rsidRDefault="00C9672C" w:rsidP="00C9672C">
      <w:pPr>
        <w:pStyle w:val="aff8"/>
        <w:numPr>
          <w:ilvl w:val="0"/>
          <w:numId w:val="18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Витримують</w:t>
      </w:r>
      <w:proofErr w:type="spellEnd"/>
      <w:r w:rsidRPr="00E87414">
        <w:rPr>
          <w:i/>
          <w:sz w:val="28"/>
          <w:szCs w:val="28"/>
        </w:rPr>
        <w:t xml:space="preserve"> 20 </w:t>
      </w:r>
      <w:proofErr w:type="spellStart"/>
      <w:r w:rsidRPr="00E87414">
        <w:rPr>
          <w:i/>
          <w:sz w:val="28"/>
          <w:szCs w:val="28"/>
        </w:rPr>
        <w:t>хв</w:t>
      </w:r>
      <w:proofErr w:type="spellEnd"/>
      <w:r w:rsidRPr="00E87414">
        <w:rPr>
          <w:i/>
          <w:sz w:val="28"/>
          <w:szCs w:val="28"/>
        </w:rPr>
        <w:t>.</w:t>
      </w:r>
    </w:p>
    <w:p w:rsidR="00C9672C" w:rsidRPr="00E87414" w:rsidRDefault="00C9672C" w:rsidP="00C9672C">
      <w:pPr>
        <w:pStyle w:val="aff8"/>
        <w:numPr>
          <w:ilvl w:val="0"/>
          <w:numId w:val="18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Відмивають</w:t>
      </w:r>
      <w:proofErr w:type="spellEnd"/>
      <w:r w:rsidRPr="00E87414">
        <w:rPr>
          <w:i/>
          <w:sz w:val="28"/>
          <w:szCs w:val="28"/>
        </w:rPr>
        <w:t xml:space="preserve"> клейковину.</w:t>
      </w:r>
    </w:p>
    <w:p w:rsidR="00C9672C" w:rsidRPr="00E87414" w:rsidRDefault="00C9672C" w:rsidP="00C9672C">
      <w:pPr>
        <w:pStyle w:val="aff8"/>
        <w:numPr>
          <w:ilvl w:val="0"/>
          <w:numId w:val="18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Зважують</w:t>
      </w:r>
      <w:proofErr w:type="spellEnd"/>
      <w:r w:rsidRPr="00E87414">
        <w:rPr>
          <w:i/>
          <w:sz w:val="28"/>
          <w:szCs w:val="28"/>
        </w:rPr>
        <w:t>.</w:t>
      </w:r>
    </w:p>
    <w:p w:rsidR="00C9672C" w:rsidRPr="00E87414" w:rsidRDefault="00C9672C" w:rsidP="00C9672C">
      <w:pPr>
        <w:pStyle w:val="aff8"/>
        <w:numPr>
          <w:ilvl w:val="0"/>
          <w:numId w:val="18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Масу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множать</w:t>
      </w:r>
      <w:proofErr w:type="spellEnd"/>
      <w:r w:rsidRPr="00E87414">
        <w:rPr>
          <w:i/>
          <w:sz w:val="28"/>
          <w:szCs w:val="28"/>
        </w:rPr>
        <w:t xml:space="preserve"> на 4.</w:t>
      </w:r>
    </w:p>
    <w:p w:rsidR="00C9672C" w:rsidRPr="00E87414" w:rsidRDefault="00C9672C" w:rsidP="00C9672C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E87414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Приклад</w:t>
      </w:r>
    </w:p>
    <w:p w:rsidR="00C9672C" w:rsidRPr="00E87414" w:rsidRDefault="00C9672C" w:rsidP="00C9672C">
      <w:pPr>
        <w:pStyle w:val="aff8"/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Маса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сирої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клейковини</w:t>
      </w:r>
      <w:proofErr w:type="spellEnd"/>
      <w:r w:rsidRPr="00E87414">
        <w:rPr>
          <w:i/>
          <w:sz w:val="28"/>
          <w:szCs w:val="28"/>
        </w:rPr>
        <w:t xml:space="preserve"> — 7 г.</w:t>
      </w:r>
    </w:p>
    <w:p w:rsidR="00C9672C" w:rsidRPr="00E87414" w:rsidRDefault="00C9672C" w:rsidP="00C9672C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E87414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lastRenderedPageBreak/>
        <w:t>7×4=28%</w:t>
      </w:r>
      <w:r w:rsidRPr="00E87414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</w:p>
    <w:p w:rsidR="00C9672C" w:rsidRPr="00E87414" w:rsidRDefault="00C9672C" w:rsidP="00C9672C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proofErr w:type="spellStart"/>
      <w:r w:rsidRPr="00E87414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Оцінка</w:t>
      </w:r>
      <w:proofErr w:type="spellEnd"/>
    </w:p>
    <w:p w:rsidR="00C9672C" w:rsidRPr="00E87414" w:rsidRDefault="00C9672C" w:rsidP="00C9672C">
      <w:pPr>
        <w:pStyle w:val="aff8"/>
        <w:rPr>
          <w:i/>
          <w:sz w:val="28"/>
          <w:szCs w:val="28"/>
        </w:rPr>
      </w:pPr>
      <w:r w:rsidRPr="00E87414">
        <w:rPr>
          <w:i/>
          <w:sz w:val="28"/>
          <w:szCs w:val="28"/>
        </w:rPr>
        <w:t xml:space="preserve">28% — </w:t>
      </w:r>
      <w:proofErr w:type="spellStart"/>
      <w:r w:rsidRPr="00E87414">
        <w:rPr>
          <w:i/>
          <w:sz w:val="28"/>
          <w:szCs w:val="28"/>
        </w:rPr>
        <w:t>відповідає</w:t>
      </w:r>
      <w:proofErr w:type="spellEnd"/>
      <w:r w:rsidRPr="00E87414">
        <w:rPr>
          <w:i/>
          <w:sz w:val="28"/>
          <w:szCs w:val="28"/>
        </w:rPr>
        <w:t xml:space="preserve"> ІІ </w:t>
      </w:r>
      <w:proofErr w:type="spellStart"/>
      <w:r w:rsidRPr="00E87414">
        <w:rPr>
          <w:i/>
          <w:sz w:val="28"/>
          <w:szCs w:val="28"/>
        </w:rPr>
        <w:t>класу</w:t>
      </w:r>
      <w:proofErr w:type="spellEnd"/>
      <w:r w:rsidRPr="00E87414">
        <w:rPr>
          <w:i/>
          <w:sz w:val="28"/>
          <w:szCs w:val="28"/>
        </w:rPr>
        <w:t xml:space="preserve"> (норма ≥27%).</w:t>
      </w:r>
    </w:p>
    <w:p w:rsidR="00C9672C" w:rsidRPr="00E87414" w:rsidRDefault="00C9672C" w:rsidP="00C9672C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proofErr w:type="spellStart"/>
      <w:r w:rsidRPr="00E87414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Якість</w:t>
      </w:r>
      <w:proofErr w:type="spellEnd"/>
      <w:r w:rsidRPr="00E87414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клейковини</w:t>
      </w:r>
      <w:proofErr w:type="spellEnd"/>
    </w:p>
    <w:p w:rsidR="00C9672C" w:rsidRPr="00E87414" w:rsidRDefault="00C9672C" w:rsidP="00C9672C">
      <w:pPr>
        <w:pStyle w:val="aff8"/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Показник</w:t>
      </w:r>
      <w:proofErr w:type="spellEnd"/>
      <w:r w:rsidRPr="00E87414">
        <w:rPr>
          <w:i/>
          <w:sz w:val="28"/>
          <w:szCs w:val="28"/>
        </w:rPr>
        <w:t xml:space="preserve"> ІДК — 60 ум</w:t>
      </w:r>
      <w:proofErr w:type="gramStart"/>
      <w:r w:rsidRPr="00E87414">
        <w:rPr>
          <w:i/>
          <w:sz w:val="28"/>
          <w:szCs w:val="28"/>
        </w:rPr>
        <w:t>.</w:t>
      </w:r>
      <w:proofErr w:type="gramEnd"/>
      <w:r w:rsidRPr="00E87414">
        <w:rPr>
          <w:i/>
          <w:sz w:val="28"/>
          <w:szCs w:val="28"/>
        </w:rPr>
        <w:t xml:space="preserve"> </w:t>
      </w:r>
      <w:proofErr w:type="gramStart"/>
      <w:r w:rsidRPr="00E87414">
        <w:rPr>
          <w:i/>
          <w:sz w:val="28"/>
          <w:szCs w:val="28"/>
        </w:rPr>
        <w:t>о</w:t>
      </w:r>
      <w:proofErr w:type="gramEnd"/>
      <w:r w:rsidRPr="00E87414">
        <w:rPr>
          <w:i/>
          <w:sz w:val="28"/>
          <w:szCs w:val="28"/>
        </w:rPr>
        <w:t>д.</w:t>
      </w:r>
    </w:p>
    <w:p w:rsidR="00C9672C" w:rsidRPr="00E87414" w:rsidRDefault="00C9672C" w:rsidP="00C9672C">
      <w:pPr>
        <w:pStyle w:val="aff8"/>
        <w:rPr>
          <w:i/>
          <w:sz w:val="28"/>
          <w:szCs w:val="28"/>
        </w:rPr>
      </w:pPr>
      <w:r w:rsidRPr="00E87414">
        <w:rPr>
          <w:i/>
          <w:sz w:val="28"/>
          <w:szCs w:val="28"/>
        </w:rPr>
        <w:t>За таблицею:</w:t>
      </w:r>
      <w:r w:rsidRPr="00E87414">
        <w:rPr>
          <w:i/>
          <w:sz w:val="28"/>
          <w:szCs w:val="28"/>
        </w:rPr>
        <w:br/>
        <w:t xml:space="preserve">45–75 — І </w:t>
      </w:r>
      <w:proofErr w:type="spellStart"/>
      <w:r w:rsidRPr="00E87414">
        <w:rPr>
          <w:i/>
          <w:sz w:val="28"/>
          <w:szCs w:val="28"/>
        </w:rPr>
        <w:t>група</w:t>
      </w:r>
      <w:proofErr w:type="spellEnd"/>
      <w:r w:rsidRPr="00E87414">
        <w:rPr>
          <w:i/>
          <w:sz w:val="28"/>
          <w:szCs w:val="28"/>
        </w:rPr>
        <w:t xml:space="preserve"> (добра).</w:t>
      </w:r>
    </w:p>
    <w:p w:rsidR="00E87414" w:rsidRPr="00E87414" w:rsidRDefault="00C9672C" w:rsidP="00E87414">
      <w:pPr>
        <w:pStyle w:val="aff8"/>
        <w:rPr>
          <w:i/>
          <w:sz w:val="28"/>
          <w:szCs w:val="28"/>
        </w:rPr>
      </w:pPr>
      <w:proofErr w:type="spellStart"/>
      <w:r w:rsidRPr="00E87414">
        <w:rPr>
          <w:rStyle w:val="af6"/>
          <w:i/>
          <w:sz w:val="28"/>
          <w:szCs w:val="28"/>
        </w:rPr>
        <w:t>Висновок</w:t>
      </w:r>
      <w:proofErr w:type="spellEnd"/>
      <w:r w:rsidRPr="00E87414">
        <w:rPr>
          <w:rStyle w:val="af6"/>
          <w:i/>
          <w:sz w:val="28"/>
          <w:szCs w:val="28"/>
        </w:rPr>
        <w:t>:</w:t>
      </w:r>
      <w:r w:rsidRPr="00E87414">
        <w:rPr>
          <w:i/>
          <w:sz w:val="28"/>
          <w:szCs w:val="28"/>
        </w:rPr>
        <w:t xml:space="preserve"> клейковина </w:t>
      </w:r>
      <w:proofErr w:type="spellStart"/>
      <w:r w:rsidRPr="00E87414">
        <w:rPr>
          <w:i/>
          <w:sz w:val="28"/>
          <w:szCs w:val="28"/>
        </w:rPr>
        <w:t>якісна</w:t>
      </w:r>
      <w:proofErr w:type="spellEnd"/>
      <w:r w:rsidRPr="00E87414">
        <w:rPr>
          <w:i/>
          <w:sz w:val="28"/>
          <w:szCs w:val="28"/>
        </w:rPr>
        <w:t xml:space="preserve">, </w:t>
      </w:r>
      <w:proofErr w:type="spellStart"/>
      <w:r w:rsidRPr="00E87414">
        <w:rPr>
          <w:i/>
          <w:sz w:val="28"/>
          <w:szCs w:val="28"/>
        </w:rPr>
        <w:t>забезпечує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добрі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хлібопекарські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властивості</w:t>
      </w:r>
      <w:proofErr w:type="spellEnd"/>
      <w:r w:rsidRPr="00E87414">
        <w:rPr>
          <w:i/>
          <w:sz w:val="28"/>
          <w:szCs w:val="28"/>
        </w:rPr>
        <w:t>.</w:t>
      </w:r>
      <w:r w:rsidR="00E87414">
        <w:rPr>
          <w:i/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br/>
      </w:r>
      <w:proofErr w:type="spellStart"/>
      <w:r w:rsidR="009D6752" w:rsidRPr="00E87414">
        <w:rPr>
          <w:b/>
          <w:sz w:val="28"/>
          <w:szCs w:val="28"/>
        </w:rPr>
        <w:t>Завдання</w:t>
      </w:r>
      <w:proofErr w:type="spellEnd"/>
      <w:r w:rsidR="009D6752" w:rsidRPr="00E87414">
        <w:rPr>
          <w:b/>
          <w:sz w:val="28"/>
          <w:szCs w:val="28"/>
        </w:rPr>
        <w:t xml:space="preserve"> 5. </w:t>
      </w:r>
      <w:proofErr w:type="spellStart"/>
      <w:r w:rsidR="009D6752" w:rsidRPr="00E87414">
        <w:rPr>
          <w:b/>
          <w:sz w:val="28"/>
          <w:szCs w:val="28"/>
        </w:rPr>
        <w:t>Вивчити</w:t>
      </w:r>
      <w:proofErr w:type="spellEnd"/>
      <w:r w:rsidR="009D6752" w:rsidRPr="00E87414">
        <w:rPr>
          <w:b/>
          <w:sz w:val="28"/>
          <w:szCs w:val="28"/>
        </w:rPr>
        <w:t xml:space="preserve"> </w:t>
      </w:r>
      <w:proofErr w:type="spellStart"/>
      <w:r w:rsidR="009D6752" w:rsidRPr="00E87414">
        <w:rPr>
          <w:b/>
          <w:sz w:val="28"/>
          <w:szCs w:val="28"/>
        </w:rPr>
        <w:t>способи</w:t>
      </w:r>
      <w:proofErr w:type="spellEnd"/>
      <w:r w:rsidR="009D6752" w:rsidRPr="00E87414">
        <w:rPr>
          <w:b/>
          <w:sz w:val="28"/>
          <w:szCs w:val="28"/>
        </w:rPr>
        <w:t xml:space="preserve"> </w:t>
      </w:r>
      <w:proofErr w:type="spellStart"/>
      <w:r w:rsidR="009D6752" w:rsidRPr="00E87414">
        <w:rPr>
          <w:b/>
          <w:sz w:val="28"/>
          <w:szCs w:val="28"/>
        </w:rPr>
        <w:t>розміщення</w:t>
      </w:r>
      <w:proofErr w:type="spellEnd"/>
      <w:r w:rsidR="009D6752" w:rsidRPr="00E87414">
        <w:rPr>
          <w:b/>
          <w:sz w:val="28"/>
          <w:szCs w:val="28"/>
        </w:rPr>
        <w:t xml:space="preserve"> зерна в </w:t>
      </w:r>
      <w:proofErr w:type="spellStart"/>
      <w:r w:rsidR="009D6752" w:rsidRPr="00E87414">
        <w:rPr>
          <w:b/>
          <w:sz w:val="28"/>
          <w:szCs w:val="28"/>
        </w:rPr>
        <w:t>зерносховищах</w:t>
      </w:r>
      <w:proofErr w:type="spellEnd"/>
      <w:r w:rsidR="009D6752" w:rsidRPr="00E87414">
        <w:rPr>
          <w:b/>
          <w:sz w:val="28"/>
          <w:szCs w:val="28"/>
        </w:rPr>
        <w:t xml:space="preserve"> та контроль за </w:t>
      </w:r>
      <w:proofErr w:type="spellStart"/>
      <w:r w:rsidR="009D6752" w:rsidRPr="00E87414">
        <w:rPr>
          <w:b/>
          <w:sz w:val="28"/>
          <w:szCs w:val="28"/>
        </w:rPr>
        <w:t>його</w:t>
      </w:r>
      <w:proofErr w:type="spellEnd"/>
      <w:r w:rsidR="009D6752" w:rsidRPr="00E87414">
        <w:rPr>
          <w:b/>
          <w:sz w:val="28"/>
          <w:szCs w:val="28"/>
        </w:rPr>
        <w:t xml:space="preserve"> станом </w:t>
      </w:r>
      <w:proofErr w:type="spellStart"/>
      <w:proofErr w:type="gramStart"/>
      <w:r w:rsidR="009D6752" w:rsidRPr="00E87414">
        <w:rPr>
          <w:b/>
          <w:sz w:val="28"/>
          <w:szCs w:val="28"/>
        </w:rPr>
        <w:t>п</w:t>
      </w:r>
      <w:proofErr w:type="gramEnd"/>
      <w:r w:rsidR="009D6752" w:rsidRPr="00E87414">
        <w:rPr>
          <w:b/>
          <w:sz w:val="28"/>
          <w:szCs w:val="28"/>
        </w:rPr>
        <w:t>ід</w:t>
      </w:r>
      <w:proofErr w:type="spellEnd"/>
      <w:r w:rsidR="009D6752" w:rsidRPr="00E87414">
        <w:rPr>
          <w:b/>
          <w:sz w:val="28"/>
          <w:szCs w:val="28"/>
        </w:rPr>
        <w:t xml:space="preserve"> час </w:t>
      </w:r>
      <w:proofErr w:type="spellStart"/>
      <w:r w:rsidR="009D6752" w:rsidRPr="00E87414">
        <w:rPr>
          <w:b/>
          <w:sz w:val="28"/>
          <w:szCs w:val="28"/>
        </w:rPr>
        <w:t>зберігання</w:t>
      </w:r>
      <w:proofErr w:type="spellEnd"/>
      <w:r w:rsidR="009D6752" w:rsidRPr="00E87414">
        <w:rPr>
          <w:b/>
          <w:sz w:val="28"/>
          <w:szCs w:val="28"/>
        </w:rPr>
        <w:t xml:space="preserve"> за </w:t>
      </w:r>
      <w:proofErr w:type="spellStart"/>
      <w:r w:rsidR="009D6752" w:rsidRPr="00E87414">
        <w:rPr>
          <w:b/>
          <w:sz w:val="28"/>
          <w:szCs w:val="28"/>
        </w:rPr>
        <w:t>Національним</w:t>
      </w:r>
      <w:proofErr w:type="spellEnd"/>
      <w:r w:rsidR="009D6752" w:rsidRPr="00E87414">
        <w:rPr>
          <w:b/>
          <w:sz w:val="28"/>
          <w:szCs w:val="28"/>
        </w:rPr>
        <w:t xml:space="preserve"> стандартом </w:t>
      </w:r>
      <w:proofErr w:type="spellStart"/>
      <w:r w:rsidR="009D6752" w:rsidRPr="00E87414">
        <w:rPr>
          <w:b/>
          <w:sz w:val="28"/>
          <w:szCs w:val="28"/>
        </w:rPr>
        <w:t>України</w:t>
      </w:r>
      <w:proofErr w:type="spellEnd"/>
      <w:r w:rsidR="009D6752" w:rsidRPr="00E87414">
        <w:rPr>
          <w:b/>
          <w:sz w:val="28"/>
          <w:szCs w:val="28"/>
        </w:rPr>
        <w:t xml:space="preserve"> «ДСТУ ISO 6322-2: 2004. </w:t>
      </w:r>
      <w:proofErr w:type="spellStart"/>
      <w:r w:rsidR="009D6752" w:rsidRPr="00E87414">
        <w:rPr>
          <w:b/>
          <w:sz w:val="28"/>
          <w:szCs w:val="28"/>
        </w:rPr>
        <w:t>Зберігання</w:t>
      </w:r>
      <w:proofErr w:type="spellEnd"/>
      <w:r w:rsidR="009D6752" w:rsidRPr="00E87414">
        <w:rPr>
          <w:b/>
          <w:sz w:val="28"/>
          <w:szCs w:val="28"/>
        </w:rPr>
        <w:t xml:space="preserve"> </w:t>
      </w:r>
      <w:proofErr w:type="spellStart"/>
      <w:r w:rsidR="009D6752" w:rsidRPr="00E87414">
        <w:rPr>
          <w:b/>
          <w:sz w:val="28"/>
          <w:szCs w:val="28"/>
        </w:rPr>
        <w:t>зернових</w:t>
      </w:r>
      <w:proofErr w:type="spellEnd"/>
      <w:r w:rsidR="009D6752" w:rsidRPr="00E87414">
        <w:rPr>
          <w:b/>
          <w:sz w:val="28"/>
          <w:szCs w:val="28"/>
        </w:rPr>
        <w:t xml:space="preserve"> та </w:t>
      </w:r>
      <w:proofErr w:type="spellStart"/>
      <w:r w:rsidR="009D6752" w:rsidRPr="00E87414">
        <w:rPr>
          <w:b/>
          <w:sz w:val="28"/>
          <w:szCs w:val="28"/>
        </w:rPr>
        <w:t>бобових</w:t>
      </w:r>
      <w:proofErr w:type="spellEnd"/>
      <w:r w:rsidR="009D6752" w:rsidRPr="00E87414">
        <w:rPr>
          <w:b/>
          <w:sz w:val="28"/>
          <w:szCs w:val="28"/>
        </w:rPr>
        <w:t xml:space="preserve"> культур».</w:t>
      </w:r>
      <w:r w:rsidR="00E87414">
        <w:rPr>
          <w:sz w:val="28"/>
          <w:szCs w:val="28"/>
          <w:lang w:val="uk-UA"/>
        </w:rPr>
        <w:br/>
        <w:t xml:space="preserve"> </w:t>
      </w:r>
      <w:r w:rsidR="00E87414" w:rsidRPr="00E87414">
        <w:rPr>
          <w:i/>
          <w:sz w:val="28"/>
          <w:szCs w:val="28"/>
        </w:rPr>
        <w:t xml:space="preserve">Зерно </w:t>
      </w:r>
      <w:proofErr w:type="spellStart"/>
      <w:r w:rsidR="00E87414" w:rsidRPr="00E87414">
        <w:rPr>
          <w:i/>
          <w:sz w:val="28"/>
          <w:szCs w:val="28"/>
        </w:rPr>
        <w:t>зберігають</w:t>
      </w:r>
      <w:proofErr w:type="spellEnd"/>
      <w:r w:rsidR="00E87414" w:rsidRPr="00E87414">
        <w:rPr>
          <w:i/>
          <w:sz w:val="28"/>
          <w:szCs w:val="28"/>
        </w:rPr>
        <w:t>:</w:t>
      </w:r>
    </w:p>
    <w:p w:rsidR="00E87414" w:rsidRPr="00E87414" w:rsidRDefault="00E87414" w:rsidP="00E87414">
      <w:pPr>
        <w:pStyle w:val="aff8"/>
        <w:numPr>
          <w:ilvl w:val="0"/>
          <w:numId w:val="19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Напільно</w:t>
      </w:r>
      <w:proofErr w:type="spellEnd"/>
      <w:r w:rsidRPr="00E87414">
        <w:rPr>
          <w:i/>
          <w:sz w:val="28"/>
          <w:szCs w:val="28"/>
        </w:rPr>
        <w:t xml:space="preserve"> (</w:t>
      </w:r>
      <w:proofErr w:type="spellStart"/>
      <w:r w:rsidRPr="00E87414">
        <w:rPr>
          <w:i/>
          <w:sz w:val="28"/>
          <w:szCs w:val="28"/>
        </w:rPr>
        <w:t>висота</w:t>
      </w:r>
      <w:proofErr w:type="spellEnd"/>
      <w:r w:rsidRPr="00E87414">
        <w:rPr>
          <w:i/>
          <w:sz w:val="28"/>
          <w:szCs w:val="28"/>
        </w:rPr>
        <w:t xml:space="preserve"> 4–5 м)</w:t>
      </w:r>
    </w:p>
    <w:p w:rsidR="00E87414" w:rsidRPr="00E87414" w:rsidRDefault="00E87414" w:rsidP="00E87414">
      <w:pPr>
        <w:pStyle w:val="aff8"/>
        <w:numPr>
          <w:ilvl w:val="0"/>
          <w:numId w:val="19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Силосно</w:t>
      </w:r>
      <w:proofErr w:type="spellEnd"/>
      <w:r w:rsidRPr="00E87414">
        <w:rPr>
          <w:i/>
          <w:sz w:val="28"/>
          <w:szCs w:val="28"/>
        </w:rPr>
        <w:t xml:space="preserve"> (30–40 м)</w:t>
      </w:r>
    </w:p>
    <w:p w:rsidR="00E87414" w:rsidRPr="00E87414" w:rsidRDefault="00E87414" w:rsidP="00E87414">
      <w:pPr>
        <w:pStyle w:val="aff8"/>
        <w:numPr>
          <w:ilvl w:val="0"/>
          <w:numId w:val="19"/>
        </w:numPr>
        <w:rPr>
          <w:i/>
          <w:sz w:val="28"/>
          <w:szCs w:val="28"/>
        </w:rPr>
      </w:pPr>
      <w:r w:rsidRPr="00E87414">
        <w:rPr>
          <w:i/>
          <w:sz w:val="28"/>
          <w:szCs w:val="28"/>
        </w:rPr>
        <w:t xml:space="preserve">У </w:t>
      </w:r>
      <w:proofErr w:type="spellStart"/>
      <w:r w:rsidRPr="00E87414">
        <w:rPr>
          <w:i/>
          <w:sz w:val="28"/>
          <w:szCs w:val="28"/>
        </w:rPr>
        <w:t>тарі</w:t>
      </w:r>
      <w:proofErr w:type="spellEnd"/>
      <w:r w:rsidRPr="00E87414">
        <w:rPr>
          <w:i/>
          <w:sz w:val="28"/>
          <w:szCs w:val="28"/>
        </w:rPr>
        <w:t xml:space="preserve"> (</w:t>
      </w:r>
      <w:proofErr w:type="spellStart"/>
      <w:proofErr w:type="gramStart"/>
      <w:r w:rsidRPr="00E87414">
        <w:rPr>
          <w:i/>
          <w:sz w:val="28"/>
          <w:szCs w:val="28"/>
        </w:rPr>
        <w:t>м</w:t>
      </w:r>
      <w:proofErr w:type="gramEnd"/>
      <w:r w:rsidRPr="00E87414">
        <w:rPr>
          <w:i/>
          <w:sz w:val="28"/>
          <w:szCs w:val="28"/>
        </w:rPr>
        <w:t>ішки</w:t>
      </w:r>
      <w:proofErr w:type="spellEnd"/>
      <w:r w:rsidRPr="00E87414">
        <w:rPr>
          <w:i/>
          <w:sz w:val="28"/>
          <w:szCs w:val="28"/>
        </w:rPr>
        <w:t>)</w:t>
      </w:r>
    </w:p>
    <w:p w:rsidR="00E87414" w:rsidRPr="00E87414" w:rsidRDefault="00E87414" w:rsidP="00E87414">
      <w:pPr>
        <w:pStyle w:val="aff8"/>
        <w:numPr>
          <w:ilvl w:val="0"/>
          <w:numId w:val="19"/>
        </w:numPr>
        <w:rPr>
          <w:i/>
          <w:sz w:val="28"/>
          <w:szCs w:val="28"/>
        </w:rPr>
      </w:pPr>
      <w:r w:rsidRPr="00E87414">
        <w:rPr>
          <w:i/>
          <w:sz w:val="28"/>
          <w:szCs w:val="28"/>
        </w:rPr>
        <w:t xml:space="preserve">У </w:t>
      </w:r>
      <w:proofErr w:type="spellStart"/>
      <w:r w:rsidRPr="00E87414">
        <w:rPr>
          <w:i/>
          <w:sz w:val="28"/>
          <w:szCs w:val="28"/>
        </w:rPr>
        <w:t>герметичних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полімерних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gramStart"/>
      <w:r w:rsidRPr="00E87414">
        <w:rPr>
          <w:i/>
          <w:sz w:val="28"/>
          <w:szCs w:val="28"/>
        </w:rPr>
        <w:t>рукавах</w:t>
      </w:r>
      <w:proofErr w:type="gramEnd"/>
    </w:p>
    <w:p w:rsidR="00E87414" w:rsidRPr="00E87414" w:rsidRDefault="00E87414" w:rsidP="00E87414">
      <w:pPr>
        <w:pStyle w:val="aff8"/>
        <w:rPr>
          <w:i/>
          <w:sz w:val="28"/>
          <w:szCs w:val="28"/>
        </w:rPr>
      </w:pPr>
      <w:r w:rsidRPr="00E87414">
        <w:rPr>
          <w:i/>
          <w:sz w:val="28"/>
          <w:szCs w:val="28"/>
        </w:rPr>
        <w:t xml:space="preserve">Контроль </w:t>
      </w:r>
      <w:proofErr w:type="spellStart"/>
      <w:proofErr w:type="gramStart"/>
      <w:r w:rsidRPr="00E87414">
        <w:rPr>
          <w:i/>
          <w:sz w:val="28"/>
          <w:szCs w:val="28"/>
        </w:rPr>
        <w:t>п</w:t>
      </w:r>
      <w:proofErr w:type="gramEnd"/>
      <w:r w:rsidRPr="00E87414">
        <w:rPr>
          <w:i/>
          <w:sz w:val="28"/>
          <w:szCs w:val="28"/>
        </w:rPr>
        <w:t>ід</w:t>
      </w:r>
      <w:proofErr w:type="spellEnd"/>
      <w:r w:rsidRPr="00E87414">
        <w:rPr>
          <w:i/>
          <w:sz w:val="28"/>
          <w:szCs w:val="28"/>
        </w:rPr>
        <w:t xml:space="preserve"> час </w:t>
      </w:r>
      <w:proofErr w:type="spellStart"/>
      <w:r w:rsidRPr="00E87414">
        <w:rPr>
          <w:i/>
          <w:sz w:val="28"/>
          <w:szCs w:val="28"/>
        </w:rPr>
        <w:t>зберігання</w:t>
      </w:r>
      <w:proofErr w:type="spellEnd"/>
      <w:r w:rsidRPr="00E87414">
        <w:rPr>
          <w:i/>
          <w:sz w:val="28"/>
          <w:szCs w:val="28"/>
        </w:rPr>
        <w:t>:</w:t>
      </w:r>
    </w:p>
    <w:p w:rsidR="00E87414" w:rsidRPr="00E87414" w:rsidRDefault="00E87414" w:rsidP="00E87414">
      <w:pPr>
        <w:pStyle w:val="aff8"/>
        <w:numPr>
          <w:ilvl w:val="0"/>
          <w:numId w:val="20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температури</w:t>
      </w:r>
      <w:proofErr w:type="spellEnd"/>
    </w:p>
    <w:p w:rsidR="00E87414" w:rsidRPr="00E87414" w:rsidRDefault="00E87414" w:rsidP="00E87414">
      <w:pPr>
        <w:pStyle w:val="aff8"/>
        <w:numPr>
          <w:ilvl w:val="0"/>
          <w:numId w:val="20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вологості</w:t>
      </w:r>
      <w:proofErr w:type="spellEnd"/>
    </w:p>
    <w:p w:rsidR="00E87414" w:rsidRPr="00E87414" w:rsidRDefault="00E87414" w:rsidP="00E87414">
      <w:pPr>
        <w:pStyle w:val="aff8"/>
        <w:numPr>
          <w:ilvl w:val="0"/>
          <w:numId w:val="20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зараженості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шкідниками</w:t>
      </w:r>
      <w:proofErr w:type="spellEnd"/>
    </w:p>
    <w:p w:rsidR="00E87414" w:rsidRPr="00E87414" w:rsidRDefault="00E87414" w:rsidP="00E87414">
      <w:pPr>
        <w:pStyle w:val="aff8"/>
        <w:numPr>
          <w:ilvl w:val="0"/>
          <w:numId w:val="20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самозігрівання</w:t>
      </w:r>
      <w:proofErr w:type="spellEnd"/>
    </w:p>
    <w:p w:rsidR="00E87414" w:rsidRPr="00E87414" w:rsidRDefault="00E87414" w:rsidP="00E87414">
      <w:pPr>
        <w:pStyle w:val="aff8"/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Окремо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зберігають</w:t>
      </w:r>
      <w:proofErr w:type="spellEnd"/>
      <w:r w:rsidRPr="00E87414">
        <w:rPr>
          <w:i/>
          <w:sz w:val="28"/>
          <w:szCs w:val="28"/>
        </w:rPr>
        <w:t>:</w:t>
      </w:r>
    </w:p>
    <w:p w:rsidR="00E87414" w:rsidRPr="00E87414" w:rsidRDefault="00E87414" w:rsidP="00E87414">
      <w:pPr>
        <w:pStyle w:val="aff8"/>
        <w:numPr>
          <w:ilvl w:val="0"/>
          <w:numId w:val="21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заражене</w:t>
      </w:r>
      <w:proofErr w:type="spellEnd"/>
    </w:p>
    <w:p w:rsidR="00E87414" w:rsidRPr="00E87414" w:rsidRDefault="00E87414" w:rsidP="00E87414">
      <w:pPr>
        <w:pStyle w:val="aff8"/>
        <w:numPr>
          <w:ilvl w:val="0"/>
          <w:numId w:val="21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пошкоджене</w:t>
      </w:r>
      <w:proofErr w:type="spellEnd"/>
      <w:r w:rsidRPr="00E87414">
        <w:rPr>
          <w:i/>
          <w:sz w:val="28"/>
          <w:szCs w:val="28"/>
        </w:rPr>
        <w:t xml:space="preserve"> морозом</w:t>
      </w:r>
    </w:p>
    <w:p w:rsidR="00E87414" w:rsidRPr="00E87414" w:rsidRDefault="00E87414" w:rsidP="00E87414">
      <w:pPr>
        <w:pStyle w:val="aff8"/>
        <w:numPr>
          <w:ilvl w:val="0"/>
          <w:numId w:val="21"/>
        </w:numPr>
        <w:rPr>
          <w:i/>
          <w:sz w:val="28"/>
          <w:szCs w:val="28"/>
        </w:rPr>
      </w:pPr>
      <w:r w:rsidRPr="00E87414">
        <w:rPr>
          <w:i/>
          <w:sz w:val="28"/>
          <w:szCs w:val="28"/>
        </w:rPr>
        <w:t xml:space="preserve">з </w:t>
      </w:r>
      <w:proofErr w:type="spellStart"/>
      <w:r w:rsidRPr="00E87414">
        <w:rPr>
          <w:i/>
          <w:sz w:val="28"/>
          <w:szCs w:val="28"/>
        </w:rPr>
        <w:t>невластивим</w:t>
      </w:r>
      <w:proofErr w:type="spellEnd"/>
      <w:r w:rsidRPr="00E87414">
        <w:rPr>
          <w:i/>
          <w:sz w:val="28"/>
          <w:szCs w:val="28"/>
        </w:rPr>
        <w:t xml:space="preserve"> запахом</w:t>
      </w:r>
    </w:p>
    <w:p w:rsidR="00E87414" w:rsidRPr="00E87414" w:rsidRDefault="00E87414" w:rsidP="00E87414">
      <w:pPr>
        <w:pStyle w:val="aff8"/>
        <w:numPr>
          <w:ilvl w:val="0"/>
          <w:numId w:val="21"/>
        </w:numPr>
        <w:rPr>
          <w:i/>
          <w:sz w:val="28"/>
          <w:szCs w:val="28"/>
        </w:rPr>
      </w:pPr>
      <w:r w:rsidRPr="00E87414">
        <w:rPr>
          <w:i/>
          <w:sz w:val="28"/>
          <w:szCs w:val="28"/>
        </w:rPr>
        <w:t xml:space="preserve">з </w:t>
      </w:r>
      <w:proofErr w:type="spellStart"/>
      <w:r w:rsidRPr="00E87414">
        <w:rPr>
          <w:i/>
          <w:sz w:val="28"/>
          <w:szCs w:val="28"/>
        </w:rPr>
        <w:t>важковідокремлюваними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домішками</w:t>
      </w:r>
      <w:proofErr w:type="spellEnd"/>
    </w:p>
    <w:p w:rsidR="00E87414" w:rsidRPr="00E87414" w:rsidRDefault="009D6752" w:rsidP="00E87414">
      <w:pPr>
        <w:pStyle w:val="aff8"/>
        <w:rPr>
          <w:i/>
          <w:sz w:val="28"/>
          <w:szCs w:val="28"/>
        </w:rPr>
      </w:pPr>
      <w:proofErr w:type="spellStart"/>
      <w:r w:rsidRPr="00E87414">
        <w:rPr>
          <w:b/>
          <w:sz w:val="28"/>
          <w:szCs w:val="28"/>
        </w:rPr>
        <w:lastRenderedPageBreak/>
        <w:t>Завдання</w:t>
      </w:r>
      <w:proofErr w:type="spellEnd"/>
      <w:r w:rsidRPr="00E87414">
        <w:rPr>
          <w:b/>
          <w:sz w:val="28"/>
          <w:szCs w:val="28"/>
        </w:rPr>
        <w:t xml:space="preserve"> 6. Характеристика </w:t>
      </w:r>
      <w:proofErr w:type="spellStart"/>
      <w:r w:rsidRPr="00E87414">
        <w:rPr>
          <w:b/>
          <w:sz w:val="28"/>
          <w:szCs w:val="28"/>
        </w:rPr>
        <w:t>зерносховищ</w:t>
      </w:r>
      <w:proofErr w:type="spellEnd"/>
      <w:r w:rsidRPr="00E87414">
        <w:rPr>
          <w:b/>
          <w:sz w:val="28"/>
          <w:szCs w:val="28"/>
        </w:rPr>
        <w:t xml:space="preserve"> і </w:t>
      </w:r>
      <w:proofErr w:type="spellStart"/>
      <w:proofErr w:type="gramStart"/>
      <w:r w:rsidRPr="00E87414">
        <w:rPr>
          <w:b/>
          <w:sz w:val="28"/>
          <w:szCs w:val="28"/>
        </w:rPr>
        <w:t>п</w:t>
      </w:r>
      <w:proofErr w:type="gramEnd"/>
      <w:r w:rsidRPr="00E87414">
        <w:rPr>
          <w:b/>
          <w:sz w:val="28"/>
          <w:szCs w:val="28"/>
        </w:rPr>
        <w:t>ідготовка</w:t>
      </w:r>
      <w:proofErr w:type="spellEnd"/>
      <w:r w:rsidRPr="00E87414">
        <w:rPr>
          <w:b/>
          <w:sz w:val="28"/>
          <w:szCs w:val="28"/>
        </w:rPr>
        <w:t xml:space="preserve"> </w:t>
      </w:r>
      <w:proofErr w:type="spellStart"/>
      <w:r w:rsidRPr="00E87414">
        <w:rPr>
          <w:b/>
          <w:sz w:val="28"/>
          <w:szCs w:val="28"/>
        </w:rPr>
        <w:t>їх</w:t>
      </w:r>
      <w:proofErr w:type="spellEnd"/>
      <w:r w:rsidRPr="00E87414">
        <w:rPr>
          <w:b/>
          <w:sz w:val="28"/>
          <w:szCs w:val="28"/>
        </w:rPr>
        <w:t xml:space="preserve"> до </w:t>
      </w:r>
      <w:proofErr w:type="spellStart"/>
      <w:r w:rsidRPr="00E87414">
        <w:rPr>
          <w:b/>
          <w:sz w:val="28"/>
          <w:szCs w:val="28"/>
        </w:rPr>
        <w:t>приймання</w:t>
      </w:r>
      <w:proofErr w:type="spellEnd"/>
      <w:r w:rsidRPr="00E87414">
        <w:rPr>
          <w:b/>
          <w:sz w:val="28"/>
          <w:szCs w:val="28"/>
        </w:rPr>
        <w:t xml:space="preserve"> </w:t>
      </w:r>
      <w:proofErr w:type="spellStart"/>
      <w:r w:rsidRPr="00E87414">
        <w:rPr>
          <w:b/>
          <w:sz w:val="28"/>
          <w:szCs w:val="28"/>
        </w:rPr>
        <w:t>врожаю</w:t>
      </w:r>
      <w:proofErr w:type="spellEnd"/>
      <w:r w:rsidR="00E87414">
        <w:rPr>
          <w:sz w:val="28"/>
          <w:szCs w:val="28"/>
          <w:lang w:val="uk-UA"/>
        </w:rPr>
        <w:t>.</w:t>
      </w:r>
      <w:r w:rsidR="00E87414">
        <w:rPr>
          <w:sz w:val="28"/>
          <w:szCs w:val="28"/>
          <w:lang w:val="uk-UA"/>
        </w:rPr>
        <w:br/>
      </w:r>
      <w:proofErr w:type="spellStart"/>
      <w:r w:rsidR="00E87414" w:rsidRPr="00E87414">
        <w:rPr>
          <w:i/>
          <w:sz w:val="28"/>
          <w:szCs w:val="28"/>
        </w:rPr>
        <w:t>Основні</w:t>
      </w:r>
      <w:proofErr w:type="spellEnd"/>
      <w:r w:rsidR="00E87414" w:rsidRPr="00E87414">
        <w:rPr>
          <w:i/>
          <w:sz w:val="28"/>
          <w:szCs w:val="28"/>
        </w:rPr>
        <w:t xml:space="preserve"> </w:t>
      </w:r>
      <w:proofErr w:type="spellStart"/>
      <w:r w:rsidR="00E87414" w:rsidRPr="00E87414">
        <w:rPr>
          <w:i/>
          <w:sz w:val="28"/>
          <w:szCs w:val="28"/>
        </w:rPr>
        <w:t>вимоги</w:t>
      </w:r>
      <w:proofErr w:type="spellEnd"/>
      <w:r w:rsidR="00E87414" w:rsidRPr="00E87414">
        <w:rPr>
          <w:i/>
          <w:sz w:val="28"/>
          <w:szCs w:val="28"/>
        </w:rPr>
        <w:t>:</w:t>
      </w:r>
    </w:p>
    <w:p w:rsidR="00E87414" w:rsidRPr="00E87414" w:rsidRDefault="00E87414" w:rsidP="00E87414">
      <w:pPr>
        <w:pStyle w:val="aff8"/>
        <w:numPr>
          <w:ilvl w:val="0"/>
          <w:numId w:val="22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ізоляція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від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вологи</w:t>
      </w:r>
      <w:proofErr w:type="spellEnd"/>
    </w:p>
    <w:p w:rsidR="00E87414" w:rsidRPr="00E87414" w:rsidRDefault="00E87414" w:rsidP="00E87414">
      <w:pPr>
        <w:pStyle w:val="aff8"/>
        <w:numPr>
          <w:ilvl w:val="0"/>
          <w:numId w:val="22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захист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від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шкідників</w:t>
      </w:r>
      <w:proofErr w:type="spellEnd"/>
    </w:p>
    <w:p w:rsidR="00E87414" w:rsidRPr="00E87414" w:rsidRDefault="00E87414" w:rsidP="00E87414">
      <w:pPr>
        <w:pStyle w:val="aff8"/>
        <w:numPr>
          <w:ilvl w:val="0"/>
          <w:numId w:val="22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можливість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вентиляції</w:t>
      </w:r>
      <w:proofErr w:type="spellEnd"/>
    </w:p>
    <w:p w:rsidR="00E87414" w:rsidRPr="00E87414" w:rsidRDefault="00E87414" w:rsidP="00E87414">
      <w:pPr>
        <w:pStyle w:val="aff8"/>
        <w:numPr>
          <w:ilvl w:val="0"/>
          <w:numId w:val="22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механізація</w:t>
      </w:r>
      <w:proofErr w:type="spellEnd"/>
    </w:p>
    <w:p w:rsidR="00E87414" w:rsidRPr="00E87414" w:rsidRDefault="00E87414" w:rsidP="00E87414">
      <w:pPr>
        <w:pStyle w:val="aff8"/>
        <w:numPr>
          <w:ilvl w:val="0"/>
          <w:numId w:val="22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розді</w:t>
      </w:r>
      <w:proofErr w:type="gramStart"/>
      <w:r w:rsidRPr="00E87414">
        <w:rPr>
          <w:i/>
          <w:sz w:val="28"/>
          <w:szCs w:val="28"/>
        </w:rPr>
        <w:t>льне</w:t>
      </w:r>
      <w:proofErr w:type="spellEnd"/>
      <w:proofErr w:type="gram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зберігання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партій</w:t>
      </w:r>
      <w:proofErr w:type="spellEnd"/>
    </w:p>
    <w:p w:rsidR="00E87414" w:rsidRPr="00E87414" w:rsidRDefault="00E87414" w:rsidP="00E87414">
      <w:pPr>
        <w:pStyle w:val="aff8"/>
        <w:rPr>
          <w:i/>
          <w:sz w:val="28"/>
          <w:szCs w:val="28"/>
        </w:rPr>
      </w:pPr>
      <w:proofErr w:type="spellStart"/>
      <w:proofErr w:type="gramStart"/>
      <w:r w:rsidRPr="00E87414">
        <w:rPr>
          <w:i/>
          <w:sz w:val="28"/>
          <w:szCs w:val="28"/>
        </w:rPr>
        <w:t>П</w:t>
      </w:r>
      <w:proofErr w:type="gramEnd"/>
      <w:r w:rsidRPr="00E87414">
        <w:rPr>
          <w:i/>
          <w:sz w:val="28"/>
          <w:szCs w:val="28"/>
        </w:rPr>
        <w:t>ідготовка</w:t>
      </w:r>
      <w:proofErr w:type="spellEnd"/>
      <w:r w:rsidRPr="00E87414">
        <w:rPr>
          <w:i/>
          <w:sz w:val="28"/>
          <w:szCs w:val="28"/>
        </w:rPr>
        <w:t xml:space="preserve"> до </w:t>
      </w:r>
      <w:proofErr w:type="spellStart"/>
      <w:r w:rsidRPr="00E87414">
        <w:rPr>
          <w:i/>
          <w:sz w:val="28"/>
          <w:szCs w:val="28"/>
        </w:rPr>
        <w:t>приймання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врожаю</w:t>
      </w:r>
      <w:proofErr w:type="spellEnd"/>
      <w:r w:rsidRPr="00E87414">
        <w:rPr>
          <w:i/>
          <w:sz w:val="28"/>
          <w:szCs w:val="28"/>
        </w:rPr>
        <w:t>:</w:t>
      </w:r>
    </w:p>
    <w:p w:rsidR="00E87414" w:rsidRPr="00E87414" w:rsidRDefault="00E87414" w:rsidP="00E87414">
      <w:pPr>
        <w:pStyle w:val="aff8"/>
        <w:numPr>
          <w:ilvl w:val="0"/>
          <w:numId w:val="23"/>
        </w:numPr>
        <w:rPr>
          <w:i/>
          <w:sz w:val="28"/>
          <w:szCs w:val="28"/>
        </w:rPr>
      </w:pPr>
      <w:r w:rsidRPr="00E87414">
        <w:rPr>
          <w:i/>
          <w:sz w:val="28"/>
          <w:szCs w:val="28"/>
        </w:rPr>
        <w:t xml:space="preserve">зачистка </w:t>
      </w:r>
      <w:proofErr w:type="spellStart"/>
      <w:r w:rsidRPr="00E87414">
        <w:rPr>
          <w:i/>
          <w:sz w:val="28"/>
          <w:szCs w:val="28"/>
        </w:rPr>
        <w:t>складі</w:t>
      </w:r>
      <w:proofErr w:type="gramStart"/>
      <w:r w:rsidRPr="00E87414">
        <w:rPr>
          <w:i/>
          <w:sz w:val="28"/>
          <w:szCs w:val="28"/>
        </w:rPr>
        <w:t>в</w:t>
      </w:r>
      <w:proofErr w:type="spellEnd"/>
      <w:proofErr w:type="gramEnd"/>
    </w:p>
    <w:p w:rsidR="00E87414" w:rsidRPr="00E87414" w:rsidRDefault="00E87414" w:rsidP="00E87414">
      <w:pPr>
        <w:pStyle w:val="aff8"/>
        <w:numPr>
          <w:ilvl w:val="0"/>
          <w:numId w:val="23"/>
        </w:numPr>
        <w:rPr>
          <w:i/>
          <w:sz w:val="28"/>
          <w:szCs w:val="28"/>
        </w:rPr>
      </w:pPr>
      <w:r w:rsidRPr="00E87414">
        <w:rPr>
          <w:i/>
          <w:sz w:val="28"/>
          <w:szCs w:val="28"/>
        </w:rPr>
        <w:t xml:space="preserve">ремонт </w:t>
      </w:r>
      <w:proofErr w:type="spellStart"/>
      <w:r w:rsidRPr="00E87414">
        <w:rPr>
          <w:i/>
          <w:sz w:val="28"/>
          <w:szCs w:val="28"/>
        </w:rPr>
        <w:t>обладнання</w:t>
      </w:r>
      <w:proofErr w:type="spellEnd"/>
    </w:p>
    <w:p w:rsidR="00E87414" w:rsidRPr="00E87414" w:rsidRDefault="00E87414" w:rsidP="00E87414">
      <w:pPr>
        <w:pStyle w:val="aff8"/>
        <w:numPr>
          <w:ilvl w:val="0"/>
          <w:numId w:val="23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дезінфекція</w:t>
      </w:r>
      <w:proofErr w:type="spellEnd"/>
    </w:p>
    <w:p w:rsidR="00E87414" w:rsidRPr="00E87414" w:rsidRDefault="00E87414" w:rsidP="00E87414">
      <w:pPr>
        <w:pStyle w:val="aff8"/>
        <w:numPr>
          <w:ilvl w:val="0"/>
          <w:numId w:val="23"/>
        </w:numPr>
        <w:rPr>
          <w:i/>
          <w:sz w:val="28"/>
          <w:szCs w:val="28"/>
        </w:rPr>
      </w:pPr>
      <w:proofErr w:type="spellStart"/>
      <w:proofErr w:type="gramStart"/>
      <w:r w:rsidRPr="00E87414">
        <w:rPr>
          <w:i/>
          <w:sz w:val="28"/>
          <w:szCs w:val="28"/>
        </w:rPr>
        <w:t>пров</w:t>
      </w:r>
      <w:proofErr w:type="gramEnd"/>
      <w:r w:rsidRPr="00E87414">
        <w:rPr>
          <w:i/>
          <w:sz w:val="28"/>
          <w:szCs w:val="28"/>
        </w:rPr>
        <w:t>ітрювання</w:t>
      </w:r>
      <w:proofErr w:type="spellEnd"/>
    </w:p>
    <w:p w:rsidR="00E87414" w:rsidRPr="00E87414" w:rsidRDefault="00E87414" w:rsidP="00E87414">
      <w:pPr>
        <w:pStyle w:val="aff8"/>
        <w:numPr>
          <w:ilvl w:val="0"/>
          <w:numId w:val="23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складання</w:t>
      </w:r>
      <w:proofErr w:type="spellEnd"/>
      <w:r w:rsidRPr="00E87414">
        <w:rPr>
          <w:i/>
          <w:sz w:val="28"/>
          <w:szCs w:val="28"/>
        </w:rPr>
        <w:t xml:space="preserve"> акта </w:t>
      </w:r>
      <w:proofErr w:type="spellStart"/>
      <w:r w:rsidRPr="00E87414">
        <w:rPr>
          <w:i/>
          <w:sz w:val="28"/>
          <w:szCs w:val="28"/>
        </w:rPr>
        <w:t>готовності</w:t>
      </w:r>
      <w:proofErr w:type="spellEnd"/>
    </w:p>
    <w:p w:rsidR="009D6752" w:rsidRPr="00E87414" w:rsidRDefault="009D6752" w:rsidP="00E87414">
      <w:pPr>
        <w:pStyle w:val="aff8"/>
        <w:rPr>
          <w:i/>
          <w:sz w:val="28"/>
          <w:szCs w:val="28"/>
        </w:rPr>
      </w:pPr>
      <w:r w:rsidRPr="00E87414">
        <w:rPr>
          <w:i/>
          <w:sz w:val="28"/>
          <w:szCs w:val="28"/>
          <w:lang w:val="uk-UA"/>
        </w:rPr>
        <w:br/>
      </w:r>
      <w:r w:rsidRPr="00E87414">
        <w:rPr>
          <w:b/>
          <w:i/>
          <w:sz w:val="28"/>
          <w:szCs w:val="28"/>
          <w:lang w:val="uk-UA"/>
        </w:rPr>
        <w:t>Висновок:</w:t>
      </w:r>
      <w:r w:rsidR="00E87414" w:rsidRPr="00E87414">
        <w:rPr>
          <w:i/>
          <w:sz w:val="28"/>
          <w:szCs w:val="28"/>
          <w:lang w:val="uk-UA"/>
        </w:rPr>
        <w:t xml:space="preserve"> </w:t>
      </w:r>
      <w:r w:rsidR="00E87414" w:rsidRPr="00E87414">
        <w:rPr>
          <w:i/>
          <w:sz w:val="28"/>
          <w:szCs w:val="28"/>
          <w:lang w:val="uk-UA"/>
        </w:rPr>
        <w:t>У ході практичної роботи було закріплено навички відбору середньої проби зерна для аналізу та опрацьовано основні методики визначення його якості: вологості, засміченості, вмісту сирої клейковини та білка. Також вивчено способи розміщення зерна в зерносховищах, вимоги до них та порядок підготовки до приймання нового врожаю. Дотримання режимів зберігання та систематичний контроль показників забезпечують збереження якості зерна, запобігають його псуванню та втратам.</w:t>
      </w:r>
      <w:r w:rsidRPr="00E87414">
        <w:rPr>
          <w:i/>
          <w:sz w:val="28"/>
          <w:szCs w:val="28"/>
          <w:lang w:val="uk-UA"/>
        </w:rPr>
        <w:br/>
      </w:r>
      <w:r w:rsidRPr="009D6752">
        <w:rPr>
          <w:sz w:val="28"/>
          <w:szCs w:val="28"/>
          <w:lang w:val="uk-UA"/>
        </w:rPr>
        <w:br/>
      </w:r>
      <w:r w:rsidRPr="00E87414">
        <w:rPr>
          <w:b/>
          <w:sz w:val="28"/>
          <w:szCs w:val="28"/>
          <w:lang w:val="uk-UA"/>
        </w:rPr>
        <w:t>Питання для самоконтролю</w:t>
      </w:r>
      <w:r w:rsidRPr="009D6752">
        <w:rPr>
          <w:sz w:val="28"/>
          <w:szCs w:val="28"/>
          <w:lang w:val="uk-UA"/>
        </w:rPr>
        <w:br/>
      </w:r>
      <w:r w:rsidRPr="00E87414">
        <w:rPr>
          <w:b/>
          <w:sz w:val="28"/>
          <w:szCs w:val="28"/>
          <w:lang w:val="uk-UA"/>
        </w:rPr>
        <w:t>1. З якою метою визначають вологість зерна?</w:t>
      </w:r>
      <w:r w:rsidRPr="009D6752">
        <w:rPr>
          <w:sz w:val="28"/>
          <w:szCs w:val="28"/>
          <w:lang w:val="uk-UA"/>
        </w:rPr>
        <w:br/>
      </w:r>
      <w:r w:rsidRPr="00E87414">
        <w:rPr>
          <w:i/>
          <w:sz w:val="28"/>
          <w:szCs w:val="28"/>
          <w:lang w:val="uk-UA"/>
        </w:rPr>
        <w:t>Вологість зерна визначають для встановлення його придатності до зберігання, запобігання самозігріванню, розвитку мікроорганізмів і плісняви, визначення необхідності сушіння та правильного розрахунку маси сухої речовини.</w:t>
      </w:r>
    </w:p>
    <w:p w:rsidR="009D6752" w:rsidRPr="00E87414" w:rsidRDefault="009D6752" w:rsidP="009D6752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lastRenderedPageBreak/>
        <w:t xml:space="preserve">2. </w:t>
      </w:r>
      <w:proofErr w:type="gram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З</w:t>
      </w:r>
      <w:proofErr w:type="gramEnd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якою</w:t>
      </w:r>
      <w:proofErr w:type="spellEnd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метою </w:t>
      </w:r>
      <w:proofErr w:type="spell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визначають</w:t>
      </w:r>
      <w:proofErr w:type="spellEnd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засміченість</w:t>
      </w:r>
      <w:proofErr w:type="spellEnd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зерна?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Засміченість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зерна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визначають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для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оцінки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його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якості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,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встановлення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ступеня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чистоти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,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визначення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необхідності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очищення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та правильного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формування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партій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зерна перед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зберіганням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або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реалізацією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.</w:t>
      </w:r>
    </w:p>
    <w:p w:rsidR="009D6752" w:rsidRPr="00E87414" w:rsidRDefault="009D6752" w:rsidP="009D6752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3. Як </w:t>
      </w:r>
      <w:proofErr w:type="spell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класифікують</w:t>
      </w:r>
      <w:proofErr w:type="spellEnd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зерно за </w:t>
      </w:r>
      <w:proofErr w:type="spell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вологістю</w:t>
      </w:r>
      <w:proofErr w:type="spellEnd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Зерно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класифікують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на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:</w:t>
      </w:r>
    </w:p>
    <w:p w:rsidR="009D6752" w:rsidRPr="00E87414" w:rsidRDefault="009D6752" w:rsidP="009D6752">
      <w:pPr>
        <w:pStyle w:val="aff8"/>
        <w:numPr>
          <w:ilvl w:val="0"/>
          <w:numId w:val="10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сухе</w:t>
      </w:r>
      <w:proofErr w:type="spellEnd"/>
      <w:r w:rsidRPr="00E87414">
        <w:rPr>
          <w:i/>
          <w:sz w:val="28"/>
          <w:szCs w:val="28"/>
        </w:rPr>
        <w:t>;</w:t>
      </w:r>
    </w:p>
    <w:p w:rsidR="009D6752" w:rsidRPr="00E87414" w:rsidRDefault="009D6752" w:rsidP="009D6752">
      <w:pPr>
        <w:pStyle w:val="aff8"/>
        <w:numPr>
          <w:ilvl w:val="0"/>
          <w:numId w:val="10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середньої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сухості</w:t>
      </w:r>
      <w:proofErr w:type="spellEnd"/>
      <w:r w:rsidRPr="00E87414">
        <w:rPr>
          <w:i/>
          <w:sz w:val="28"/>
          <w:szCs w:val="28"/>
        </w:rPr>
        <w:t>;</w:t>
      </w:r>
    </w:p>
    <w:p w:rsidR="009D6752" w:rsidRPr="00E87414" w:rsidRDefault="009D6752" w:rsidP="009D6752">
      <w:pPr>
        <w:pStyle w:val="aff8"/>
        <w:numPr>
          <w:ilvl w:val="0"/>
          <w:numId w:val="10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вологе</w:t>
      </w:r>
      <w:proofErr w:type="spellEnd"/>
      <w:r w:rsidRPr="00E87414">
        <w:rPr>
          <w:i/>
          <w:sz w:val="28"/>
          <w:szCs w:val="28"/>
        </w:rPr>
        <w:t>;</w:t>
      </w:r>
    </w:p>
    <w:p w:rsidR="009D6752" w:rsidRPr="00E87414" w:rsidRDefault="009D6752" w:rsidP="009D6752">
      <w:pPr>
        <w:pStyle w:val="aff8"/>
        <w:numPr>
          <w:ilvl w:val="0"/>
          <w:numId w:val="10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сире</w:t>
      </w:r>
      <w:proofErr w:type="spellEnd"/>
      <w:r w:rsidRPr="00E87414">
        <w:rPr>
          <w:i/>
          <w:sz w:val="28"/>
          <w:szCs w:val="28"/>
        </w:rPr>
        <w:t>.</w:t>
      </w:r>
    </w:p>
    <w:p w:rsidR="009D6752" w:rsidRPr="00E87414" w:rsidRDefault="009D6752" w:rsidP="009D6752">
      <w:pPr>
        <w:pStyle w:val="31"/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</w:pPr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4. </w:t>
      </w:r>
      <w:proofErr w:type="spell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Які</w:t>
      </w:r>
      <w:proofErr w:type="spellEnd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домішки</w:t>
      </w:r>
      <w:proofErr w:type="spellEnd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зерна </w:t>
      </w:r>
      <w:proofErr w:type="spell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пшениці</w:t>
      </w:r>
      <w:proofErr w:type="spellEnd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відносять</w:t>
      </w:r>
      <w:proofErr w:type="spellEnd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до </w:t>
      </w:r>
      <w:proofErr w:type="spell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шкідливих</w:t>
      </w:r>
      <w:proofErr w:type="spellEnd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До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шкідливих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домішок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відносять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:</w:t>
      </w:r>
    </w:p>
    <w:p w:rsidR="009D6752" w:rsidRPr="00E87414" w:rsidRDefault="009D6752" w:rsidP="009D6752">
      <w:pPr>
        <w:pStyle w:val="aff8"/>
        <w:numPr>
          <w:ilvl w:val="0"/>
          <w:numId w:val="11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насіння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отруйних</w:t>
      </w:r>
      <w:proofErr w:type="spellEnd"/>
      <w:r w:rsidRPr="00E87414">
        <w:rPr>
          <w:i/>
          <w:sz w:val="28"/>
          <w:szCs w:val="28"/>
        </w:rPr>
        <w:t xml:space="preserve"> і </w:t>
      </w:r>
      <w:proofErr w:type="spellStart"/>
      <w:r w:rsidRPr="00E87414">
        <w:rPr>
          <w:i/>
          <w:sz w:val="28"/>
          <w:szCs w:val="28"/>
        </w:rPr>
        <w:t>карантинних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бур’яні</w:t>
      </w:r>
      <w:proofErr w:type="gramStart"/>
      <w:r w:rsidRPr="00E87414">
        <w:rPr>
          <w:i/>
          <w:sz w:val="28"/>
          <w:szCs w:val="28"/>
        </w:rPr>
        <w:t>в</w:t>
      </w:r>
      <w:proofErr w:type="spellEnd"/>
      <w:proofErr w:type="gramEnd"/>
      <w:r w:rsidRPr="00E87414">
        <w:rPr>
          <w:i/>
          <w:sz w:val="28"/>
          <w:szCs w:val="28"/>
        </w:rPr>
        <w:t>;</w:t>
      </w:r>
    </w:p>
    <w:p w:rsidR="009D6752" w:rsidRPr="00E87414" w:rsidRDefault="009D6752" w:rsidP="009D6752">
      <w:pPr>
        <w:pStyle w:val="aff8"/>
        <w:numPr>
          <w:ilvl w:val="0"/>
          <w:numId w:val="11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пошкоджене</w:t>
      </w:r>
      <w:proofErr w:type="spellEnd"/>
      <w:r w:rsidRPr="00E87414">
        <w:rPr>
          <w:i/>
          <w:sz w:val="28"/>
          <w:szCs w:val="28"/>
        </w:rPr>
        <w:t xml:space="preserve">, </w:t>
      </w:r>
      <w:proofErr w:type="spellStart"/>
      <w:r w:rsidRPr="00E87414">
        <w:rPr>
          <w:i/>
          <w:sz w:val="28"/>
          <w:szCs w:val="28"/>
        </w:rPr>
        <w:t>запліснявіле</w:t>
      </w:r>
      <w:proofErr w:type="spellEnd"/>
      <w:r w:rsidRPr="00E87414">
        <w:rPr>
          <w:i/>
          <w:sz w:val="28"/>
          <w:szCs w:val="28"/>
        </w:rPr>
        <w:t xml:space="preserve">, </w:t>
      </w:r>
      <w:proofErr w:type="spellStart"/>
      <w:r w:rsidRPr="00E87414">
        <w:rPr>
          <w:i/>
          <w:sz w:val="28"/>
          <w:szCs w:val="28"/>
        </w:rPr>
        <w:t>проросле</w:t>
      </w:r>
      <w:proofErr w:type="spellEnd"/>
      <w:r w:rsidRPr="00E87414">
        <w:rPr>
          <w:i/>
          <w:sz w:val="28"/>
          <w:szCs w:val="28"/>
        </w:rPr>
        <w:t xml:space="preserve"> зерно;</w:t>
      </w:r>
    </w:p>
    <w:p w:rsidR="009D6752" w:rsidRPr="00E87414" w:rsidRDefault="009D6752" w:rsidP="009D6752">
      <w:pPr>
        <w:pStyle w:val="aff8"/>
        <w:numPr>
          <w:ilvl w:val="0"/>
          <w:numId w:val="11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уражене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шкідниками</w:t>
      </w:r>
      <w:proofErr w:type="spellEnd"/>
      <w:r w:rsidRPr="00E87414">
        <w:rPr>
          <w:i/>
          <w:sz w:val="28"/>
          <w:szCs w:val="28"/>
        </w:rPr>
        <w:t xml:space="preserve"> зерно;</w:t>
      </w:r>
    </w:p>
    <w:p w:rsidR="009D6752" w:rsidRPr="00E87414" w:rsidRDefault="009D6752" w:rsidP="009D6752">
      <w:pPr>
        <w:pStyle w:val="aff8"/>
        <w:numPr>
          <w:ilvl w:val="0"/>
          <w:numId w:val="11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мінеральні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домішки</w:t>
      </w:r>
      <w:proofErr w:type="spellEnd"/>
      <w:r w:rsidRPr="00E87414">
        <w:rPr>
          <w:i/>
          <w:sz w:val="28"/>
          <w:szCs w:val="28"/>
        </w:rPr>
        <w:t xml:space="preserve"> (</w:t>
      </w:r>
      <w:proofErr w:type="spellStart"/>
      <w:r w:rsidRPr="00E87414">
        <w:rPr>
          <w:i/>
          <w:sz w:val="28"/>
          <w:szCs w:val="28"/>
        </w:rPr>
        <w:t>камінці</w:t>
      </w:r>
      <w:proofErr w:type="spellEnd"/>
      <w:r w:rsidRPr="00E87414">
        <w:rPr>
          <w:i/>
          <w:sz w:val="28"/>
          <w:szCs w:val="28"/>
        </w:rPr>
        <w:t xml:space="preserve">, </w:t>
      </w:r>
      <w:proofErr w:type="spellStart"/>
      <w:proofErr w:type="gramStart"/>
      <w:r w:rsidRPr="00E87414">
        <w:rPr>
          <w:i/>
          <w:sz w:val="28"/>
          <w:szCs w:val="28"/>
        </w:rPr>
        <w:t>п</w:t>
      </w:r>
      <w:proofErr w:type="gramEnd"/>
      <w:r w:rsidRPr="00E87414">
        <w:rPr>
          <w:i/>
          <w:sz w:val="28"/>
          <w:szCs w:val="28"/>
        </w:rPr>
        <w:t>ісок</w:t>
      </w:r>
      <w:proofErr w:type="spellEnd"/>
      <w:r w:rsidRPr="00E87414">
        <w:rPr>
          <w:i/>
          <w:sz w:val="28"/>
          <w:szCs w:val="28"/>
        </w:rPr>
        <w:t>);</w:t>
      </w:r>
    </w:p>
    <w:p w:rsidR="009D6752" w:rsidRPr="00E87414" w:rsidRDefault="009D6752" w:rsidP="009D6752">
      <w:pPr>
        <w:pStyle w:val="aff8"/>
        <w:numPr>
          <w:ilvl w:val="0"/>
          <w:numId w:val="11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металеві</w:t>
      </w:r>
      <w:proofErr w:type="spellEnd"/>
      <w:r w:rsidRPr="00E87414">
        <w:rPr>
          <w:i/>
          <w:sz w:val="28"/>
          <w:szCs w:val="28"/>
        </w:rPr>
        <w:t xml:space="preserve"> та </w:t>
      </w:r>
      <w:proofErr w:type="spellStart"/>
      <w:r w:rsidRPr="00E87414">
        <w:rPr>
          <w:i/>
          <w:sz w:val="28"/>
          <w:szCs w:val="28"/>
        </w:rPr>
        <w:t>інші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небезпечні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включення</w:t>
      </w:r>
      <w:proofErr w:type="spellEnd"/>
      <w:r w:rsidRPr="00E87414">
        <w:rPr>
          <w:i/>
          <w:sz w:val="28"/>
          <w:szCs w:val="28"/>
        </w:rPr>
        <w:t>.</w:t>
      </w:r>
    </w:p>
    <w:p w:rsidR="009D6752" w:rsidRPr="00E87414" w:rsidRDefault="009D6752" w:rsidP="009D6752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5. Яка роль </w:t>
      </w:r>
      <w:proofErr w:type="spell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клейковини</w:t>
      </w:r>
      <w:proofErr w:type="spellEnd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 </w:t>
      </w:r>
      <w:proofErr w:type="spell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якості</w:t>
      </w:r>
      <w:proofErr w:type="spellEnd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хлі</w:t>
      </w:r>
      <w:proofErr w:type="gram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ба</w:t>
      </w:r>
      <w:proofErr w:type="spellEnd"/>
      <w:proofErr w:type="gramEnd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Клейковина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забезпечує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пружність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і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еластичність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тіста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,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його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здатність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утримувати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гази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бродіння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.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Від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кількості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та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якості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клейковини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залежить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об’єм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, </w:t>
      </w:r>
      <w:proofErr w:type="spellStart"/>
      <w:proofErr w:type="gram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порист</w:t>
      </w:r>
      <w:proofErr w:type="gram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ість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і структура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м’якушки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хліба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. Добра клейковина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формує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якісний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, добре </w:t>
      </w:r>
      <w:proofErr w:type="spellStart"/>
      <w:proofErr w:type="gram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п</w:t>
      </w:r>
      <w:proofErr w:type="gram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іднятий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хліб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  <w:lang w:val="ru-RU"/>
        </w:rPr>
        <w:t>.</w:t>
      </w:r>
    </w:p>
    <w:p w:rsidR="009D6752" w:rsidRPr="00E87414" w:rsidRDefault="009D6752" w:rsidP="009D6752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6. Як </w:t>
      </w:r>
      <w:proofErr w:type="spell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готують</w:t>
      </w:r>
      <w:proofErr w:type="spellEnd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сховища</w:t>
      </w:r>
      <w:proofErr w:type="spellEnd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до </w:t>
      </w:r>
      <w:proofErr w:type="spell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приймання</w:t>
      </w:r>
      <w:proofErr w:type="spellEnd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зерна нового </w:t>
      </w:r>
      <w:proofErr w:type="spellStart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врожаю</w:t>
      </w:r>
      <w:proofErr w:type="spellEnd"/>
      <w:r w:rsidRPr="009D6752">
        <w:rPr>
          <w:rFonts w:ascii="Times New Roman" w:hAnsi="Times New Roman" w:cs="Times New Roman"/>
          <w:color w:val="auto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br/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Підготовка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</w:t>
      </w:r>
      <w:proofErr w:type="spellStart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включає</w:t>
      </w:r>
      <w:proofErr w:type="spellEnd"/>
      <w:r w:rsidRPr="00E87414"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>:</w:t>
      </w:r>
    </w:p>
    <w:p w:rsidR="009D6752" w:rsidRPr="00E87414" w:rsidRDefault="009D6752" w:rsidP="009D6752">
      <w:pPr>
        <w:pStyle w:val="aff8"/>
        <w:numPr>
          <w:ilvl w:val="0"/>
          <w:numId w:val="12"/>
        </w:numPr>
        <w:rPr>
          <w:i/>
          <w:sz w:val="28"/>
          <w:szCs w:val="28"/>
        </w:rPr>
      </w:pPr>
      <w:r w:rsidRPr="00E87414">
        <w:rPr>
          <w:i/>
          <w:sz w:val="28"/>
          <w:szCs w:val="28"/>
        </w:rPr>
        <w:t xml:space="preserve">зачистку </w:t>
      </w:r>
      <w:proofErr w:type="spellStart"/>
      <w:r w:rsidRPr="00E87414">
        <w:rPr>
          <w:i/>
          <w:sz w:val="28"/>
          <w:szCs w:val="28"/>
        </w:rPr>
        <w:t>складі</w:t>
      </w:r>
      <w:proofErr w:type="gramStart"/>
      <w:r w:rsidRPr="00E87414">
        <w:rPr>
          <w:i/>
          <w:sz w:val="28"/>
          <w:szCs w:val="28"/>
        </w:rPr>
        <w:t>в</w:t>
      </w:r>
      <w:proofErr w:type="spellEnd"/>
      <w:proofErr w:type="gramEnd"/>
      <w:r w:rsidRPr="00E87414">
        <w:rPr>
          <w:i/>
          <w:sz w:val="28"/>
          <w:szCs w:val="28"/>
        </w:rPr>
        <w:t>;</w:t>
      </w:r>
    </w:p>
    <w:p w:rsidR="009D6752" w:rsidRPr="00E87414" w:rsidRDefault="009D6752" w:rsidP="009D6752">
      <w:pPr>
        <w:pStyle w:val="aff8"/>
        <w:numPr>
          <w:ilvl w:val="0"/>
          <w:numId w:val="12"/>
        </w:numPr>
        <w:rPr>
          <w:i/>
          <w:sz w:val="28"/>
          <w:szCs w:val="28"/>
        </w:rPr>
      </w:pPr>
      <w:r w:rsidRPr="00E87414">
        <w:rPr>
          <w:i/>
          <w:sz w:val="28"/>
          <w:szCs w:val="28"/>
        </w:rPr>
        <w:t xml:space="preserve">ремонт </w:t>
      </w:r>
      <w:proofErr w:type="spellStart"/>
      <w:r w:rsidRPr="00E87414">
        <w:rPr>
          <w:i/>
          <w:sz w:val="28"/>
          <w:szCs w:val="28"/>
        </w:rPr>
        <w:t>механізмів</w:t>
      </w:r>
      <w:proofErr w:type="spellEnd"/>
      <w:r w:rsidRPr="00E87414">
        <w:rPr>
          <w:i/>
          <w:sz w:val="28"/>
          <w:szCs w:val="28"/>
        </w:rPr>
        <w:t xml:space="preserve">, </w:t>
      </w:r>
      <w:proofErr w:type="spellStart"/>
      <w:r w:rsidRPr="00E87414">
        <w:rPr>
          <w:i/>
          <w:sz w:val="28"/>
          <w:szCs w:val="28"/>
        </w:rPr>
        <w:t>сушарок</w:t>
      </w:r>
      <w:proofErr w:type="spellEnd"/>
      <w:r w:rsidRPr="00E87414">
        <w:rPr>
          <w:i/>
          <w:sz w:val="28"/>
          <w:szCs w:val="28"/>
        </w:rPr>
        <w:t xml:space="preserve">, </w:t>
      </w:r>
      <w:proofErr w:type="spellStart"/>
      <w:r w:rsidRPr="00E87414">
        <w:rPr>
          <w:i/>
          <w:sz w:val="28"/>
          <w:szCs w:val="28"/>
        </w:rPr>
        <w:t>зерноочисних</w:t>
      </w:r>
      <w:proofErr w:type="spellEnd"/>
      <w:r w:rsidRPr="00E87414">
        <w:rPr>
          <w:i/>
          <w:sz w:val="28"/>
          <w:szCs w:val="28"/>
        </w:rPr>
        <w:t xml:space="preserve"> машин та </w:t>
      </w:r>
      <w:proofErr w:type="spellStart"/>
      <w:r w:rsidRPr="00E87414">
        <w:rPr>
          <w:i/>
          <w:sz w:val="28"/>
          <w:szCs w:val="28"/>
        </w:rPr>
        <w:t>інвентарю</w:t>
      </w:r>
      <w:proofErr w:type="spellEnd"/>
      <w:r w:rsidRPr="00E87414">
        <w:rPr>
          <w:i/>
          <w:sz w:val="28"/>
          <w:szCs w:val="28"/>
        </w:rPr>
        <w:t>;</w:t>
      </w:r>
    </w:p>
    <w:p w:rsidR="009D6752" w:rsidRPr="00E87414" w:rsidRDefault="009D6752" w:rsidP="009D6752">
      <w:pPr>
        <w:pStyle w:val="aff8"/>
        <w:numPr>
          <w:ilvl w:val="0"/>
          <w:numId w:val="12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дезінфекцію</w:t>
      </w:r>
      <w:proofErr w:type="spellEnd"/>
      <w:r w:rsidRPr="00E87414">
        <w:rPr>
          <w:i/>
          <w:sz w:val="28"/>
          <w:szCs w:val="28"/>
        </w:rPr>
        <w:t xml:space="preserve"> </w:t>
      </w:r>
      <w:proofErr w:type="spellStart"/>
      <w:r w:rsidRPr="00E87414">
        <w:rPr>
          <w:i/>
          <w:sz w:val="28"/>
          <w:szCs w:val="28"/>
        </w:rPr>
        <w:t>приміщень</w:t>
      </w:r>
      <w:proofErr w:type="spellEnd"/>
      <w:r w:rsidRPr="00E87414">
        <w:rPr>
          <w:i/>
          <w:sz w:val="28"/>
          <w:szCs w:val="28"/>
        </w:rPr>
        <w:t xml:space="preserve"> і </w:t>
      </w:r>
      <w:proofErr w:type="spellStart"/>
      <w:r w:rsidRPr="00E87414">
        <w:rPr>
          <w:i/>
          <w:sz w:val="28"/>
          <w:szCs w:val="28"/>
        </w:rPr>
        <w:t>території</w:t>
      </w:r>
      <w:proofErr w:type="spellEnd"/>
      <w:r w:rsidRPr="00E87414">
        <w:rPr>
          <w:i/>
          <w:sz w:val="28"/>
          <w:szCs w:val="28"/>
        </w:rPr>
        <w:t>;</w:t>
      </w:r>
    </w:p>
    <w:p w:rsidR="009D6752" w:rsidRPr="00E87414" w:rsidRDefault="009D6752" w:rsidP="009D6752">
      <w:pPr>
        <w:pStyle w:val="aff8"/>
        <w:numPr>
          <w:ilvl w:val="0"/>
          <w:numId w:val="12"/>
        </w:numPr>
        <w:rPr>
          <w:i/>
          <w:sz w:val="28"/>
          <w:szCs w:val="28"/>
        </w:rPr>
      </w:pPr>
      <w:proofErr w:type="spellStart"/>
      <w:proofErr w:type="gramStart"/>
      <w:r w:rsidRPr="00E87414">
        <w:rPr>
          <w:i/>
          <w:sz w:val="28"/>
          <w:szCs w:val="28"/>
        </w:rPr>
        <w:t>пров</w:t>
      </w:r>
      <w:proofErr w:type="gramEnd"/>
      <w:r w:rsidRPr="00E87414">
        <w:rPr>
          <w:i/>
          <w:sz w:val="28"/>
          <w:szCs w:val="28"/>
        </w:rPr>
        <w:t>ітрювання</w:t>
      </w:r>
      <w:proofErr w:type="spellEnd"/>
      <w:r w:rsidRPr="00E87414">
        <w:rPr>
          <w:i/>
          <w:sz w:val="28"/>
          <w:szCs w:val="28"/>
        </w:rPr>
        <w:t xml:space="preserve"> та </w:t>
      </w:r>
      <w:proofErr w:type="spellStart"/>
      <w:r w:rsidRPr="00E87414">
        <w:rPr>
          <w:i/>
          <w:sz w:val="28"/>
          <w:szCs w:val="28"/>
        </w:rPr>
        <w:t>просушування</w:t>
      </w:r>
      <w:proofErr w:type="spellEnd"/>
      <w:r w:rsidRPr="00E87414">
        <w:rPr>
          <w:i/>
          <w:sz w:val="28"/>
          <w:szCs w:val="28"/>
        </w:rPr>
        <w:t>;</w:t>
      </w:r>
    </w:p>
    <w:p w:rsidR="009D6752" w:rsidRPr="00E87414" w:rsidRDefault="009D6752" w:rsidP="009D6752">
      <w:pPr>
        <w:pStyle w:val="aff8"/>
        <w:numPr>
          <w:ilvl w:val="0"/>
          <w:numId w:val="12"/>
        </w:numPr>
        <w:rPr>
          <w:i/>
          <w:sz w:val="28"/>
          <w:szCs w:val="28"/>
        </w:rPr>
      </w:pPr>
      <w:proofErr w:type="spellStart"/>
      <w:r w:rsidRPr="00E87414">
        <w:rPr>
          <w:i/>
          <w:sz w:val="28"/>
          <w:szCs w:val="28"/>
        </w:rPr>
        <w:t>складання</w:t>
      </w:r>
      <w:proofErr w:type="spellEnd"/>
      <w:r w:rsidRPr="00E87414">
        <w:rPr>
          <w:i/>
          <w:sz w:val="28"/>
          <w:szCs w:val="28"/>
        </w:rPr>
        <w:t xml:space="preserve"> акта </w:t>
      </w:r>
      <w:proofErr w:type="spellStart"/>
      <w:r w:rsidRPr="00E87414">
        <w:rPr>
          <w:i/>
          <w:sz w:val="28"/>
          <w:szCs w:val="28"/>
        </w:rPr>
        <w:t>готовності</w:t>
      </w:r>
      <w:proofErr w:type="spellEnd"/>
      <w:r w:rsidRPr="00E87414">
        <w:rPr>
          <w:i/>
          <w:sz w:val="28"/>
          <w:szCs w:val="28"/>
        </w:rPr>
        <w:t xml:space="preserve"> до </w:t>
      </w:r>
      <w:proofErr w:type="spellStart"/>
      <w:r w:rsidRPr="00E87414">
        <w:rPr>
          <w:i/>
          <w:sz w:val="28"/>
          <w:szCs w:val="28"/>
        </w:rPr>
        <w:t>приймання</w:t>
      </w:r>
      <w:proofErr w:type="spellEnd"/>
      <w:r w:rsidRPr="00E87414">
        <w:rPr>
          <w:i/>
          <w:sz w:val="28"/>
          <w:szCs w:val="28"/>
        </w:rPr>
        <w:t xml:space="preserve"> зерна нового </w:t>
      </w:r>
      <w:proofErr w:type="spellStart"/>
      <w:r w:rsidRPr="00E87414">
        <w:rPr>
          <w:i/>
          <w:sz w:val="28"/>
          <w:szCs w:val="28"/>
        </w:rPr>
        <w:t>врожаю</w:t>
      </w:r>
      <w:proofErr w:type="spellEnd"/>
      <w:r w:rsidRPr="00E87414">
        <w:rPr>
          <w:i/>
          <w:sz w:val="28"/>
          <w:szCs w:val="28"/>
        </w:rPr>
        <w:t>.</w:t>
      </w:r>
    </w:p>
    <w:p w:rsidR="00120CBC" w:rsidRPr="009D6752" w:rsidRDefault="00120CBC">
      <w:pPr>
        <w:rPr>
          <w:lang w:val="ru-RU"/>
        </w:rPr>
      </w:pPr>
      <w:bookmarkStart w:id="0" w:name="_GoBack"/>
      <w:bookmarkEnd w:id="0"/>
    </w:p>
    <w:sectPr w:rsidR="00120CBC" w:rsidRPr="009D6752" w:rsidSect="00C967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3CF4A63"/>
    <w:multiLevelType w:val="multilevel"/>
    <w:tmpl w:val="FEF6D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8C224AD"/>
    <w:multiLevelType w:val="multilevel"/>
    <w:tmpl w:val="5B66B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57A2AE4"/>
    <w:multiLevelType w:val="multilevel"/>
    <w:tmpl w:val="5B16D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0631BFD"/>
    <w:multiLevelType w:val="multilevel"/>
    <w:tmpl w:val="BDA87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4632063"/>
    <w:multiLevelType w:val="multilevel"/>
    <w:tmpl w:val="4B800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4E70585"/>
    <w:multiLevelType w:val="multilevel"/>
    <w:tmpl w:val="DF7E8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5130438"/>
    <w:multiLevelType w:val="multilevel"/>
    <w:tmpl w:val="2A2A0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DF590F"/>
    <w:multiLevelType w:val="multilevel"/>
    <w:tmpl w:val="CEB48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CF327F0"/>
    <w:multiLevelType w:val="multilevel"/>
    <w:tmpl w:val="CB5AD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E662840"/>
    <w:multiLevelType w:val="multilevel"/>
    <w:tmpl w:val="D0E8F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7562C91"/>
    <w:multiLevelType w:val="multilevel"/>
    <w:tmpl w:val="044C1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77C50F5"/>
    <w:multiLevelType w:val="multilevel"/>
    <w:tmpl w:val="18584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AB6C54"/>
    <w:multiLevelType w:val="multilevel"/>
    <w:tmpl w:val="42AE9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4FC395C"/>
    <w:multiLevelType w:val="multilevel"/>
    <w:tmpl w:val="8E528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4"/>
  </w:num>
  <w:num w:numId="11">
    <w:abstractNumId w:val="10"/>
  </w:num>
  <w:num w:numId="12">
    <w:abstractNumId w:val="13"/>
  </w:num>
  <w:num w:numId="13">
    <w:abstractNumId w:val="22"/>
  </w:num>
  <w:num w:numId="14">
    <w:abstractNumId w:val="18"/>
  </w:num>
  <w:num w:numId="15">
    <w:abstractNumId w:val="16"/>
  </w:num>
  <w:num w:numId="16">
    <w:abstractNumId w:val="12"/>
  </w:num>
  <w:num w:numId="17">
    <w:abstractNumId w:val="17"/>
  </w:num>
  <w:num w:numId="18">
    <w:abstractNumId w:val="11"/>
  </w:num>
  <w:num w:numId="19">
    <w:abstractNumId w:val="15"/>
  </w:num>
  <w:num w:numId="20">
    <w:abstractNumId w:val="20"/>
  </w:num>
  <w:num w:numId="21">
    <w:abstractNumId w:val="9"/>
  </w:num>
  <w:num w:numId="22">
    <w:abstractNumId w:val="19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C322D"/>
    <w:rsid w:val="00120CBC"/>
    <w:rsid w:val="0015074B"/>
    <w:rsid w:val="0029639D"/>
    <w:rsid w:val="00326F90"/>
    <w:rsid w:val="009D6752"/>
    <w:rsid w:val="00AA1D8D"/>
    <w:rsid w:val="00B47730"/>
    <w:rsid w:val="00C9672C"/>
    <w:rsid w:val="00CB0664"/>
    <w:rsid w:val="00E8741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9D6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katex-mathml">
    <w:name w:val="katex-mathml"/>
    <w:basedOn w:val="a2"/>
    <w:rsid w:val="00C9672C"/>
  </w:style>
  <w:style w:type="character" w:customStyle="1" w:styleId="mord">
    <w:name w:val="mord"/>
    <w:basedOn w:val="a2"/>
    <w:rsid w:val="00C9672C"/>
  </w:style>
  <w:style w:type="character" w:customStyle="1" w:styleId="mrel">
    <w:name w:val="mrel"/>
    <w:basedOn w:val="a2"/>
    <w:rsid w:val="00C9672C"/>
  </w:style>
  <w:style w:type="character" w:customStyle="1" w:styleId="mbin">
    <w:name w:val="mbin"/>
    <w:basedOn w:val="a2"/>
    <w:rsid w:val="00C9672C"/>
  </w:style>
  <w:style w:type="character" w:customStyle="1" w:styleId="vlist-s">
    <w:name w:val="vlist-s"/>
    <w:basedOn w:val="a2"/>
    <w:rsid w:val="00C9672C"/>
  </w:style>
  <w:style w:type="character" w:customStyle="1" w:styleId="mpunct">
    <w:name w:val="mpunct"/>
    <w:basedOn w:val="a2"/>
    <w:rsid w:val="00C9672C"/>
  </w:style>
  <w:style w:type="character" w:styleId="aff9">
    <w:name w:val="Placeholder Text"/>
    <w:basedOn w:val="a2"/>
    <w:uiPriority w:val="99"/>
    <w:semiHidden/>
    <w:rsid w:val="00C9672C"/>
    <w:rPr>
      <w:color w:val="808080"/>
    </w:rPr>
  </w:style>
  <w:style w:type="paragraph" w:styleId="affa">
    <w:name w:val="Balloon Text"/>
    <w:basedOn w:val="a1"/>
    <w:link w:val="affb"/>
    <w:uiPriority w:val="99"/>
    <w:semiHidden/>
    <w:unhideWhenUsed/>
    <w:rsid w:val="00C96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b">
    <w:name w:val="Текст выноски Знак"/>
    <w:basedOn w:val="a2"/>
    <w:link w:val="affa"/>
    <w:uiPriority w:val="99"/>
    <w:semiHidden/>
    <w:rsid w:val="00C967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9D6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katex-mathml">
    <w:name w:val="katex-mathml"/>
    <w:basedOn w:val="a2"/>
    <w:rsid w:val="00C9672C"/>
  </w:style>
  <w:style w:type="character" w:customStyle="1" w:styleId="mord">
    <w:name w:val="mord"/>
    <w:basedOn w:val="a2"/>
    <w:rsid w:val="00C9672C"/>
  </w:style>
  <w:style w:type="character" w:customStyle="1" w:styleId="mrel">
    <w:name w:val="mrel"/>
    <w:basedOn w:val="a2"/>
    <w:rsid w:val="00C9672C"/>
  </w:style>
  <w:style w:type="character" w:customStyle="1" w:styleId="mbin">
    <w:name w:val="mbin"/>
    <w:basedOn w:val="a2"/>
    <w:rsid w:val="00C9672C"/>
  </w:style>
  <w:style w:type="character" w:customStyle="1" w:styleId="vlist-s">
    <w:name w:val="vlist-s"/>
    <w:basedOn w:val="a2"/>
    <w:rsid w:val="00C9672C"/>
  </w:style>
  <w:style w:type="character" w:customStyle="1" w:styleId="mpunct">
    <w:name w:val="mpunct"/>
    <w:basedOn w:val="a2"/>
    <w:rsid w:val="00C9672C"/>
  </w:style>
  <w:style w:type="character" w:styleId="aff9">
    <w:name w:val="Placeholder Text"/>
    <w:basedOn w:val="a2"/>
    <w:uiPriority w:val="99"/>
    <w:semiHidden/>
    <w:rsid w:val="00C9672C"/>
    <w:rPr>
      <w:color w:val="808080"/>
    </w:rPr>
  </w:style>
  <w:style w:type="paragraph" w:styleId="affa">
    <w:name w:val="Balloon Text"/>
    <w:basedOn w:val="a1"/>
    <w:link w:val="affb"/>
    <w:uiPriority w:val="99"/>
    <w:semiHidden/>
    <w:unhideWhenUsed/>
    <w:rsid w:val="00C96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b">
    <w:name w:val="Текст выноски Знак"/>
    <w:basedOn w:val="a2"/>
    <w:link w:val="affa"/>
    <w:uiPriority w:val="99"/>
    <w:semiHidden/>
    <w:rsid w:val="00C967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230F777-C946-42E2-B925-2FC5F1F90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917</Words>
  <Characters>5230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6135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Tanjia Chernova</cp:lastModifiedBy>
  <cp:revision>3</cp:revision>
  <dcterms:created xsi:type="dcterms:W3CDTF">2026-02-25T23:47:00Z</dcterms:created>
  <dcterms:modified xsi:type="dcterms:W3CDTF">2026-02-26T00:12:00Z</dcterms:modified>
</cp:coreProperties>
</file>