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5D6" w:rsidRPr="00CF1249" w:rsidRDefault="00CF1249" w:rsidP="00CF1249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</w:t>
      </w:r>
      <w:r w:rsidR="002C793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</w:t>
      </w:r>
      <w:proofErr w:type="spellStart"/>
      <w:r w:rsidR="000F37EF" w:rsidRPr="00CF1249">
        <w:rPr>
          <w:rFonts w:ascii="Times New Roman" w:hAnsi="Times New Roman" w:cs="Times New Roman"/>
          <w:b/>
          <w:sz w:val="28"/>
          <w:szCs w:val="28"/>
          <w:lang w:val="ru-RU"/>
        </w:rPr>
        <w:t>Практичне</w:t>
      </w:r>
      <w:proofErr w:type="spellEnd"/>
      <w:r w:rsidR="000F37EF" w:rsidRPr="00CF124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0F37EF" w:rsidRPr="00CF1249">
        <w:rPr>
          <w:rFonts w:ascii="Times New Roman" w:hAnsi="Times New Roman" w:cs="Times New Roman"/>
          <w:b/>
          <w:sz w:val="28"/>
          <w:szCs w:val="28"/>
          <w:lang w:val="ru-RU"/>
        </w:rPr>
        <w:t>заняття</w:t>
      </w:r>
      <w:proofErr w:type="spellEnd"/>
      <w:r w:rsidR="000F37EF" w:rsidRPr="00CF124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4</w:t>
      </w:r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Тема:</w:t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Маркетингова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товарна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політика</w:t>
      </w:r>
      <w:proofErr w:type="spellEnd"/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Мета </w:t>
      </w: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заняття</w:t>
      </w:r>
      <w:proofErr w:type="spellEnd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сформувати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навички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оцінювання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конкурентоспроможності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сільськогосподарської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продукції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навчити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аналізувати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аграрні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товари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на ринку;</w:t>
      </w:r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ознайомити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зі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структурою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договорів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агробізнесі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засвоїти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етапи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розробки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нових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аграрних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продукті</w:t>
      </w:r>
      <w:proofErr w:type="gram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CF124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615D6" w:rsidRPr="00CF1249" w:rsidRDefault="00CF1249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1.</w:t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Оцінка</w:t>
      </w:r>
      <w:proofErr w:type="spellEnd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конкурентоспроможності</w:t>
      </w:r>
      <w:proofErr w:type="spellEnd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аграрного товару</w:t>
      </w:r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Умова</w:t>
      </w:r>
      <w:proofErr w:type="spellEnd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Порівняйте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два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види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продукції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(на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вибір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>):</w:t>
      </w:r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пшениця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CF1249">
        <w:rPr>
          <w:rFonts w:ascii="Times New Roman" w:hAnsi="Times New Roman" w:cs="Times New Roman"/>
          <w:sz w:val="28"/>
          <w:szCs w:val="28"/>
          <w:lang w:val="ru-RU"/>
        </w:rPr>
        <w:t>ізних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сортів</w:t>
      </w:r>
      <w:proofErr w:type="spellEnd"/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соняшник</w:t>
      </w:r>
      <w:proofErr w:type="spellEnd"/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молоко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виробників</w:t>
      </w:r>
      <w:proofErr w:type="spellEnd"/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овочі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томати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відкритого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ґрунту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тепличні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A615D6" w:rsidRPr="00CF1249" w:rsidRDefault="00CF1249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Критерії</w:t>
      </w:r>
      <w:proofErr w:type="spellEnd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оцінки</w:t>
      </w:r>
      <w:proofErr w:type="spellEnd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0F37EF" w:rsidRPr="00CF1249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якість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вмі</w:t>
      </w:r>
      <w:proofErr w:type="gram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spellEnd"/>
      <w:proofErr w:type="gram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білка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жирність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зовнішній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вигляд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тощо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F37EF" w:rsidRPr="00CF1249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урожайність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/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продуктивність</w:t>
      </w:r>
      <w:proofErr w:type="spellEnd"/>
      <w:r w:rsidR="000F37EF" w:rsidRPr="00CF1249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собівартість</w:t>
      </w:r>
      <w:proofErr w:type="spellEnd"/>
      <w:r w:rsidR="000F37EF" w:rsidRPr="00CF1249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ціна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реалізації</w:t>
      </w:r>
      <w:proofErr w:type="spellEnd"/>
      <w:r w:rsidR="000F37EF" w:rsidRPr="00CF1249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термін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зберігання</w:t>
      </w:r>
      <w:proofErr w:type="spellEnd"/>
      <w:r w:rsidR="000F37EF" w:rsidRPr="00CF1249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екологічність</w:t>
      </w:r>
      <w:proofErr w:type="spellEnd"/>
    </w:p>
    <w:p w:rsidR="00A615D6" w:rsidRPr="00CF1249" w:rsidRDefault="00CF1249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Завдання</w:t>
      </w:r>
      <w:proofErr w:type="spellEnd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0F37EF" w:rsidRPr="002C7930" w:rsidRDefault="00CF124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Заповніть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таблицю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2C7930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Обрано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для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порівняння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  <w:proofErr w:type="spellStart"/>
      <w:r w:rsidR="002C7930" w:rsidRPr="002C7930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томати</w:t>
      </w:r>
      <w:proofErr w:type="spellEnd"/>
      <w:r w:rsidR="002C7930" w:rsidRPr="002C7930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відкритого</w:t>
      </w:r>
      <w:proofErr w:type="spellEnd"/>
      <w:r w:rsidR="002C7930" w:rsidRPr="002C7930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ґрунту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і </w:t>
      </w:r>
      <w:proofErr w:type="spellStart"/>
      <w:r w:rsidR="002C7930" w:rsidRPr="002C7930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тепличні</w:t>
      </w:r>
      <w:proofErr w:type="spellEnd"/>
      <w:r w:rsidR="002C7930" w:rsidRPr="002C7930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томати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</w:p>
    <w:tbl>
      <w:tblPr>
        <w:tblStyle w:val="aff0"/>
        <w:tblW w:w="13575" w:type="dxa"/>
        <w:tblLook w:val="04A0" w:firstRow="1" w:lastRow="0" w:firstColumn="1" w:lastColumn="0" w:noHBand="0" w:noVBand="1"/>
      </w:tblPr>
      <w:tblGrid>
        <w:gridCol w:w="3697"/>
        <w:gridCol w:w="4916"/>
        <w:gridCol w:w="4962"/>
      </w:tblGrid>
      <w:tr w:rsidR="000F37EF" w:rsidRPr="00CF1249" w:rsidTr="002C7930">
        <w:tc>
          <w:tcPr>
            <w:tcW w:w="3697" w:type="dxa"/>
            <w:vAlign w:val="center"/>
          </w:tcPr>
          <w:p w:rsidR="000F37EF" w:rsidRPr="00CF1249" w:rsidRDefault="000F37EF" w:rsidP="000F3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 w:rsidRPr="00CF124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Показник</w:t>
            </w:r>
            <w:proofErr w:type="spellEnd"/>
          </w:p>
        </w:tc>
        <w:tc>
          <w:tcPr>
            <w:tcW w:w="4916" w:type="dxa"/>
            <w:vAlign w:val="center"/>
          </w:tcPr>
          <w:p w:rsidR="000F37EF" w:rsidRPr="00CF1249" w:rsidRDefault="000F37EF" w:rsidP="002C79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F124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Товар А</w:t>
            </w:r>
            <w:r w:rsidR="002C793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gramStart"/>
            <w:r w:rsidR="002C7930" w:rsidRPr="002C793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—</w:t>
            </w:r>
            <w:proofErr w:type="spellStart"/>
            <w:r w:rsidR="002C7930" w:rsidRPr="002C793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т</w:t>
            </w:r>
            <w:proofErr w:type="gramEnd"/>
            <w:r w:rsidR="002C7930" w:rsidRPr="002C793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омати</w:t>
            </w:r>
            <w:proofErr w:type="spellEnd"/>
            <w:r w:rsidR="002C7930" w:rsidRPr="002C793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="002C7930" w:rsidRPr="002C793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відкритого</w:t>
            </w:r>
            <w:proofErr w:type="spellEnd"/>
            <w:r w:rsidR="002C7930" w:rsidRPr="002C793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="002C7930" w:rsidRPr="002C793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ґрунту</w:t>
            </w:r>
            <w:proofErr w:type="spellEnd"/>
          </w:p>
        </w:tc>
        <w:tc>
          <w:tcPr>
            <w:tcW w:w="4962" w:type="dxa"/>
            <w:vAlign w:val="center"/>
          </w:tcPr>
          <w:p w:rsidR="000F37EF" w:rsidRPr="00CF1249" w:rsidRDefault="000F37EF" w:rsidP="000F3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F124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Товар</w:t>
            </w:r>
            <w:proofErr w:type="gramStart"/>
            <w:r w:rsidRPr="00CF124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Б</w:t>
            </w:r>
            <w:proofErr w:type="gramEnd"/>
            <w:r w:rsidR="002C793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="002C7930" w:rsidRPr="002C793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— </w:t>
            </w:r>
            <w:proofErr w:type="spellStart"/>
            <w:r w:rsidR="002C7930" w:rsidRPr="002C793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тепличні</w:t>
            </w:r>
            <w:proofErr w:type="spellEnd"/>
            <w:r w:rsidR="002C7930" w:rsidRPr="002C793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="002C7930" w:rsidRPr="002C793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томати</w:t>
            </w:r>
            <w:proofErr w:type="spellEnd"/>
          </w:p>
        </w:tc>
      </w:tr>
      <w:tr w:rsidR="000F37EF" w:rsidRPr="002C7930" w:rsidTr="002C7930">
        <w:tc>
          <w:tcPr>
            <w:tcW w:w="3697" w:type="dxa"/>
            <w:vAlign w:val="center"/>
          </w:tcPr>
          <w:p w:rsidR="000F37EF" w:rsidRPr="00CF1249" w:rsidRDefault="000F37EF" w:rsidP="002C79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Якість</w:t>
            </w:r>
            <w:proofErr w:type="spellEnd"/>
          </w:p>
        </w:tc>
        <w:tc>
          <w:tcPr>
            <w:tcW w:w="4916" w:type="dxa"/>
          </w:tcPr>
          <w:p w:rsidR="000F37EF" w:rsidRPr="00CF1249" w:rsidRDefault="002C79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Природний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смак,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вищий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вмі</w:t>
            </w:r>
            <w:proofErr w:type="gram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</w:t>
            </w:r>
            <w:proofErr w:type="spellEnd"/>
            <w:proofErr w:type="gram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сухих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речовин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але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зовнішній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вигляд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менш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однорідний</w:t>
            </w:r>
            <w:proofErr w:type="spellEnd"/>
          </w:p>
        </w:tc>
        <w:tc>
          <w:tcPr>
            <w:tcW w:w="4962" w:type="dxa"/>
          </w:tcPr>
          <w:p w:rsidR="000F37EF" w:rsidRPr="00CF1249" w:rsidRDefault="002C79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Привабливий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зовнішній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вигляд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вирівняні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плоди, але смак часто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менш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насичений</w:t>
            </w:r>
            <w:proofErr w:type="spellEnd"/>
          </w:p>
        </w:tc>
      </w:tr>
      <w:tr w:rsidR="000F37EF" w:rsidRPr="002C7930" w:rsidTr="002C7930">
        <w:tc>
          <w:tcPr>
            <w:tcW w:w="3697" w:type="dxa"/>
          </w:tcPr>
          <w:p w:rsidR="000F37EF" w:rsidRPr="00CF1249" w:rsidRDefault="000F37E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Урожайність</w:t>
            </w:r>
            <w:proofErr w:type="spellEnd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/</w:t>
            </w:r>
            <w:proofErr w:type="spellStart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продуктивність</w:t>
            </w:r>
            <w:proofErr w:type="spellEnd"/>
          </w:p>
        </w:tc>
        <w:tc>
          <w:tcPr>
            <w:tcW w:w="4916" w:type="dxa"/>
          </w:tcPr>
          <w:p w:rsidR="000F37EF" w:rsidRPr="00CF1249" w:rsidRDefault="002C7930" w:rsidP="002C7930">
            <w:pPr>
              <w:tabs>
                <w:tab w:val="left" w:pos="1332"/>
              </w:tabs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Середня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залежить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погодних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умов</w:t>
            </w:r>
          </w:p>
        </w:tc>
        <w:tc>
          <w:tcPr>
            <w:tcW w:w="4962" w:type="dxa"/>
          </w:tcPr>
          <w:p w:rsidR="000F37EF" w:rsidRPr="00CF1249" w:rsidRDefault="002C7930" w:rsidP="002C79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Висока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стабільна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завдяки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контрольованим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умовам</w:t>
            </w:r>
            <w:proofErr w:type="spellEnd"/>
          </w:p>
        </w:tc>
      </w:tr>
      <w:tr w:rsidR="000F37EF" w:rsidRPr="002C7930" w:rsidTr="002C7930">
        <w:tc>
          <w:tcPr>
            <w:tcW w:w="3697" w:type="dxa"/>
          </w:tcPr>
          <w:p w:rsidR="000F37EF" w:rsidRPr="00CF1249" w:rsidRDefault="000F37E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Собівартість</w:t>
            </w:r>
            <w:proofErr w:type="spellEnd"/>
          </w:p>
        </w:tc>
        <w:tc>
          <w:tcPr>
            <w:tcW w:w="4916" w:type="dxa"/>
          </w:tcPr>
          <w:p w:rsidR="000F37EF" w:rsidRPr="00CF1249" w:rsidRDefault="002C79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Нижча</w:t>
            </w:r>
            <w:proofErr w:type="spellEnd"/>
          </w:p>
        </w:tc>
        <w:tc>
          <w:tcPr>
            <w:tcW w:w="4962" w:type="dxa"/>
          </w:tcPr>
          <w:p w:rsidR="000F37EF" w:rsidRPr="002C7930" w:rsidRDefault="002C7930" w:rsidP="002C79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Вища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через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витрати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теплицю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опалення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полив</w:t>
            </w:r>
          </w:p>
        </w:tc>
      </w:tr>
      <w:tr w:rsidR="000F37EF" w:rsidRPr="002C7930" w:rsidTr="002C7930">
        <w:tc>
          <w:tcPr>
            <w:tcW w:w="3697" w:type="dxa"/>
          </w:tcPr>
          <w:p w:rsidR="000F37EF" w:rsidRPr="00CF1249" w:rsidRDefault="000F37E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</w:t>
            </w:r>
            <w:proofErr w:type="gramEnd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іна</w:t>
            </w:r>
            <w:proofErr w:type="spellEnd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реалізації</w:t>
            </w:r>
            <w:proofErr w:type="spellEnd"/>
          </w:p>
        </w:tc>
        <w:tc>
          <w:tcPr>
            <w:tcW w:w="4916" w:type="dxa"/>
          </w:tcPr>
          <w:p w:rsidR="000F37EF" w:rsidRPr="00CF1249" w:rsidRDefault="002C79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Середня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або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нижча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сезон</w:t>
            </w:r>
          </w:p>
        </w:tc>
        <w:tc>
          <w:tcPr>
            <w:tcW w:w="4962" w:type="dxa"/>
          </w:tcPr>
          <w:p w:rsidR="000F37EF" w:rsidRPr="00CF1249" w:rsidRDefault="002C79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Вища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особливо в </w:t>
            </w:r>
            <w:proofErr w:type="spellStart"/>
            <w:proofErr w:type="gram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  <w:proofErr w:type="gram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іжсезоння</w:t>
            </w:r>
            <w:proofErr w:type="spellEnd"/>
          </w:p>
        </w:tc>
      </w:tr>
      <w:tr w:rsidR="000F37EF" w:rsidRPr="002C7930" w:rsidTr="002C7930">
        <w:tc>
          <w:tcPr>
            <w:tcW w:w="3697" w:type="dxa"/>
          </w:tcPr>
          <w:p w:rsidR="000F37EF" w:rsidRPr="00CF1249" w:rsidRDefault="000F37E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Термін</w:t>
            </w:r>
            <w:proofErr w:type="spellEnd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зберігання</w:t>
            </w:r>
            <w:proofErr w:type="spellEnd"/>
          </w:p>
        </w:tc>
        <w:tc>
          <w:tcPr>
            <w:tcW w:w="4916" w:type="dxa"/>
          </w:tcPr>
          <w:p w:rsidR="000F37EF" w:rsidRPr="00CF1249" w:rsidRDefault="002C79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Середній</w:t>
            </w:r>
            <w:proofErr w:type="spellEnd"/>
          </w:p>
        </w:tc>
        <w:tc>
          <w:tcPr>
            <w:tcW w:w="4962" w:type="dxa"/>
          </w:tcPr>
          <w:p w:rsidR="000F37EF" w:rsidRPr="00CF1249" w:rsidRDefault="002C7930" w:rsidP="002C79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Вищий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завдяки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щільнішій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структурі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плоді</w:t>
            </w:r>
            <w:proofErr w:type="gram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proofErr w:type="spellEnd"/>
            <w:proofErr w:type="gramEnd"/>
          </w:p>
        </w:tc>
      </w:tr>
      <w:tr w:rsidR="000F37EF" w:rsidRPr="002C7930" w:rsidTr="002C7930">
        <w:tc>
          <w:tcPr>
            <w:tcW w:w="3697" w:type="dxa"/>
          </w:tcPr>
          <w:p w:rsidR="000F37EF" w:rsidRPr="00CF1249" w:rsidRDefault="000F37E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Екологічність</w:t>
            </w:r>
            <w:proofErr w:type="spellEnd"/>
          </w:p>
        </w:tc>
        <w:tc>
          <w:tcPr>
            <w:tcW w:w="4916" w:type="dxa"/>
          </w:tcPr>
          <w:p w:rsidR="000F37EF" w:rsidRPr="00CF1249" w:rsidRDefault="002C79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Вища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менше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енерговитрат</w:t>
            </w:r>
            <w:proofErr w:type="spellEnd"/>
          </w:p>
        </w:tc>
        <w:tc>
          <w:tcPr>
            <w:tcW w:w="4962" w:type="dxa"/>
          </w:tcPr>
          <w:p w:rsidR="000F37EF" w:rsidRPr="00CF1249" w:rsidRDefault="002C79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Нижча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через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значні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енергетичні</w:t>
            </w:r>
            <w:proofErr w:type="spellEnd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витрати</w:t>
            </w:r>
            <w:proofErr w:type="spellEnd"/>
          </w:p>
        </w:tc>
      </w:tr>
      <w:tr w:rsidR="000F37EF" w:rsidRPr="00CF1249" w:rsidTr="002C7930">
        <w:tc>
          <w:tcPr>
            <w:tcW w:w="3697" w:type="dxa"/>
          </w:tcPr>
          <w:p w:rsidR="000F37EF" w:rsidRPr="00CF1249" w:rsidRDefault="000F37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 w:rsidRPr="00CF124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Загальна</w:t>
            </w:r>
            <w:proofErr w:type="spellEnd"/>
            <w:r w:rsidRPr="00CF124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F124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оцінка</w:t>
            </w:r>
            <w:proofErr w:type="spellEnd"/>
          </w:p>
        </w:tc>
        <w:tc>
          <w:tcPr>
            <w:tcW w:w="4916" w:type="dxa"/>
          </w:tcPr>
          <w:p w:rsidR="000F37EF" w:rsidRPr="00CF1249" w:rsidRDefault="002C7930" w:rsidP="002C79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8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балі</w:t>
            </w:r>
            <w:proofErr w:type="gram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proofErr w:type="spellEnd"/>
            <w:proofErr w:type="gramEnd"/>
          </w:p>
        </w:tc>
        <w:tc>
          <w:tcPr>
            <w:tcW w:w="4962" w:type="dxa"/>
          </w:tcPr>
          <w:p w:rsidR="000F37EF" w:rsidRPr="00CF1249" w:rsidRDefault="002C793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9 </w:t>
            </w:r>
            <w:proofErr w:type="spell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балі</w:t>
            </w:r>
            <w:proofErr w:type="gramStart"/>
            <w:r w:rsidRPr="002C793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proofErr w:type="spellEnd"/>
            <w:proofErr w:type="gramEnd"/>
          </w:p>
        </w:tc>
      </w:tr>
    </w:tbl>
    <w:p w:rsidR="00A615D6" w:rsidRPr="002C7930" w:rsidRDefault="000F37EF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>Визначте</w:t>
      </w:r>
      <w:proofErr w:type="spellEnd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>більш</w:t>
      </w:r>
      <w:proofErr w:type="spellEnd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>конкурентоспроможний</w:t>
      </w:r>
      <w:proofErr w:type="spellEnd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товар.</w:t>
      </w:r>
      <w:r w:rsidR="002C7930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proofErr w:type="gramStart"/>
      <w:r w:rsidR="002C7930" w:rsidRPr="002C7930">
        <w:rPr>
          <w:rFonts w:ascii="Times New Roman" w:hAnsi="Times New Roman" w:cs="Times New Roman"/>
          <w:b/>
          <w:i/>
          <w:sz w:val="28"/>
          <w:szCs w:val="28"/>
          <w:lang w:val="ru-RU"/>
        </w:rPr>
        <w:t>Б</w:t>
      </w:r>
      <w:proofErr w:type="gramEnd"/>
      <w:r w:rsidR="002C7930" w:rsidRPr="002C7930">
        <w:rPr>
          <w:rFonts w:ascii="Times New Roman" w:hAnsi="Times New Roman" w:cs="Times New Roman"/>
          <w:b/>
          <w:i/>
          <w:sz w:val="28"/>
          <w:szCs w:val="28"/>
          <w:lang w:val="ru-RU"/>
        </w:rPr>
        <w:t>ільш</w:t>
      </w:r>
      <w:proofErr w:type="spellEnd"/>
      <w:r w:rsidR="002C7930" w:rsidRPr="002C7930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b/>
          <w:i/>
          <w:sz w:val="28"/>
          <w:szCs w:val="28"/>
          <w:lang w:val="ru-RU"/>
        </w:rPr>
        <w:t>конкурентоспроможний</w:t>
      </w:r>
      <w:proofErr w:type="spellEnd"/>
      <w:r w:rsidR="002C7930" w:rsidRPr="002C7930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товар: </w:t>
      </w:r>
      <w:proofErr w:type="spellStart"/>
      <w:r w:rsidR="002C7930" w:rsidRPr="002C7930">
        <w:rPr>
          <w:rFonts w:ascii="Times New Roman" w:hAnsi="Times New Roman" w:cs="Times New Roman"/>
          <w:b/>
          <w:i/>
          <w:sz w:val="28"/>
          <w:szCs w:val="28"/>
          <w:lang w:val="ru-RU"/>
        </w:rPr>
        <w:t>тепличні</w:t>
      </w:r>
      <w:proofErr w:type="spellEnd"/>
      <w:r w:rsidR="002C7930" w:rsidRPr="002C7930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b/>
          <w:i/>
          <w:sz w:val="28"/>
          <w:szCs w:val="28"/>
          <w:lang w:val="ru-RU"/>
        </w:rPr>
        <w:t>томати</w:t>
      </w:r>
      <w:proofErr w:type="spellEnd"/>
      <w:r w:rsidR="002C7930" w:rsidRPr="002C7930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>Зробіть</w:t>
      </w:r>
      <w:proofErr w:type="spellEnd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>висновок</w:t>
      </w:r>
      <w:proofErr w:type="spellEnd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2C7930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="002C7930" w:rsidRPr="002C7930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Висновок</w:t>
      </w:r>
      <w:proofErr w:type="spellEnd"/>
      <w:r w:rsidR="002C7930" w:rsidRPr="002C7930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:</w:t>
      </w:r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Тепличні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томати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є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більш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конкурентоспроможними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оскільки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мають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стабільнішу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врожайність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кращий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товарний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вигляд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довший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термін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зберігання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та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вищу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ціну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реалізації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Водночас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томати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відкритого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ґрунту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виграють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за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екологічністю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та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нижчою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собівартістю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тому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також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залишаються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привабливими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для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окремих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>сегментів</w:t>
      </w:r>
      <w:proofErr w:type="spellEnd"/>
      <w:r w:rsidR="002C7930"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ринку, особливо в сезон.</w:t>
      </w:r>
      <w:proofErr w:type="gramEnd"/>
    </w:p>
    <w:p w:rsidR="000F37EF" w:rsidRPr="00CF1249" w:rsidRDefault="00CF1249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2. </w:t>
      </w: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Розрахунок</w:t>
      </w:r>
      <w:proofErr w:type="spellEnd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конкурентоспроможності</w:t>
      </w:r>
      <w:proofErr w:type="spellEnd"/>
      <w:r w:rsidR="000F37EF" w:rsidRPr="00CF1249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Дані</w:t>
      </w:r>
      <w:proofErr w:type="spellEnd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0F37EF" w:rsidRPr="00CF1249" w:rsidTr="000F37EF">
        <w:tc>
          <w:tcPr>
            <w:tcW w:w="2952" w:type="dxa"/>
            <w:vAlign w:val="center"/>
          </w:tcPr>
          <w:p w:rsidR="000F37EF" w:rsidRPr="00CF1249" w:rsidRDefault="000F37EF" w:rsidP="000F3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 w:rsidRPr="00CF124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Показник</w:t>
            </w:r>
            <w:proofErr w:type="spellEnd"/>
          </w:p>
        </w:tc>
        <w:tc>
          <w:tcPr>
            <w:tcW w:w="2952" w:type="dxa"/>
            <w:vAlign w:val="center"/>
          </w:tcPr>
          <w:p w:rsidR="000F37EF" w:rsidRPr="00CF1249" w:rsidRDefault="000F37EF" w:rsidP="000F3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CF124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Вага</w:t>
            </w:r>
          </w:p>
        </w:tc>
        <w:tc>
          <w:tcPr>
            <w:tcW w:w="2952" w:type="dxa"/>
            <w:vAlign w:val="center"/>
          </w:tcPr>
          <w:p w:rsidR="000F37EF" w:rsidRPr="00CF1249" w:rsidRDefault="000F37EF" w:rsidP="000F37E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 w:rsidRPr="00CF124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Оцінка</w:t>
            </w:r>
            <w:proofErr w:type="spellEnd"/>
            <w:r w:rsidRPr="00CF124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(зерно </w:t>
            </w:r>
            <w:proofErr w:type="spellStart"/>
            <w:r w:rsidRPr="00CF124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пшениці</w:t>
            </w:r>
            <w:proofErr w:type="spellEnd"/>
            <w:r w:rsidRPr="00CF124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)</w:t>
            </w:r>
          </w:p>
        </w:tc>
      </w:tr>
      <w:tr w:rsidR="000F37EF" w:rsidRPr="00CF1249" w:rsidTr="000F37EF">
        <w:tc>
          <w:tcPr>
            <w:tcW w:w="2952" w:type="dxa"/>
          </w:tcPr>
          <w:p w:rsidR="000F37EF" w:rsidRPr="00CF1249" w:rsidRDefault="000F37E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Якість</w:t>
            </w:r>
            <w:proofErr w:type="spellEnd"/>
          </w:p>
        </w:tc>
        <w:tc>
          <w:tcPr>
            <w:tcW w:w="2952" w:type="dxa"/>
          </w:tcPr>
          <w:p w:rsidR="000F37EF" w:rsidRPr="00CF1249" w:rsidRDefault="000F37EF" w:rsidP="000F37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0,3</w:t>
            </w:r>
          </w:p>
        </w:tc>
        <w:tc>
          <w:tcPr>
            <w:tcW w:w="2952" w:type="dxa"/>
          </w:tcPr>
          <w:p w:rsidR="000F37EF" w:rsidRPr="00CF1249" w:rsidRDefault="000F37EF" w:rsidP="000F37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</w:t>
            </w:r>
          </w:p>
        </w:tc>
      </w:tr>
      <w:tr w:rsidR="000F37EF" w:rsidRPr="00CF1249" w:rsidTr="000F37EF">
        <w:tc>
          <w:tcPr>
            <w:tcW w:w="2952" w:type="dxa"/>
          </w:tcPr>
          <w:p w:rsidR="000F37EF" w:rsidRPr="00CF1249" w:rsidRDefault="000F37E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Урожайність</w:t>
            </w:r>
            <w:proofErr w:type="spellEnd"/>
          </w:p>
        </w:tc>
        <w:tc>
          <w:tcPr>
            <w:tcW w:w="2952" w:type="dxa"/>
          </w:tcPr>
          <w:p w:rsidR="000F37EF" w:rsidRPr="00CF1249" w:rsidRDefault="000F37EF" w:rsidP="000F37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0,25</w:t>
            </w:r>
          </w:p>
        </w:tc>
        <w:tc>
          <w:tcPr>
            <w:tcW w:w="2952" w:type="dxa"/>
          </w:tcPr>
          <w:p w:rsidR="000F37EF" w:rsidRPr="00CF1249" w:rsidRDefault="000F37EF" w:rsidP="000F37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</w:t>
            </w:r>
          </w:p>
        </w:tc>
      </w:tr>
      <w:tr w:rsidR="000F37EF" w:rsidRPr="00CF1249" w:rsidTr="000F37EF">
        <w:tc>
          <w:tcPr>
            <w:tcW w:w="2952" w:type="dxa"/>
          </w:tcPr>
          <w:p w:rsidR="000F37EF" w:rsidRPr="00CF1249" w:rsidRDefault="000F37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Собівартість</w:t>
            </w:r>
            <w:proofErr w:type="spellEnd"/>
          </w:p>
        </w:tc>
        <w:tc>
          <w:tcPr>
            <w:tcW w:w="2952" w:type="dxa"/>
          </w:tcPr>
          <w:p w:rsidR="000F37EF" w:rsidRPr="00CF1249" w:rsidRDefault="000F37EF" w:rsidP="000F37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0,2</w:t>
            </w:r>
          </w:p>
        </w:tc>
        <w:tc>
          <w:tcPr>
            <w:tcW w:w="2952" w:type="dxa"/>
          </w:tcPr>
          <w:p w:rsidR="000F37EF" w:rsidRPr="00CF1249" w:rsidRDefault="000F37EF" w:rsidP="000F37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</w:t>
            </w:r>
          </w:p>
        </w:tc>
      </w:tr>
      <w:tr w:rsidR="000F37EF" w:rsidRPr="00CF1249" w:rsidTr="000F37EF">
        <w:tc>
          <w:tcPr>
            <w:tcW w:w="2952" w:type="dxa"/>
          </w:tcPr>
          <w:p w:rsidR="000F37EF" w:rsidRPr="00CF1249" w:rsidRDefault="000F37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proofErr w:type="gramStart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</w:t>
            </w:r>
            <w:proofErr w:type="gramEnd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іна</w:t>
            </w:r>
            <w:proofErr w:type="spellEnd"/>
          </w:p>
        </w:tc>
        <w:tc>
          <w:tcPr>
            <w:tcW w:w="2952" w:type="dxa"/>
          </w:tcPr>
          <w:p w:rsidR="000F37EF" w:rsidRPr="00CF1249" w:rsidRDefault="000F37EF" w:rsidP="000F37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0,15</w:t>
            </w:r>
          </w:p>
        </w:tc>
        <w:tc>
          <w:tcPr>
            <w:tcW w:w="2952" w:type="dxa"/>
          </w:tcPr>
          <w:p w:rsidR="000F37EF" w:rsidRPr="00CF1249" w:rsidRDefault="000F37EF" w:rsidP="000F37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</w:t>
            </w:r>
          </w:p>
        </w:tc>
      </w:tr>
      <w:tr w:rsidR="000F37EF" w:rsidRPr="00CF1249" w:rsidTr="000F37EF">
        <w:tc>
          <w:tcPr>
            <w:tcW w:w="2952" w:type="dxa"/>
          </w:tcPr>
          <w:p w:rsidR="000F37EF" w:rsidRPr="00CF1249" w:rsidRDefault="000F37EF">
            <w:pP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proofErr w:type="spellStart"/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Зберігання</w:t>
            </w:r>
            <w:proofErr w:type="spellEnd"/>
          </w:p>
        </w:tc>
        <w:tc>
          <w:tcPr>
            <w:tcW w:w="2952" w:type="dxa"/>
          </w:tcPr>
          <w:p w:rsidR="000F37EF" w:rsidRPr="00CF1249" w:rsidRDefault="000F37EF" w:rsidP="000F37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0,1</w:t>
            </w:r>
          </w:p>
        </w:tc>
        <w:tc>
          <w:tcPr>
            <w:tcW w:w="2952" w:type="dxa"/>
          </w:tcPr>
          <w:p w:rsidR="000F37EF" w:rsidRPr="00CF1249" w:rsidRDefault="000F37EF" w:rsidP="000F37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CF124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</w:p>
        </w:tc>
      </w:tr>
    </w:tbl>
    <w:p w:rsidR="002C7930" w:rsidRPr="002C7930" w:rsidRDefault="000F37EF" w:rsidP="002C7930">
      <w:pPr>
        <w:pStyle w:val="aff8"/>
        <w:rPr>
          <w:i/>
          <w:sz w:val="28"/>
          <w:szCs w:val="28"/>
        </w:rPr>
      </w:pPr>
      <w:r w:rsidRPr="00CF1249">
        <w:rPr>
          <w:b/>
          <w:sz w:val="28"/>
          <w:szCs w:val="28"/>
        </w:rPr>
        <w:br/>
      </w:r>
      <w:proofErr w:type="spellStart"/>
      <w:r w:rsidR="00CF1249" w:rsidRPr="00CF1249">
        <w:rPr>
          <w:b/>
          <w:sz w:val="28"/>
          <w:szCs w:val="28"/>
        </w:rPr>
        <w:t>Завдання</w:t>
      </w:r>
      <w:proofErr w:type="spellEnd"/>
      <w:r w:rsidR="00CF1249" w:rsidRPr="00CF1249">
        <w:rPr>
          <w:b/>
          <w:sz w:val="28"/>
          <w:szCs w:val="28"/>
        </w:rPr>
        <w:t>:</w:t>
      </w:r>
      <w:r w:rsidRPr="00CF1249">
        <w:rPr>
          <w:b/>
          <w:sz w:val="28"/>
          <w:szCs w:val="28"/>
        </w:rPr>
        <w:br/>
      </w:r>
      <w:r w:rsidR="00CF1249" w:rsidRPr="002C7930">
        <w:rPr>
          <w:sz w:val="28"/>
          <w:szCs w:val="28"/>
        </w:rPr>
        <w:t xml:space="preserve">1. </w:t>
      </w:r>
      <w:proofErr w:type="spellStart"/>
      <w:r w:rsidR="00CF1249" w:rsidRPr="002C7930">
        <w:rPr>
          <w:sz w:val="28"/>
          <w:szCs w:val="28"/>
        </w:rPr>
        <w:t>Обчисліть</w:t>
      </w:r>
      <w:proofErr w:type="spellEnd"/>
      <w:r w:rsidR="00CF1249" w:rsidRPr="002C7930">
        <w:rPr>
          <w:sz w:val="28"/>
          <w:szCs w:val="28"/>
        </w:rPr>
        <w:t xml:space="preserve"> </w:t>
      </w:r>
      <w:proofErr w:type="spellStart"/>
      <w:r w:rsidR="00CF1249" w:rsidRPr="002C7930">
        <w:rPr>
          <w:sz w:val="28"/>
          <w:szCs w:val="28"/>
        </w:rPr>
        <w:t>інтегральний</w:t>
      </w:r>
      <w:proofErr w:type="spellEnd"/>
      <w:r w:rsidR="00CF1249" w:rsidRPr="002C7930">
        <w:rPr>
          <w:sz w:val="28"/>
          <w:szCs w:val="28"/>
        </w:rPr>
        <w:t xml:space="preserve"> </w:t>
      </w:r>
      <w:proofErr w:type="spellStart"/>
      <w:r w:rsidR="00CF1249" w:rsidRPr="002C7930">
        <w:rPr>
          <w:sz w:val="28"/>
          <w:szCs w:val="28"/>
        </w:rPr>
        <w:t>показник</w:t>
      </w:r>
      <w:proofErr w:type="spellEnd"/>
      <w:r w:rsidR="00CF1249" w:rsidRPr="002C7930">
        <w:rPr>
          <w:sz w:val="28"/>
          <w:szCs w:val="28"/>
        </w:rPr>
        <w:t>.</w:t>
      </w:r>
      <w:r w:rsidR="002C7930" w:rsidRPr="002C7930">
        <w:rPr>
          <w:sz w:val="28"/>
          <w:szCs w:val="28"/>
        </w:rPr>
        <w:br/>
      </w:r>
      <w:r w:rsidR="002C7930" w:rsidRPr="002C7930">
        <w:rPr>
          <w:i/>
          <w:sz w:val="28"/>
          <w:szCs w:val="28"/>
        </w:rPr>
        <w:t xml:space="preserve">Формула </w:t>
      </w:r>
      <w:proofErr w:type="spellStart"/>
      <w:r w:rsidR="002C7930" w:rsidRPr="002C7930">
        <w:rPr>
          <w:i/>
          <w:sz w:val="28"/>
          <w:szCs w:val="28"/>
        </w:rPr>
        <w:t>інтегрального</w:t>
      </w:r>
      <w:proofErr w:type="spellEnd"/>
      <w:r w:rsidR="002C7930" w:rsidRPr="002C7930">
        <w:rPr>
          <w:i/>
          <w:sz w:val="28"/>
          <w:szCs w:val="28"/>
        </w:rPr>
        <w:t xml:space="preserve"> </w:t>
      </w:r>
      <w:proofErr w:type="spellStart"/>
      <w:r w:rsidR="002C7930" w:rsidRPr="002C7930">
        <w:rPr>
          <w:i/>
          <w:sz w:val="28"/>
          <w:szCs w:val="28"/>
        </w:rPr>
        <w:t>показника</w:t>
      </w:r>
      <w:proofErr w:type="spellEnd"/>
      <w:r w:rsidR="002C7930" w:rsidRPr="002C7930">
        <w:rPr>
          <w:i/>
          <w:sz w:val="28"/>
          <w:szCs w:val="28"/>
        </w:rPr>
        <w:t>:</w:t>
      </w:r>
      <w:r w:rsidR="002C7930" w:rsidRPr="002C7930">
        <w:rPr>
          <w:i/>
          <w:sz w:val="28"/>
          <w:szCs w:val="28"/>
          <w:lang w:val="uk-UA"/>
        </w:rPr>
        <w:br/>
      </w:r>
      <w:r w:rsidR="002C7930" w:rsidRPr="002C7930">
        <w:rPr>
          <w:b/>
          <w:bCs/>
          <w:i/>
          <w:sz w:val="28"/>
          <w:szCs w:val="28"/>
        </w:rPr>
        <w:t xml:space="preserve">І = Σ (вага × </w:t>
      </w:r>
      <w:proofErr w:type="spellStart"/>
      <w:r w:rsidR="002C7930" w:rsidRPr="002C7930">
        <w:rPr>
          <w:b/>
          <w:bCs/>
          <w:i/>
          <w:sz w:val="28"/>
          <w:szCs w:val="28"/>
        </w:rPr>
        <w:t>оцінка</w:t>
      </w:r>
      <w:proofErr w:type="spellEnd"/>
      <w:r w:rsidR="002C7930" w:rsidRPr="002C7930">
        <w:rPr>
          <w:b/>
          <w:bCs/>
          <w:i/>
          <w:sz w:val="28"/>
          <w:szCs w:val="28"/>
        </w:rPr>
        <w:t>)</w:t>
      </w:r>
      <w:r w:rsidR="002C7930" w:rsidRPr="002C7930">
        <w:rPr>
          <w:b/>
          <w:bCs/>
          <w:i/>
          <w:sz w:val="28"/>
          <w:szCs w:val="28"/>
          <w:lang w:val="uk-UA"/>
        </w:rPr>
        <w:br/>
      </w:r>
      <w:proofErr w:type="spellStart"/>
      <w:r w:rsidR="002C7930" w:rsidRPr="002C7930">
        <w:rPr>
          <w:i/>
          <w:sz w:val="28"/>
          <w:szCs w:val="28"/>
        </w:rPr>
        <w:t>Обчислення</w:t>
      </w:r>
      <w:proofErr w:type="spellEnd"/>
      <w:r w:rsidR="002C7930" w:rsidRPr="002C7930">
        <w:rPr>
          <w:i/>
          <w:sz w:val="28"/>
          <w:szCs w:val="28"/>
        </w:rPr>
        <w:t>:</w:t>
      </w:r>
    </w:p>
    <w:p w:rsidR="002C7930" w:rsidRPr="002C7930" w:rsidRDefault="002C7930" w:rsidP="002C793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Якість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: 0,3 × 9 = 2,7 </w:t>
      </w:r>
    </w:p>
    <w:p w:rsidR="002C7930" w:rsidRPr="002C7930" w:rsidRDefault="002C7930" w:rsidP="002C793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Урожайність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: 0,25 × 8 = 2,0 </w:t>
      </w:r>
    </w:p>
    <w:p w:rsidR="002C7930" w:rsidRPr="002C7930" w:rsidRDefault="002C7930" w:rsidP="002C793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Собівартість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: 0,2 × 7 = 1,4 </w:t>
      </w:r>
    </w:p>
    <w:p w:rsidR="002C7930" w:rsidRPr="002C7930" w:rsidRDefault="002C7930" w:rsidP="002C793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proofErr w:type="gram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Ц</w:t>
      </w:r>
      <w:proofErr w:type="gram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іна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: 0,15 × 8 = 1,2 </w:t>
      </w:r>
    </w:p>
    <w:p w:rsidR="002C7930" w:rsidRPr="002C7930" w:rsidRDefault="002C7930" w:rsidP="002C7930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Зберігання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: 0,1 × 6 = 0,6 </w:t>
      </w:r>
    </w:p>
    <w:p w:rsidR="002C7930" w:rsidRPr="002C7930" w:rsidRDefault="002C7930" w:rsidP="002C7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2C7930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lastRenderedPageBreak/>
        <w:t>Інтегральний</w:t>
      </w:r>
      <w:proofErr w:type="spellEnd"/>
      <w:r w:rsidRPr="002C7930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показник</w:t>
      </w:r>
      <w:proofErr w:type="spellEnd"/>
      <w:r w:rsidRPr="002C7930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:</w:t>
      </w:r>
    </w:p>
    <w:p w:rsidR="00A615D6" w:rsidRPr="002C7930" w:rsidRDefault="002C7930" w:rsidP="002C7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7930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І = 2,7 + 2,0 + 1,4 + 1,2 + 0,6 = 7,9</w:t>
      </w:r>
      <w:r w:rsidR="000F37EF" w:rsidRPr="002C7930">
        <w:rPr>
          <w:rFonts w:ascii="Times New Roman" w:hAnsi="Times New Roman" w:cs="Times New Roman"/>
          <w:b/>
          <w:i/>
          <w:sz w:val="28"/>
          <w:szCs w:val="28"/>
          <w:lang w:val="ru-RU"/>
        </w:rPr>
        <w:br/>
      </w:r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>Зробіть</w:t>
      </w:r>
      <w:proofErr w:type="spellEnd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>висновок</w:t>
      </w:r>
      <w:proofErr w:type="spellEnd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>щодо</w:t>
      </w:r>
      <w:proofErr w:type="spellEnd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>доц</w:t>
      </w:r>
      <w:proofErr w:type="gramEnd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>ільності</w:t>
      </w:r>
      <w:proofErr w:type="spellEnd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>вирощування</w:t>
      </w:r>
      <w:proofErr w:type="spellEnd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="00CF1249"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сорту.</w:t>
      </w:r>
      <w:r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2C7930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Висновок</w:t>
      </w:r>
      <w:proofErr w:type="spellEnd"/>
      <w:r w:rsidRPr="002C7930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:</w:t>
      </w:r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Інтегральний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показник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2C7930">
        <w:rPr>
          <w:rStyle w:val="af6"/>
          <w:rFonts w:ascii="Times New Roman" w:hAnsi="Times New Roman" w:cs="Times New Roman"/>
          <w:i/>
          <w:sz w:val="28"/>
          <w:szCs w:val="28"/>
          <w:lang w:val="ru-RU"/>
        </w:rPr>
        <w:t>7,9</w:t>
      </w:r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св</w:t>
      </w:r>
      <w:proofErr w:type="gram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ідчить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про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досить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високий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рівень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конкурентоспроможності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сорту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пшениці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Вирощування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цього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сорту є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доцільним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оскільки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він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має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хороші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показники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якості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урожайності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та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ринкової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привабливості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Недоліком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є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дещо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нижча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оцінка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зберігання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однак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загалом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сорт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перспективний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для </w:t>
      </w:r>
      <w:proofErr w:type="spellStart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виробництва</w:t>
      </w:r>
      <w:proofErr w:type="spellEnd"/>
      <w:r w:rsidRPr="002C7930">
        <w:rPr>
          <w:rFonts w:ascii="Times New Roman" w:hAnsi="Times New Roman" w:cs="Times New Roman"/>
          <w:i/>
          <w:sz w:val="28"/>
          <w:szCs w:val="28"/>
          <w:lang w:val="ru-RU"/>
        </w:rPr>
        <w:t>.</w:t>
      </w:r>
      <w:r w:rsidR="000F37EF" w:rsidRPr="00CF1249">
        <w:rPr>
          <w:rFonts w:ascii="Times New Roman" w:hAnsi="Times New Roman" w:cs="Times New Roman"/>
          <w:b/>
          <w:sz w:val="28"/>
          <w:szCs w:val="28"/>
          <w:lang w:val="ru-RU"/>
        </w:rPr>
        <w:br/>
      </w:r>
    </w:p>
    <w:p w:rsidR="002C7930" w:rsidRPr="002C7930" w:rsidRDefault="00CF1249" w:rsidP="002C7930">
      <w:pPr>
        <w:pStyle w:val="aff8"/>
        <w:rPr>
          <w:i/>
          <w:sz w:val="28"/>
          <w:szCs w:val="28"/>
        </w:rPr>
      </w:pPr>
      <w:proofErr w:type="spellStart"/>
      <w:r w:rsidRPr="00CF1249">
        <w:rPr>
          <w:b/>
          <w:sz w:val="28"/>
          <w:szCs w:val="28"/>
        </w:rPr>
        <w:t>Завдання</w:t>
      </w:r>
      <w:proofErr w:type="spellEnd"/>
      <w:r w:rsidRPr="00CF1249">
        <w:rPr>
          <w:b/>
          <w:sz w:val="28"/>
          <w:szCs w:val="28"/>
        </w:rPr>
        <w:t xml:space="preserve"> 3. </w:t>
      </w:r>
      <w:proofErr w:type="spellStart"/>
      <w:r w:rsidRPr="00CF1249">
        <w:rPr>
          <w:b/>
          <w:sz w:val="28"/>
          <w:szCs w:val="28"/>
        </w:rPr>
        <w:t>Складання</w:t>
      </w:r>
      <w:proofErr w:type="spellEnd"/>
      <w:r w:rsidRPr="00CF1249">
        <w:rPr>
          <w:b/>
          <w:sz w:val="28"/>
          <w:szCs w:val="28"/>
        </w:rPr>
        <w:t xml:space="preserve"> договору</w:t>
      </w:r>
      <w:r w:rsidR="000F37EF" w:rsidRPr="00CF1249">
        <w:rPr>
          <w:b/>
          <w:sz w:val="28"/>
          <w:szCs w:val="28"/>
        </w:rPr>
        <w:br/>
      </w:r>
      <w:proofErr w:type="spellStart"/>
      <w:r w:rsidRPr="00CF1249">
        <w:rPr>
          <w:b/>
          <w:sz w:val="28"/>
          <w:szCs w:val="28"/>
        </w:rPr>
        <w:t>Завдання</w:t>
      </w:r>
      <w:proofErr w:type="spellEnd"/>
      <w:r w:rsidRPr="00CF1249">
        <w:rPr>
          <w:b/>
          <w:sz w:val="28"/>
          <w:szCs w:val="28"/>
        </w:rPr>
        <w:t>:</w:t>
      </w:r>
      <w:r w:rsidR="000F37EF" w:rsidRPr="00CF1249">
        <w:rPr>
          <w:b/>
          <w:sz w:val="28"/>
          <w:szCs w:val="28"/>
        </w:rPr>
        <w:br/>
      </w:r>
      <w:proofErr w:type="spellStart"/>
      <w:r w:rsidRPr="00CF1249">
        <w:rPr>
          <w:sz w:val="28"/>
          <w:szCs w:val="28"/>
        </w:rPr>
        <w:t>Розробіть</w:t>
      </w:r>
      <w:proofErr w:type="spellEnd"/>
      <w:r w:rsidRPr="00CF1249">
        <w:rPr>
          <w:sz w:val="28"/>
          <w:szCs w:val="28"/>
        </w:rPr>
        <w:t xml:space="preserve"> </w:t>
      </w:r>
      <w:proofErr w:type="spellStart"/>
      <w:r w:rsidRPr="00CF1249">
        <w:rPr>
          <w:sz w:val="28"/>
          <w:szCs w:val="28"/>
        </w:rPr>
        <w:t>догові</w:t>
      </w:r>
      <w:proofErr w:type="gramStart"/>
      <w:r w:rsidRPr="00CF1249">
        <w:rPr>
          <w:sz w:val="28"/>
          <w:szCs w:val="28"/>
        </w:rPr>
        <w:t>р</w:t>
      </w:r>
      <w:proofErr w:type="spellEnd"/>
      <w:proofErr w:type="gramEnd"/>
      <w:r w:rsidRPr="00CF1249">
        <w:rPr>
          <w:sz w:val="28"/>
          <w:szCs w:val="28"/>
        </w:rPr>
        <w:t xml:space="preserve"> </w:t>
      </w:r>
      <w:proofErr w:type="spellStart"/>
      <w:r w:rsidRPr="00CF1249">
        <w:rPr>
          <w:sz w:val="28"/>
          <w:szCs w:val="28"/>
        </w:rPr>
        <w:t>купівлі</w:t>
      </w:r>
      <w:proofErr w:type="spellEnd"/>
      <w:r w:rsidRPr="00CF1249">
        <w:rPr>
          <w:sz w:val="28"/>
          <w:szCs w:val="28"/>
        </w:rPr>
        <w:t xml:space="preserve">-продажу </w:t>
      </w:r>
      <w:proofErr w:type="spellStart"/>
      <w:r w:rsidRPr="00CF1249">
        <w:rPr>
          <w:sz w:val="28"/>
          <w:szCs w:val="28"/>
        </w:rPr>
        <w:t>сільськогосподарської</w:t>
      </w:r>
      <w:proofErr w:type="spellEnd"/>
      <w:r w:rsidRPr="00CF1249">
        <w:rPr>
          <w:sz w:val="28"/>
          <w:szCs w:val="28"/>
        </w:rPr>
        <w:t xml:space="preserve"> </w:t>
      </w:r>
      <w:proofErr w:type="spellStart"/>
      <w:r w:rsidRPr="00CF1249">
        <w:rPr>
          <w:sz w:val="28"/>
          <w:szCs w:val="28"/>
        </w:rPr>
        <w:t>продукції</w:t>
      </w:r>
      <w:proofErr w:type="spellEnd"/>
      <w:r w:rsidRPr="00CF1249">
        <w:rPr>
          <w:sz w:val="28"/>
          <w:szCs w:val="28"/>
        </w:rPr>
        <w:t xml:space="preserve"> (</w:t>
      </w:r>
      <w:proofErr w:type="spellStart"/>
      <w:r w:rsidRPr="00CF1249">
        <w:rPr>
          <w:sz w:val="28"/>
          <w:szCs w:val="28"/>
        </w:rPr>
        <w:t>наприклад</w:t>
      </w:r>
      <w:proofErr w:type="spellEnd"/>
      <w:r w:rsidRPr="00CF1249">
        <w:rPr>
          <w:sz w:val="28"/>
          <w:szCs w:val="28"/>
        </w:rPr>
        <w:t xml:space="preserve">, зерна </w:t>
      </w:r>
      <w:proofErr w:type="spellStart"/>
      <w:r w:rsidRPr="00CF1249">
        <w:rPr>
          <w:sz w:val="28"/>
          <w:szCs w:val="28"/>
        </w:rPr>
        <w:t>пшениці</w:t>
      </w:r>
      <w:proofErr w:type="spellEnd"/>
      <w:r w:rsidRPr="00CF1249">
        <w:rPr>
          <w:sz w:val="28"/>
          <w:szCs w:val="28"/>
        </w:rPr>
        <w:t>).</w:t>
      </w:r>
      <w:r w:rsidR="000F37EF" w:rsidRPr="00CF1249">
        <w:rPr>
          <w:b/>
          <w:sz w:val="28"/>
          <w:szCs w:val="28"/>
        </w:rPr>
        <w:br/>
      </w:r>
      <w:proofErr w:type="spellStart"/>
      <w:r w:rsidRPr="00CF1249">
        <w:rPr>
          <w:sz w:val="28"/>
          <w:szCs w:val="28"/>
        </w:rPr>
        <w:t>Обов’язково</w:t>
      </w:r>
      <w:proofErr w:type="spellEnd"/>
      <w:r w:rsidRPr="00CF1249">
        <w:rPr>
          <w:sz w:val="28"/>
          <w:szCs w:val="28"/>
        </w:rPr>
        <w:t xml:space="preserve"> </w:t>
      </w:r>
      <w:proofErr w:type="spellStart"/>
      <w:r w:rsidRPr="00CF1249">
        <w:rPr>
          <w:sz w:val="28"/>
          <w:szCs w:val="28"/>
        </w:rPr>
        <w:t>врахувати</w:t>
      </w:r>
      <w:proofErr w:type="spellEnd"/>
      <w:r w:rsidRPr="00CF1249">
        <w:rPr>
          <w:sz w:val="28"/>
          <w:szCs w:val="28"/>
        </w:rPr>
        <w:t>:</w:t>
      </w:r>
      <w:r w:rsidR="000F37EF" w:rsidRPr="00CF1249">
        <w:rPr>
          <w:b/>
          <w:sz w:val="28"/>
          <w:szCs w:val="28"/>
        </w:rPr>
        <w:br/>
      </w:r>
      <w:r w:rsidRPr="00CF1249">
        <w:rPr>
          <w:sz w:val="28"/>
          <w:szCs w:val="28"/>
        </w:rPr>
        <w:t xml:space="preserve">• </w:t>
      </w:r>
      <w:proofErr w:type="spellStart"/>
      <w:r w:rsidRPr="00CF1249">
        <w:rPr>
          <w:sz w:val="28"/>
          <w:szCs w:val="28"/>
        </w:rPr>
        <w:t>вимоги</w:t>
      </w:r>
      <w:proofErr w:type="spellEnd"/>
      <w:r w:rsidRPr="00CF1249">
        <w:rPr>
          <w:sz w:val="28"/>
          <w:szCs w:val="28"/>
        </w:rPr>
        <w:t xml:space="preserve"> до </w:t>
      </w:r>
      <w:proofErr w:type="spellStart"/>
      <w:r w:rsidRPr="00CF1249">
        <w:rPr>
          <w:sz w:val="28"/>
          <w:szCs w:val="28"/>
        </w:rPr>
        <w:t>якості</w:t>
      </w:r>
      <w:proofErr w:type="spellEnd"/>
      <w:r w:rsidRPr="00CF1249">
        <w:rPr>
          <w:sz w:val="28"/>
          <w:szCs w:val="28"/>
        </w:rPr>
        <w:t xml:space="preserve"> (</w:t>
      </w:r>
      <w:proofErr w:type="spellStart"/>
      <w:r w:rsidRPr="00CF1249">
        <w:rPr>
          <w:sz w:val="28"/>
          <w:szCs w:val="28"/>
        </w:rPr>
        <w:t>вологість</w:t>
      </w:r>
      <w:proofErr w:type="spellEnd"/>
      <w:r w:rsidRPr="00CF1249">
        <w:rPr>
          <w:sz w:val="28"/>
          <w:szCs w:val="28"/>
        </w:rPr>
        <w:t xml:space="preserve"> зерна, </w:t>
      </w:r>
      <w:proofErr w:type="spellStart"/>
      <w:r w:rsidRPr="00CF1249">
        <w:rPr>
          <w:sz w:val="28"/>
          <w:szCs w:val="28"/>
        </w:rPr>
        <w:t>клас</w:t>
      </w:r>
      <w:proofErr w:type="spellEnd"/>
      <w:r w:rsidRPr="00CF1249">
        <w:rPr>
          <w:sz w:val="28"/>
          <w:szCs w:val="28"/>
        </w:rPr>
        <w:t>)</w:t>
      </w:r>
      <w:r w:rsidR="000F37EF" w:rsidRPr="00CF1249">
        <w:rPr>
          <w:b/>
          <w:sz w:val="28"/>
          <w:szCs w:val="28"/>
        </w:rPr>
        <w:br/>
      </w:r>
      <w:r w:rsidRPr="00CF1249">
        <w:rPr>
          <w:sz w:val="28"/>
          <w:szCs w:val="28"/>
        </w:rPr>
        <w:t xml:space="preserve">• </w:t>
      </w:r>
      <w:proofErr w:type="spellStart"/>
      <w:r w:rsidRPr="00CF1249">
        <w:rPr>
          <w:sz w:val="28"/>
          <w:szCs w:val="28"/>
        </w:rPr>
        <w:t>умови</w:t>
      </w:r>
      <w:proofErr w:type="spellEnd"/>
      <w:r w:rsidRPr="00CF1249">
        <w:rPr>
          <w:sz w:val="28"/>
          <w:szCs w:val="28"/>
        </w:rPr>
        <w:t xml:space="preserve"> поставки (</w:t>
      </w:r>
      <w:proofErr w:type="spellStart"/>
      <w:r w:rsidRPr="00CF1249">
        <w:rPr>
          <w:sz w:val="28"/>
          <w:szCs w:val="28"/>
        </w:rPr>
        <w:t>обсяг</w:t>
      </w:r>
      <w:proofErr w:type="spellEnd"/>
      <w:r w:rsidRPr="00CF1249">
        <w:rPr>
          <w:sz w:val="28"/>
          <w:szCs w:val="28"/>
        </w:rPr>
        <w:t>, строки, транспорт)</w:t>
      </w:r>
      <w:r w:rsidR="000F37EF" w:rsidRPr="00CF1249">
        <w:rPr>
          <w:b/>
          <w:sz w:val="28"/>
          <w:szCs w:val="28"/>
        </w:rPr>
        <w:br/>
      </w:r>
      <w:r w:rsidRPr="00CF1249">
        <w:rPr>
          <w:sz w:val="28"/>
          <w:szCs w:val="28"/>
        </w:rPr>
        <w:t xml:space="preserve">• </w:t>
      </w:r>
      <w:proofErr w:type="spellStart"/>
      <w:r w:rsidRPr="00CF1249">
        <w:rPr>
          <w:sz w:val="28"/>
          <w:szCs w:val="28"/>
        </w:rPr>
        <w:t>умови</w:t>
      </w:r>
      <w:proofErr w:type="spellEnd"/>
      <w:r w:rsidRPr="00CF1249">
        <w:rPr>
          <w:sz w:val="28"/>
          <w:szCs w:val="28"/>
        </w:rPr>
        <w:t xml:space="preserve"> </w:t>
      </w:r>
      <w:proofErr w:type="spellStart"/>
      <w:r w:rsidRPr="00CF1249">
        <w:rPr>
          <w:sz w:val="28"/>
          <w:szCs w:val="28"/>
        </w:rPr>
        <w:t>зберігання</w:t>
      </w:r>
      <w:proofErr w:type="spellEnd"/>
      <w:r w:rsidR="000F37EF" w:rsidRPr="00CF1249">
        <w:rPr>
          <w:b/>
          <w:sz w:val="28"/>
          <w:szCs w:val="28"/>
        </w:rPr>
        <w:br/>
      </w:r>
      <w:r w:rsidRPr="00CF1249">
        <w:rPr>
          <w:sz w:val="28"/>
          <w:szCs w:val="28"/>
        </w:rPr>
        <w:t xml:space="preserve">• порядок </w:t>
      </w:r>
      <w:proofErr w:type="spellStart"/>
      <w:r w:rsidRPr="00CF1249">
        <w:rPr>
          <w:sz w:val="28"/>
          <w:szCs w:val="28"/>
        </w:rPr>
        <w:t>розрахунків</w:t>
      </w:r>
      <w:proofErr w:type="spellEnd"/>
      <w:r w:rsidR="000F37EF" w:rsidRPr="00CF1249">
        <w:rPr>
          <w:b/>
          <w:sz w:val="28"/>
          <w:szCs w:val="28"/>
        </w:rPr>
        <w:br/>
      </w:r>
      <w:r w:rsidRPr="00CF1249">
        <w:rPr>
          <w:sz w:val="28"/>
          <w:szCs w:val="28"/>
        </w:rPr>
        <w:t xml:space="preserve">• </w:t>
      </w:r>
      <w:proofErr w:type="spellStart"/>
      <w:proofErr w:type="gramStart"/>
      <w:r w:rsidRPr="00CF1249">
        <w:rPr>
          <w:sz w:val="28"/>
          <w:szCs w:val="28"/>
        </w:rPr>
        <w:t>в</w:t>
      </w:r>
      <w:proofErr w:type="gramEnd"/>
      <w:r w:rsidRPr="00CF1249">
        <w:rPr>
          <w:sz w:val="28"/>
          <w:szCs w:val="28"/>
        </w:rPr>
        <w:t>ідповідальність</w:t>
      </w:r>
      <w:proofErr w:type="spellEnd"/>
      <w:r w:rsidRPr="00CF1249">
        <w:rPr>
          <w:sz w:val="28"/>
          <w:szCs w:val="28"/>
        </w:rPr>
        <w:t xml:space="preserve"> за </w:t>
      </w:r>
      <w:proofErr w:type="spellStart"/>
      <w:r w:rsidRPr="00CF1249">
        <w:rPr>
          <w:sz w:val="28"/>
          <w:szCs w:val="28"/>
        </w:rPr>
        <w:t>псування</w:t>
      </w:r>
      <w:proofErr w:type="spellEnd"/>
      <w:r w:rsidRPr="00CF1249">
        <w:rPr>
          <w:sz w:val="28"/>
          <w:szCs w:val="28"/>
        </w:rPr>
        <w:t xml:space="preserve"> </w:t>
      </w:r>
      <w:proofErr w:type="spellStart"/>
      <w:r w:rsidRPr="00CF1249">
        <w:rPr>
          <w:sz w:val="28"/>
          <w:szCs w:val="28"/>
        </w:rPr>
        <w:t>продукції</w:t>
      </w:r>
      <w:proofErr w:type="spellEnd"/>
      <w:r w:rsidR="002C7930">
        <w:rPr>
          <w:sz w:val="28"/>
          <w:szCs w:val="28"/>
        </w:rPr>
        <w:br/>
      </w:r>
      <w:r w:rsidR="002C7930">
        <w:rPr>
          <w:rStyle w:val="af6"/>
          <w:lang w:val="uk-UA"/>
        </w:rPr>
        <w:br/>
      </w:r>
      <w:r w:rsidR="002C7930" w:rsidRPr="002C7930">
        <w:rPr>
          <w:rStyle w:val="af6"/>
          <w:i/>
          <w:sz w:val="28"/>
          <w:szCs w:val="28"/>
        </w:rPr>
        <w:t>ДОГОВІР</w:t>
      </w:r>
      <w:r w:rsidR="002C7930" w:rsidRPr="002C7930">
        <w:rPr>
          <w:b/>
          <w:bCs/>
          <w:i/>
          <w:sz w:val="28"/>
          <w:szCs w:val="28"/>
        </w:rPr>
        <w:br/>
      </w:r>
      <w:proofErr w:type="spellStart"/>
      <w:r w:rsidR="002C7930" w:rsidRPr="002C7930">
        <w:rPr>
          <w:rStyle w:val="af6"/>
          <w:i/>
          <w:sz w:val="28"/>
          <w:szCs w:val="28"/>
        </w:rPr>
        <w:t>купівлі</w:t>
      </w:r>
      <w:proofErr w:type="spellEnd"/>
      <w:r w:rsidR="002C7930" w:rsidRPr="002C7930">
        <w:rPr>
          <w:rStyle w:val="af6"/>
          <w:i/>
          <w:sz w:val="28"/>
          <w:szCs w:val="28"/>
        </w:rPr>
        <w:t xml:space="preserve">-продажу зерна </w:t>
      </w:r>
      <w:proofErr w:type="spellStart"/>
      <w:r w:rsidR="002C7930" w:rsidRPr="002C7930">
        <w:rPr>
          <w:rStyle w:val="af6"/>
          <w:i/>
          <w:sz w:val="28"/>
          <w:szCs w:val="28"/>
        </w:rPr>
        <w:t>пшениці</w:t>
      </w:r>
      <w:proofErr w:type="spellEnd"/>
    </w:p>
    <w:p w:rsidR="002C7930" w:rsidRPr="002C7930" w:rsidRDefault="002C7930" w:rsidP="002C7930">
      <w:pPr>
        <w:pStyle w:val="aff8"/>
        <w:rPr>
          <w:i/>
          <w:sz w:val="28"/>
          <w:szCs w:val="28"/>
        </w:rPr>
      </w:pPr>
      <w:r w:rsidRPr="002C7930">
        <w:rPr>
          <w:rStyle w:val="af6"/>
          <w:i/>
          <w:sz w:val="28"/>
          <w:szCs w:val="28"/>
        </w:rPr>
        <w:t>1. Предмет договору</w:t>
      </w:r>
      <w:r w:rsidRPr="002C7930">
        <w:rPr>
          <w:i/>
          <w:sz w:val="28"/>
          <w:szCs w:val="28"/>
        </w:rPr>
        <w:br/>
      </w:r>
      <w:proofErr w:type="spellStart"/>
      <w:r w:rsidRPr="002C7930">
        <w:rPr>
          <w:i/>
          <w:sz w:val="28"/>
          <w:szCs w:val="28"/>
        </w:rPr>
        <w:t>Продавець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зобов’язується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передати</w:t>
      </w:r>
      <w:proofErr w:type="spellEnd"/>
      <w:r w:rsidRPr="002C7930">
        <w:rPr>
          <w:i/>
          <w:sz w:val="28"/>
          <w:szCs w:val="28"/>
        </w:rPr>
        <w:t xml:space="preserve"> у </w:t>
      </w:r>
      <w:proofErr w:type="spellStart"/>
      <w:r w:rsidRPr="002C7930">
        <w:rPr>
          <w:i/>
          <w:sz w:val="28"/>
          <w:szCs w:val="28"/>
        </w:rPr>
        <w:t>власність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Покупця</w:t>
      </w:r>
      <w:proofErr w:type="spellEnd"/>
      <w:r w:rsidRPr="002C7930">
        <w:rPr>
          <w:i/>
          <w:sz w:val="28"/>
          <w:szCs w:val="28"/>
        </w:rPr>
        <w:t xml:space="preserve"> зерно </w:t>
      </w:r>
      <w:proofErr w:type="spellStart"/>
      <w:r w:rsidRPr="002C7930">
        <w:rPr>
          <w:i/>
          <w:sz w:val="28"/>
          <w:szCs w:val="28"/>
        </w:rPr>
        <w:t>пшениці</w:t>
      </w:r>
      <w:proofErr w:type="spellEnd"/>
      <w:r w:rsidRPr="002C7930">
        <w:rPr>
          <w:i/>
          <w:sz w:val="28"/>
          <w:szCs w:val="28"/>
        </w:rPr>
        <w:t xml:space="preserve"> 3 </w:t>
      </w:r>
      <w:proofErr w:type="spellStart"/>
      <w:r w:rsidRPr="002C7930">
        <w:rPr>
          <w:i/>
          <w:sz w:val="28"/>
          <w:szCs w:val="28"/>
        </w:rPr>
        <w:t>класу</w:t>
      </w:r>
      <w:proofErr w:type="spellEnd"/>
      <w:r w:rsidRPr="002C7930">
        <w:rPr>
          <w:i/>
          <w:sz w:val="28"/>
          <w:szCs w:val="28"/>
        </w:rPr>
        <w:t xml:space="preserve">, а </w:t>
      </w:r>
      <w:proofErr w:type="spellStart"/>
      <w:r w:rsidRPr="002C7930">
        <w:rPr>
          <w:i/>
          <w:sz w:val="28"/>
          <w:szCs w:val="28"/>
        </w:rPr>
        <w:t>Покупець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зобов’язується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прийняти</w:t>
      </w:r>
      <w:proofErr w:type="spellEnd"/>
      <w:r w:rsidRPr="002C7930">
        <w:rPr>
          <w:i/>
          <w:sz w:val="28"/>
          <w:szCs w:val="28"/>
        </w:rPr>
        <w:t xml:space="preserve"> товар і </w:t>
      </w:r>
      <w:proofErr w:type="spellStart"/>
      <w:r w:rsidRPr="002C7930">
        <w:rPr>
          <w:i/>
          <w:sz w:val="28"/>
          <w:szCs w:val="28"/>
        </w:rPr>
        <w:t>оплатити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його</w:t>
      </w:r>
      <w:proofErr w:type="spellEnd"/>
      <w:r w:rsidRPr="002C7930">
        <w:rPr>
          <w:i/>
          <w:sz w:val="28"/>
          <w:szCs w:val="28"/>
        </w:rPr>
        <w:t xml:space="preserve"> на </w:t>
      </w:r>
      <w:proofErr w:type="spellStart"/>
      <w:r w:rsidRPr="002C7930">
        <w:rPr>
          <w:i/>
          <w:sz w:val="28"/>
          <w:szCs w:val="28"/>
        </w:rPr>
        <w:t>умовах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цього</w:t>
      </w:r>
      <w:proofErr w:type="spellEnd"/>
      <w:r w:rsidRPr="002C7930">
        <w:rPr>
          <w:i/>
          <w:sz w:val="28"/>
          <w:szCs w:val="28"/>
        </w:rPr>
        <w:t xml:space="preserve"> договору.</w:t>
      </w:r>
    </w:p>
    <w:p w:rsidR="002C7930" w:rsidRPr="002C7930" w:rsidRDefault="002C7930" w:rsidP="002C7930">
      <w:pPr>
        <w:pStyle w:val="aff8"/>
        <w:rPr>
          <w:i/>
          <w:sz w:val="28"/>
          <w:szCs w:val="28"/>
        </w:rPr>
      </w:pPr>
      <w:r w:rsidRPr="002C7930">
        <w:rPr>
          <w:rStyle w:val="af6"/>
          <w:i/>
          <w:sz w:val="28"/>
          <w:szCs w:val="28"/>
        </w:rPr>
        <w:lastRenderedPageBreak/>
        <w:t xml:space="preserve">2. </w:t>
      </w:r>
      <w:proofErr w:type="spellStart"/>
      <w:r w:rsidRPr="002C7930">
        <w:rPr>
          <w:rStyle w:val="af6"/>
          <w:i/>
          <w:sz w:val="28"/>
          <w:szCs w:val="28"/>
        </w:rPr>
        <w:t>Якість</w:t>
      </w:r>
      <w:proofErr w:type="spellEnd"/>
      <w:r w:rsidRPr="002C7930">
        <w:rPr>
          <w:rStyle w:val="af6"/>
          <w:i/>
          <w:sz w:val="28"/>
          <w:szCs w:val="28"/>
        </w:rPr>
        <w:t xml:space="preserve"> </w:t>
      </w:r>
      <w:proofErr w:type="spellStart"/>
      <w:r w:rsidRPr="002C7930">
        <w:rPr>
          <w:rStyle w:val="af6"/>
          <w:i/>
          <w:sz w:val="28"/>
          <w:szCs w:val="28"/>
        </w:rPr>
        <w:t>продукції</w:t>
      </w:r>
      <w:proofErr w:type="spellEnd"/>
      <w:r w:rsidRPr="002C7930">
        <w:rPr>
          <w:i/>
          <w:sz w:val="28"/>
          <w:szCs w:val="28"/>
        </w:rPr>
        <w:br/>
        <w:t xml:space="preserve">2.1. Зерно повинно </w:t>
      </w:r>
      <w:proofErr w:type="spellStart"/>
      <w:r w:rsidRPr="002C7930">
        <w:rPr>
          <w:i/>
          <w:sz w:val="28"/>
          <w:szCs w:val="28"/>
        </w:rPr>
        <w:t>відповідати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вимогам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державних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стандартів</w:t>
      </w:r>
      <w:proofErr w:type="spellEnd"/>
      <w:r w:rsidRPr="002C7930">
        <w:rPr>
          <w:i/>
          <w:sz w:val="28"/>
          <w:szCs w:val="28"/>
        </w:rPr>
        <w:t>.</w:t>
      </w:r>
      <w:r w:rsidRPr="002C7930">
        <w:rPr>
          <w:i/>
          <w:sz w:val="28"/>
          <w:szCs w:val="28"/>
        </w:rPr>
        <w:br/>
        <w:t xml:space="preserve">2.2. </w:t>
      </w:r>
      <w:proofErr w:type="spellStart"/>
      <w:r w:rsidRPr="002C7930">
        <w:rPr>
          <w:i/>
          <w:sz w:val="28"/>
          <w:szCs w:val="28"/>
        </w:rPr>
        <w:t>Вологість</w:t>
      </w:r>
      <w:proofErr w:type="spellEnd"/>
      <w:r w:rsidRPr="002C7930">
        <w:rPr>
          <w:i/>
          <w:sz w:val="28"/>
          <w:szCs w:val="28"/>
        </w:rPr>
        <w:t xml:space="preserve"> зерна не </w:t>
      </w:r>
      <w:proofErr w:type="gramStart"/>
      <w:r w:rsidRPr="002C7930">
        <w:rPr>
          <w:i/>
          <w:sz w:val="28"/>
          <w:szCs w:val="28"/>
        </w:rPr>
        <w:t>повинна</w:t>
      </w:r>
      <w:proofErr w:type="gram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перевищувати</w:t>
      </w:r>
      <w:proofErr w:type="spellEnd"/>
      <w:r w:rsidRPr="002C7930">
        <w:rPr>
          <w:i/>
          <w:sz w:val="28"/>
          <w:szCs w:val="28"/>
        </w:rPr>
        <w:t xml:space="preserve"> </w:t>
      </w:r>
      <w:r w:rsidRPr="002C7930">
        <w:rPr>
          <w:rStyle w:val="af6"/>
          <w:i/>
          <w:sz w:val="28"/>
          <w:szCs w:val="28"/>
        </w:rPr>
        <w:t>14%</w:t>
      </w:r>
      <w:r w:rsidRPr="002C7930">
        <w:rPr>
          <w:i/>
          <w:sz w:val="28"/>
          <w:szCs w:val="28"/>
        </w:rPr>
        <w:t>.</w:t>
      </w:r>
      <w:r w:rsidRPr="002C7930">
        <w:rPr>
          <w:i/>
          <w:sz w:val="28"/>
          <w:szCs w:val="28"/>
        </w:rPr>
        <w:br/>
        <w:t xml:space="preserve">2.3. </w:t>
      </w:r>
      <w:proofErr w:type="spellStart"/>
      <w:r w:rsidRPr="002C7930">
        <w:rPr>
          <w:i/>
          <w:sz w:val="28"/>
          <w:szCs w:val="28"/>
        </w:rPr>
        <w:t>Клас</w:t>
      </w:r>
      <w:proofErr w:type="spellEnd"/>
      <w:r w:rsidRPr="002C7930">
        <w:rPr>
          <w:i/>
          <w:sz w:val="28"/>
          <w:szCs w:val="28"/>
        </w:rPr>
        <w:t xml:space="preserve"> зерна — </w:t>
      </w:r>
      <w:r w:rsidRPr="002C7930">
        <w:rPr>
          <w:rStyle w:val="af6"/>
          <w:i/>
          <w:sz w:val="28"/>
          <w:szCs w:val="28"/>
        </w:rPr>
        <w:t xml:space="preserve">3 </w:t>
      </w:r>
      <w:proofErr w:type="spellStart"/>
      <w:r w:rsidRPr="002C7930">
        <w:rPr>
          <w:rStyle w:val="af6"/>
          <w:i/>
          <w:sz w:val="28"/>
          <w:szCs w:val="28"/>
        </w:rPr>
        <w:t>клас</w:t>
      </w:r>
      <w:proofErr w:type="spellEnd"/>
      <w:r w:rsidRPr="002C7930">
        <w:rPr>
          <w:i/>
          <w:sz w:val="28"/>
          <w:szCs w:val="28"/>
        </w:rPr>
        <w:t>.</w:t>
      </w:r>
      <w:r w:rsidRPr="002C7930">
        <w:rPr>
          <w:i/>
          <w:sz w:val="28"/>
          <w:szCs w:val="28"/>
        </w:rPr>
        <w:br/>
        <w:t xml:space="preserve">2.4. </w:t>
      </w:r>
      <w:proofErr w:type="spellStart"/>
      <w:r w:rsidRPr="002C7930">
        <w:rPr>
          <w:i/>
          <w:sz w:val="28"/>
          <w:szCs w:val="28"/>
        </w:rPr>
        <w:t>Продукція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має</w:t>
      </w:r>
      <w:proofErr w:type="spellEnd"/>
      <w:r w:rsidRPr="002C7930">
        <w:rPr>
          <w:i/>
          <w:sz w:val="28"/>
          <w:szCs w:val="28"/>
        </w:rPr>
        <w:t xml:space="preserve"> бути </w:t>
      </w:r>
      <w:proofErr w:type="gramStart"/>
      <w:r w:rsidRPr="002C7930">
        <w:rPr>
          <w:i/>
          <w:sz w:val="28"/>
          <w:szCs w:val="28"/>
        </w:rPr>
        <w:t>чистою</w:t>
      </w:r>
      <w:proofErr w:type="gramEnd"/>
      <w:r w:rsidRPr="002C7930">
        <w:rPr>
          <w:i/>
          <w:sz w:val="28"/>
          <w:szCs w:val="28"/>
        </w:rPr>
        <w:t xml:space="preserve">, без </w:t>
      </w:r>
      <w:proofErr w:type="spellStart"/>
      <w:r w:rsidRPr="002C7930">
        <w:rPr>
          <w:i/>
          <w:sz w:val="28"/>
          <w:szCs w:val="28"/>
        </w:rPr>
        <w:t>сторонніх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домішок</w:t>
      </w:r>
      <w:proofErr w:type="spellEnd"/>
      <w:r w:rsidRPr="002C7930">
        <w:rPr>
          <w:i/>
          <w:sz w:val="28"/>
          <w:szCs w:val="28"/>
        </w:rPr>
        <w:t xml:space="preserve">, </w:t>
      </w:r>
      <w:proofErr w:type="spellStart"/>
      <w:r w:rsidRPr="002C7930">
        <w:rPr>
          <w:i/>
          <w:sz w:val="28"/>
          <w:szCs w:val="28"/>
        </w:rPr>
        <w:t>шкідників</w:t>
      </w:r>
      <w:proofErr w:type="spellEnd"/>
      <w:r w:rsidRPr="002C7930">
        <w:rPr>
          <w:i/>
          <w:sz w:val="28"/>
          <w:szCs w:val="28"/>
        </w:rPr>
        <w:t xml:space="preserve"> і </w:t>
      </w:r>
      <w:proofErr w:type="spellStart"/>
      <w:r w:rsidRPr="002C7930">
        <w:rPr>
          <w:i/>
          <w:sz w:val="28"/>
          <w:szCs w:val="28"/>
        </w:rPr>
        <w:t>ознак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псування</w:t>
      </w:r>
      <w:proofErr w:type="spellEnd"/>
      <w:r w:rsidRPr="002C7930">
        <w:rPr>
          <w:i/>
          <w:sz w:val="28"/>
          <w:szCs w:val="28"/>
        </w:rPr>
        <w:t>.</w:t>
      </w:r>
    </w:p>
    <w:p w:rsidR="002C7930" w:rsidRPr="002C7930" w:rsidRDefault="002C7930" w:rsidP="002C7930">
      <w:pPr>
        <w:pStyle w:val="aff8"/>
        <w:rPr>
          <w:i/>
          <w:sz w:val="28"/>
          <w:szCs w:val="28"/>
        </w:rPr>
      </w:pPr>
      <w:r w:rsidRPr="002C7930">
        <w:rPr>
          <w:rStyle w:val="af6"/>
          <w:i/>
          <w:sz w:val="28"/>
          <w:szCs w:val="28"/>
        </w:rPr>
        <w:t xml:space="preserve">3. </w:t>
      </w:r>
      <w:proofErr w:type="spellStart"/>
      <w:r w:rsidRPr="002C7930">
        <w:rPr>
          <w:rStyle w:val="af6"/>
          <w:i/>
          <w:sz w:val="28"/>
          <w:szCs w:val="28"/>
        </w:rPr>
        <w:t>Кількість</w:t>
      </w:r>
      <w:proofErr w:type="spellEnd"/>
      <w:r w:rsidRPr="002C7930">
        <w:rPr>
          <w:rStyle w:val="af6"/>
          <w:i/>
          <w:sz w:val="28"/>
          <w:szCs w:val="28"/>
        </w:rPr>
        <w:t xml:space="preserve"> та </w:t>
      </w:r>
      <w:proofErr w:type="spellStart"/>
      <w:r w:rsidRPr="002C7930">
        <w:rPr>
          <w:rStyle w:val="af6"/>
          <w:i/>
          <w:sz w:val="28"/>
          <w:szCs w:val="28"/>
        </w:rPr>
        <w:t>умови</w:t>
      </w:r>
      <w:proofErr w:type="spellEnd"/>
      <w:r w:rsidRPr="002C7930">
        <w:rPr>
          <w:rStyle w:val="af6"/>
          <w:i/>
          <w:sz w:val="28"/>
          <w:szCs w:val="28"/>
        </w:rPr>
        <w:t xml:space="preserve"> поставки</w:t>
      </w:r>
      <w:r w:rsidRPr="002C7930">
        <w:rPr>
          <w:i/>
          <w:sz w:val="28"/>
          <w:szCs w:val="28"/>
        </w:rPr>
        <w:br/>
        <w:t xml:space="preserve">3.1. </w:t>
      </w:r>
      <w:proofErr w:type="spellStart"/>
      <w:r w:rsidRPr="002C7930">
        <w:rPr>
          <w:i/>
          <w:sz w:val="28"/>
          <w:szCs w:val="28"/>
        </w:rPr>
        <w:t>Загальний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обсяг</w:t>
      </w:r>
      <w:proofErr w:type="spellEnd"/>
      <w:r w:rsidRPr="002C7930">
        <w:rPr>
          <w:i/>
          <w:sz w:val="28"/>
          <w:szCs w:val="28"/>
        </w:rPr>
        <w:t xml:space="preserve"> поставки — </w:t>
      </w:r>
      <w:r w:rsidRPr="002C7930">
        <w:rPr>
          <w:rStyle w:val="af6"/>
          <w:i/>
          <w:sz w:val="28"/>
          <w:szCs w:val="28"/>
        </w:rPr>
        <w:t>100 тонн</w:t>
      </w:r>
      <w:r w:rsidRPr="002C7930">
        <w:rPr>
          <w:i/>
          <w:sz w:val="28"/>
          <w:szCs w:val="28"/>
        </w:rPr>
        <w:t>.</w:t>
      </w:r>
      <w:r w:rsidRPr="002C7930">
        <w:rPr>
          <w:i/>
          <w:sz w:val="28"/>
          <w:szCs w:val="28"/>
        </w:rPr>
        <w:br/>
        <w:t xml:space="preserve">3.2. Строк поставки — до </w:t>
      </w:r>
      <w:r w:rsidRPr="002C7930">
        <w:rPr>
          <w:rStyle w:val="af6"/>
          <w:i/>
          <w:sz w:val="28"/>
          <w:szCs w:val="28"/>
        </w:rPr>
        <w:t xml:space="preserve">30 </w:t>
      </w:r>
      <w:proofErr w:type="spellStart"/>
      <w:r w:rsidRPr="002C7930">
        <w:rPr>
          <w:rStyle w:val="af6"/>
          <w:i/>
          <w:sz w:val="28"/>
          <w:szCs w:val="28"/>
        </w:rPr>
        <w:t>вересня</w:t>
      </w:r>
      <w:proofErr w:type="spellEnd"/>
      <w:r w:rsidRPr="002C7930">
        <w:rPr>
          <w:rStyle w:val="af6"/>
          <w:i/>
          <w:sz w:val="28"/>
          <w:szCs w:val="28"/>
        </w:rPr>
        <w:t xml:space="preserve"> 2026 року</w:t>
      </w:r>
      <w:r w:rsidRPr="002C7930">
        <w:rPr>
          <w:i/>
          <w:sz w:val="28"/>
          <w:szCs w:val="28"/>
        </w:rPr>
        <w:t>.</w:t>
      </w:r>
      <w:r w:rsidRPr="002C7930">
        <w:rPr>
          <w:i/>
          <w:sz w:val="28"/>
          <w:szCs w:val="28"/>
        </w:rPr>
        <w:br/>
        <w:t xml:space="preserve">3.3. </w:t>
      </w:r>
      <w:proofErr w:type="spellStart"/>
      <w:r w:rsidRPr="002C7930">
        <w:rPr>
          <w:i/>
          <w:sz w:val="28"/>
          <w:szCs w:val="28"/>
        </w:rPr>
        <w:t>Місце</w:t>
      </w:r>
      <w:proofErr w:type="spellEnd"/>
      <w:r w:rsidRPr="002C7930">
        <w:rPr>
          <w:i/>
          <w:sz w:val="28"/>
          <w:szCs w:val="28"/>
        </w:rPr>
        <w:t xml:space="preserve"> поставки — склад </w:t>
      </w:r>
      <w:proofErr w:type="spellStart"/>
      <w:r w:rsidRPr="002C7930">
        <w:rPr>
          <w:i/>
          <w:sz w:val="28"/>
          <w:szCs w:val="28"/>
        </w:rPr>
        <w:t>Покупця</w:t>
      </w:r>
      <w:proofErr w:type="spellEnd"/>
      <w:r w:rsidRPr="002C7930">
        <w:rPr>
          <w:i/>
          <w:sz w:val="28"/>
          <w:szCs w:val="28"/>
        </w:rPr>
        <w:t>.</w:t>
      </w:r>
      <w:r w:rsidRPr="002C7930">
        <w:rPr>
          <w:i/>
          <w:sz w:val="28"/>
          <w:szCs w:val="28"/>
        </w:rPr>
        <w:br/>
        <w:t xml:space="preserve">3.4. Транспорт </w:t>
      </w:r>
      <w:proofErr w:type="spellStart"/>
      <w:r w:rsidRPr="002C7930">
        <w:rPr>
          <w:i/>
          <w:sz w:val="28"/>
          <w:szCs w:val="28"/>
        </w:rPr>
        <w:t>забезпечує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Продавець</w:t>
      </w:r>
      <w:proofErr w:type="spellEnd"/>
      <w:r w:rsidRPr="002C7930">
        <w:rPr>
          <w:i/>
          <w:sz w:val="28"/>
          <w:szCs w:val="28"/>
        </w:rPr>
        <w:t xml:space="preserve"> за </w:t>
      </w:r>
      <w:proofErr w:type="spellStart"/>
      <w:r w:rsidRPr="002C7930">
        <w:rPr>
          <w:i/>
          <w:sz w:val="28"/>
          <w:szCs w:val="28"/>
        </w:rPr>
        <w:t>власний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рахунок</w:t>
      </w:r>
      <w:proofErr w:type="spellEnd"/>
      <w:r w:rsidRPr="002C7930">
        <w:rPr>
          <w:i/>
          <w:sz w:val="28"/>
          <w:szCs w:val="28"/>
        </w:rPr>
        <w:t>.</w:t>
      </w:r>
    </w:p>
    <w:p w:rsidR="002C7930" w:rsidRPr="002C7930" w:rsidRDefault="002C7930" w:rsidP="002C7930">
      <w:pPr>
        <w:pStyle w:val="aff8"/>
        <w:rPr>
          <w:i/>
          <w:sz w:val="28"/>
          <w:szCs w:val="28"/>
        </w:rPr>
      </w:pPr>
      <w:r w:rsidRPr="002C7930">
        <w:rPr>
          <w:rStyle w:val="af6"/>
          <w:i/>
          <w:sz w:val="28"/>
          <w:szCs w:val="28"/>
        </w:rPr>
        <w:t xml:space="preserve">4. </w:t>
      </w:r>
      <w:proofErr w:type="spellStart"/>
      <w:r w:rsidRPr="002C7930">
        <w:rPr>
          <w:rStyle w:val="af6"/>
          <w:i/>
          <w:sz w:val="28"/>
          <w:szCs w:val="28"/>
        </w:rPr>
        <w:t>Умови</w:t>
      </w:r>
      <w:proofErr w:type="spellEnd"/>
      <w:r w:rsidRPr="002C7930">
        <w:rPr>
          <w:rStyle w:val="af6"/>
          <w:i/>
          <w:sz w:val="28"/>
          <w:szCs w:val="28"/>
        </w:rPr>
        <w:t xml:space="preserve"> </w:t>
      </w:r>
      <w:proofErr w:type="spellStart"/>
      <w:r w:rsidRPr="002C7930">
        <w:rPr>
          <w:rStyle w:val="af6"/>
          <w:i/>
          <w:sz w:val="28"/>
          <w:szCs w:val="28"/>
        </w:rPr>
        <w:t>зберігання</w:t>
      </w:r>
      <w:proofErr w:type="spellEnd"/>
      <w:r w:rsidRPr="002C7930">
        <w:rPr>
          <w:i/>
          <w:sz w:val="28"/>
          <w:szCs w:val="28"/>
        </w:rPr>
        <w:br/>
        <w:t xml:space="preserve">4.1. До моменту </w:t>
      </w:r>
      <w:proofErr w:type="spellStart"/>
      <w:r w:rsidRPr="002C7930">
        <w:rPr>
          <w:i/>
          <w:sz w:val="28"/>
          <w:szCs w:val="28"/>
        </w:rPr>
        <w:t>передачі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Покупцю</w:t>
      </w:r>
      <w:proofErr w:type="spellEnd"/>
      <w:r w:rsidRPr="002C7930">
        <w:rPr>
          <w:i/>
          <w:sz w:val="28"/>
          <w:szCs w:val="28"/>
        </w:rPr>
        <w:t xml:space="preserve"> зерно </w:t>
      </w:r>
      <w:proofErr w:type="spellStart"/>
      <w:r w:rsidRPr="002C7930">
        <w:rPr>
          <w:i/>
          <w:sz w:val="28"/>
          <w:szCs w:val="28"/>
        </w:rPr>
        <w:t>зберігається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gramStart"/>
      <w:r w:rsidRPr="002C7930">
        <w:rPr>
          <w:i/>
          <w:sz w:val="28"/>
          <w:szCs w:val="28"/>
        </w:rPr>
        <w:t>в</w:t>
      </w:r>
      <w:proofErr w:type="gramEnd"/>
      <w:r w:rsidRPr="002C7930">
        <w:rPr>
          <w:i/>
          <w:sz w:val="28"/>
          <w:szCs w:val="28"/>
        </w:rPr>
        <w:t xml:space="preserve"> сухому, чистому, </w:t>
      </w:r>
      <w:proofErr w:type="spellStart"/>
      <w:r w:rsidRPr="002C7930">
        <w:rPr>
          <w:i/>
          <w:sz w:val="28"/>
          <w:szCs w:val="28"/>
        </w:rPr>
        <w:t>вентильованому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приміщенні</w:t>
      </w:r>
      <w:proofErr w:type="spellEnd"/>
      <w:r w:rsidRPr="002C7930">
        <w:rPr>
          <w:i/>
          <w:sz w:val="28"/>
          <w:szCs w:val="28"/>
        </w:rPr>
        <w:t>.</w:t>
      </w:r>
      <w:r w:rsidRPr="002C7930">
        <w:rPr>
          <w:i/>
          <w:sz w:val="28"/>
          <w:szCs w:val="28"/>
        </w:rPr>
        <w:br/>
        <w:t xml:space="preserve">4.2. </w:t>
      </w:r>
      <w:proofErr w:type="spellStart"/>
      <w:r w:rsidRPr="002C7930">
        <w:rPr>
          <w:i/>
          <w:sz w:val="28"/>
          <w:szCs w:val="28"/>
        </w:rPr>
        <w:t>Продавець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відповідає</w:t>
      </w:r>
      <w:proofErr w:type="spellEnd"/>
      <w:r w:rsidRPr="002C7930">
        <w:rPr>
          <w:i/>
          <w:sz w:val="28"/>
          <w:szCs w:val="28"/>
        </w:rPr>
        <w:t xml:space="preserve"> за </w:t>
      </w:r>
      <w:proofErr w:type="spellStart"/>
      <w:r w:rsidRPr="002C7930">
        <w:rPr>
          <w:i/>
          <w:sz w:val="28"/>
          <w:szCs w:val="28"/>
        </w:rPr>
        <w:t>дотримання</w:t>
      </w:r>
      <w:proofErr w:type="spellEnd"/>
      <w:r w:rsidRPr="002C7930">
        <w:rPr>
          <w:i/>
          <w:sz w:val="28"/>
          <w:szCs w:val="28"/>
        </w:rPr>
        <w:t xml:space="preserve"> умов </w:t>
      </w:r>
      <w:proofErr w:type="spellStart"/>
      <w:r w:rsidRPr="002C7930">
        <w:rPr>
          <w:i/>
          <w:sz w:val="28"/>
          <w:szCs w:val="28"/>
        </w:rPr>
        <w:t>зберігання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gramStart"/>
      <w:r w:rsidRPr="002C7930">
        <w:rPr>
          <w:i/>
          <w:sz w:val="28"/>
          <w:szCs w:val="28"/>
        </w:rPr>
        <w:t>до</w:t>
      </w:r>
      <w:proofErr w:type="gramEnd"/>
      <w:r w:rsidRPr="002C7930">
        <w:rPr>
          <w:i/>
          <w:sz w:val="28"/>
          <w:szCs w:val="28"/>
        </w:rPr>
        <w:t xml:space="preserve"> </w:t>
      </w:r>
      <w:proofErr w:type="gramStart"/>
      <w:r w:rsidRPr="002C7930">
        <w:rPr>
          <w:i/>
          <w:sz w:val="28"/>
          <w:szCs w:val="28"/>
        </w:rPr>
        <w:t>моменту</w:t>
      </w:r>
      <w:proofErr w:type="gram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фактичної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передачі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продукції</w:t>
      </w:r>
      <w:proofErr w:type="spellEnd"/>
      <w:r w:rsidRPr="002C7930">
        <w:rPr>
          <w:i/>
          <w:sz w:val="28"/>
          <w:szCs w:val="28"/>
        </w:rPr>
        <w:t>.</w:t>
      </w:r>
    </w:p>
    <w:p w:rsidR="002C7930" w:rsidRPr="002C7930" w:rsidRDefault="002C7930" w:rsidP="002C7930">
      <w:pPr>
        <w:pStyle w:val="aff8"/>
        <w:rPr>
          <w:i/>
          <w:sz w:val="28"/>
          <w:szCs w:val="28"/>
        </w:rPr>
      </w:pPr>
      <w:r w:rsidRPr="002C7930">
        <w:rPr>
          <w:rStyle w:val="af6"/>
          <w:i/>
          <w:sz w:val="28"/>
          <w:szCs w:val="28"/>
        </w:rPr>
        <w:t xml:space="preserve">5. </w:t>
      </w:r>
      <w:proofErr w:type="spellStart"/>
      <w:proofErr w:type="gramStart"/>
      <w:r w:rsidRPr="002C7930">
        <w:rPr>
          <w:rStyle w:val="af6"/>
          <w:i/>
          <w:sz w:val="28"/>
          <w:szCs w:val="28"/>
        </w:rPr>
        <w:t>Ц</w:t>
      </w:r>
      <w:proofErr w:type="gramEnd"/>
      <w:r w:rsidRPr="002C7930">
        <w:rPr>
          <w:rStyle w:val="af6"/>
          <w:i/>
          <w:sz w:val="28"/>
          <w:szCs w:val="28"/>
        </w:rPr>
        <w:t>іна</w:t>
      </w:r>
      <w:proofErr w:type="spellEnd"/>
      <w:r w:rsidRPr="002C7930">
        <w:rPr>
          <w:rStyle w:val="af6"/>
          <w:i/>
          <w:sz w:val="28"/>
          <w:szCs w:val="28"/>
        </w:rPr>
        <w:t xml:space="preserve"> та порядок </w:t>
      </w:r>
      <w:proofErr w:type="spellStart"/>
      <w:r w:rsidRPr="002C7930">
        <w:rPr>
          <w:rStyle w:val="af6"/>
          <w:i/>
          <w:sz w:val="28"/>
          <w:szCs w:val="28"/>
        </w:rPr>
        <w:t>розрахунків</w:t>
      </w:r>
      <w:proofErr w:type="spellEnd"/>
      <w:r w:rsidRPr="002C7930">
        <w:rPr>
          <w:i/>
          <w:sz w:val="28"/>
          <w:szCs w:val="28"/>
        </w:rPr>
        <w:br/>
        <w:t xml:space="preserve">5.1. </w:t>
      </w:r>
      <w:proofErr w:type="spellStart"/>
      <w:proofErr w:type="gramStart"/>
      <w:r w:rsidRPr="002C7930">
        <w:rPr>
          <w:i/>
          <w:sz w:val="28"/>
          <w:szCs w:val="28"/>
        </w:rPr>
        <w:t>Ц</w:t>
      </w:r>
      <w:proofErr w:type="gramEnd"/>
      <w:r w:rsidRPr="002C7930">
        <w:rPr>
          <w:i/>
          <w:sz w:val="28"/>
          <w:szCs w:val="28"/>
        </w:rPr>
        <w:t>іна</w:t>
      </w:r>
      <w:proofErr w:type="spellEnd"/>
      <w:r w:rsidRPr="002C7930">
        <w:rPr>
          <w:i/>
          <w:sz w:val="28"/>
          <w:szCs w:val="28"/>
        </w:rPr>
        <w:t xml:space="preserve"> 1 </w:t>
      </w:r>
      <w:proofErr w:type="spellStart"/>
      <w:r w:rsidRPr="002C7930">
        <w:rPr>
          <w:i/>
          <w:sz w:val="28"/>
          <w:szCs w:val="28"/>
        </w:rPr>
        <w:t>тонни</w:t>
      </w:r>
      <w:proofErr w:type="spellEnd"/>
      <w:r w:rsidRPr="002C7930">
        <w:rPr>
          <w:i/>
          <w:sz w:val="28"/>
          <w:szCs w:val="28"/>
        </w:rPr>
        <w:t xml:space="preserve"> зерна становить </w:t>
      </w:r>
      <w:r w:rsidRPr="002C7930">
        <w:rPr>
          <w:rStyle w:val="af6"/>
          <w:i/>
          <w:sz w:val="28"/>
          <w:szCs w:val="28"/>
        </w:rPr>
        <w:t>8 500 грн</w:t>
      </w:r>
      <w:r w:rsidRPr="002C7930">
        <w:rPr>
          <w:i/>
          <w:sz w:val="28"/>
          <w:szCs w:val="28"/>
        </w:rPr>
        <w:t>.</w:t>
      </w:r>
      <w:r w:rsidRPr="002C7930">
        <w:rPr>
          <w:i/>
          <w:sz w:val="28"/>
          <w:szCs w:val="28"/>
        </w:rPr>
        <w:br/>
        <w:t xml:space="preserve">5.2. </w:t>
      </w:r>
      <w:proofErr w:type="spellStart"/>
      <w:r w:rsidRPr="002C7930">
        <w:rPr>
          <w:i/>
          <w:sz w:val="28"/>
          <w:szCs w:val="28"/>
        </w:rPr>
        <w:t>Загальна</w:t>
      </w:r>
      <w:proofErr w:type="spellEnd"/>
      <w:r w:rsidRPr="002C7930">
        <w:rPr>
          <w:i/>
          <w:sz w:val="28"/>
          <w:szCs w:val="28"/>
        </w:rPr>
        <w:t xml:space="preserve"> сума договору </w:t>
      </w:r>
      <w:proofErr w:type="spellStart"/>
      <w:r w:rsidRPr="002C7930">
        <w:rPr>
          <w:i/>
          <w:sz w:val="28"/>
          <w:szCs w:val="28"/>
        </w:rPr>
        <w:t>визначається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відповідно</w:t>
      </w:r>
      <w:proofErr w:type="spellEnd"/>
      <w:r w:rsidRPr="002C7930">
        <w:rPr>
          <w:i/>
          <w:sz w:val="28"/>
          <w:szCs w:val="28"/>
        </w:rPr>
        <w:t xml:space="preserve"> до </w:t>
      </w:r>
      <w:proofErr w:type="gramStart"/>
      <w:r w:rsidRPr="002C7930">
        <w:rPr>
          <w:i/>
          <w:sz w:val="28"/>
          <w:szCs w:val="28"/>
        </w:rPr>
        <w:t>фактичного</w:t>
      </w:r>
      <w:proofErr w:type="gram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обсягу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поставленої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продукції</w:t>
      </w:r>
      <w:proofErr w:type="spellEnd"/>
      <w:r w:rsidRPr="002C7930">
        <w:rPr>
          <w:i/>
          <w:sz w:val="28"/>
          <w:szCs w:val="28"/>
        </w:rPr>
        <w:t>.</w:t>
      </w:r>
      <w:r w:rsidRPr="002C7930">
        <w:rPr>
          <w:i/>
          <w:sz w:val="28"/>
          <w:szCs w:val="28"/>
        </w:rPr>
        <w:br/>
        <w:t xml:space="preserve">5.3. </w:t>
      </w:r>
      <w:proofErr w:type="spellStart"/>
      <w:r w:rsidRPr="002C7930">
        <w:rPr>
          <w:i/>
          <w:sz w:val="28"/>
          <w:szCs w:val="28"/>
        </w:rPr>
        <w:t>Покупець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здійснює</w:t>
      </w:r>
      <w:proofErr w:type="spellEnd"/>
      <w:r w:rsidRPr="002C7930">
        <w:rPr>
          <w:i/>
          <w:sz w:val="28"/>
          <w:szCs w:val="28"/>
        </w:rPr>
        <w:t xml:space="preserve"> оплату в </w:t>
      </w:r>
      <w:proofErr w:type="spellStart"/>
      <w:r w:rsidRPr="002C7930">
        <w:rPr>
          <w:i/>
          <w:sz w:val="28"/>
          <w:szCs w:val="28"/>
        </w:rPr>
        <w:t>безготівковій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формі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протягом</w:t>
      </w:r>
      <w:proofErr w:type="spellEnd"/>
      <w:r w:rsidRPr="002C7930">
        <w:rPr>
          <w:i/>
          <w:sz w:val="28"/>
          <w:szCs w:val="28"/>
        </w:rPr>
        <w:t xml:space="preserve"> </w:t>
      </w:r>
      <w:r w:rsidRPr="002C7930">
        <w:rPr>
          <w:rStyle w:val="af6"/>
          <w:i/>
          <w:sz w:val="28"/>
          <w:szCs w:val="28"/>
        </w:rPr>
        <w:t xml:space="preserve">5 </w:t>
      </w:r>
      <w:proofErr w:type="spellStart"/>
      <w:r w:rsidRPr="002C7930">
        <w:rPr>
          <w:rStyle w:val="af6"/>
          <w:i/>
          <w:sz w:val="28"/>
          <w:szCs w:val="28"/>
        </w:rPr>
        <w:t>банківських</w:t>
      </w:r>
      <w:proofErr w:type="spellEnd"/>
      <w:r w:rsidRPr="002C7930">
        <w:rPr>
          <w:rStyle w:val="af6"/>
          <w:i/>
          <w:sz w:val="28"/>
          <w:szCs w:val="28"/>
        </w:rPr>
        <w:t xml:space="preserve"> </w:t>
      </w:r>
      <w:proofErr w:type="spellStart"/>
      <w:r w:rsidRPr="002C7930">
        <w:rPr>
          <w:rStyle w:val="af6"/>
          <w:i/>
          <w:sz w:val="28"/>
          <w:szCs w:val="28"/>
        </w:rPr>
        <w:t>днів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proofErr w:type="gramStart"/>
      <w:r w:rsidRPr="002C7930">
        <w:rPr>
          <w:i/>
          <w:sz w:val="28"/>
          <w:szCs w:val="28"/>
        </w:rPr>
        <w:t>п</w:t>
      </w:r>
      <w:proofErr w:type="gramEnd"/>
      <w:r w:rsidRPr="002C7930">
        <w:rPr>
          <w:i/>
          <w:sz w:val="28"/>
          <w:szCs w:val="28"/>
        </w:rPr>
        <w:t>ісля</w:t>
      </w:r>
      <w:proofErr w:type="spellEnd"/>
      <w:r w:rsidRPr="002C7930">
        <w:rPr>
          <w:i/>
          <w:sz w:val="28"/>
          <w:szCs w:val="28"/>
        </w:rPr>
        <w:t xml:space="preserve"> поставки.</w:t>
      </w:r>
    </w:p>
    <w:p w:rsidR="002C7930" w:rsidRPr="002C7930" w:rsidRDefault="002C7930" w:rsidP="002C7930">
      <w:pPr>
        <w:pStyle w:val="aff8"/>
        <w:rPr>
          <w:i/>
          <w:sz w:val="28"/>
          <w:szCs w:val="28"/>
        </w:rPr>
      </w:pPr>
      <w:r w:rsidRPr="002C7930">
        <w:rPr>
          <w:rStyle w:val="af6"/>
          <w:i/>
          <w:sz w:val="28"/>
          <w:szCs w:val="28"/>
        </w:rPr>
        <w:t xml:space="preserve">6. </w:t>
      </w:r>
      <w:proofErr w:type="spellStart"/>
      <w:r w:rsidRPr="002C7930">
        <w:rPr>
          <w:rStyle w:val="af6"/>
          <w:i/>
          <w:sz w:val="28"/>
          <w:szCs w:val="28"/>
        </w:rPr>
        <w:t>Відповідальність</w:t>
      </w:r>
      <w:proofErr w:type="spellEnd"/>
      <w:r w:rsidRPr="002C7930">
        <w:rPr>
          <w:rStyle w:val="af6"/>
          <w:i/>
          <w:sz w:val="28"/>
          <w:szCs w:val="28"/>
        </w:rPr>
        <w:t xml:space="preserve"> </w:t>
      </w:r>
      <w:proofErr w:type="spellStart"/>
      <w:r w:rsidRPr="002C7930">
        <w:rPr>
          <w:rStyle w:val="af6"/>
          <w:i/>
          <w:sz w:val="28"/>
          <w:szCs w:val="28"/>
        </w:rPr>
        <w:t>сторін</w:t>
      </w:r>
      <w:proofErr w:type="spellEnd"/>
      <w:r w:rsidRPr="002C7930">
        <w:rPr>
          <w:i/>
          <w:sz w:val="28"/>
          <w:szCs w:val="28"/>
        </w:rPr>
        <w:br/>
        <w:t xml:space="preserve">6.1. </w:t>
      </w:r>
      <w:proofErr w:type="gramStart"/>
      <w:r w:rsidRPr="002C7930">
        <w:rPr>
          <w:i/>
          <w:sz w:val="28"/>
          <w:szCs w:val="28"/>
        </w:rPr>
        <w:t>У</w:t>
      </w:r>
      <w:proofErr w:type="gramEnd"/>
      <w:r w:rsidRPr="002C7930">
        <w:rPr>
          <w:i/>
          <w:sz w:val="28"/>
          <w:szCs w:val="28"/>
        </w:rPr>
        <w:t xml:space="preserve"> </w:t>
      </w:r>
      <w:proofErr w:type="spellStart"/>
      <w:proofErr w:type="gramStart"/>
      <w:r w:rsidRPr="002C7930">
        <w:rPr>
          <w:i/>
          <w:sz w:val="28"/>
          <w:szCs w:val="28"/>
        </w:rPr>
        <w:t>раз</w:t>
      </w:r>
      <w:proofErr w:type="gramEnd"/>
      <w:r w:rsidRPr="002C7930">
        <w:rPr>
          <w:i/>
          <w:sz w:val="28"/>
          <w:szCs w:val="28"/>
        </w:rPr>
        <w:t>і</w:t>
      </w:r>
      <w:proofErr w:type="spellEnd"/>
      <w:r w:rsidRPr="002C7930">
        <w:rPr>
          <w:i/>
          <w:sz w:val="28"/>
          <w:szCs w:val="28"/>
        </w:rPr>
        <w:t xml:space="preserve"> поставки </w:t>
      </w:r>
      <w:proofErr w:type="spellStart"/>
      <w:r w:rsidRPr="002C7930">
        <w:rPr>
          <w:i/>
          <w:sz w:val="28"/>
          <w:szCs w:val="28"/>
        </w:rPr>
        <w:t>продукції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неналежної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якості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Продавець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зобов’язаний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замінити</w:t>
      </w:r>
      <w:proofErr w:type="spellEnd"/>
      <w:r w:rsidRPr="002C7930">
        <w:rPr>
          <w:i/>
          <w:sz w:val="28"/>
          <w:szCs w:val="28"/>
        </w:rPr>
        <w:t xml:space="preserve"> товар </w:t>
      </w:r>
      <w:proofErr w:type="spellStart"/>
      <w:r w:rsidRPr="002C7930">
        <w:rPr>
          <w:i/>
          <w:sz w:val="28"/>
          <w:szCs w:val="28"/>
        </w:rPr>
        <w:t>або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зменшити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його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вартість</w:t>
      </w:r>
      <w:proofErr w:type="spellEnd"/>
      <w:r w:rsidRPr="002C7930">
        <w:rPr>
          <w:i/>
          <w:sz w:val="28"/>
          <w:szCs w:val="28"/>
        </w:rPr>
        <w:t>.</w:t>
      </w:r>
      <w:r w:rsidRPr="002C7930">
        <w:rPr>
          <w:i/>
          <w:sz w:val="28"/>
          <w:szCs w:val="28"/>
        </w:rPr>
        <w:br/>
        <w:t xml:space="preserve">6.2. </w:t>
      </w:r>
      <w:proofErr w:type="gramStart"/>
      <w:r w:rsidRPr="002C7930">
        <w:rPr>
          <w:i/>
          <w:sz w:val="28"/>
          <w:szCs w:val="28"/>
        </w:rPr>
        <w:t xml:space="preserve">У </w:t>
      </w:r>
      <w:proofErr w:type="spellStart"/>
      <w:r w:rsidRPr="002C7930">
        <w:rPr>
          <w:i/>
          <w:sz w:val="28"/>
          <w:szCs w:val="28"/>
        </w:rPr>
        <w:t>разі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псування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продукції</w:t>
      </w:r>
      <w:proofErr w:type="spellEnd"/>
      <w:r w:rsidRPr="002C7930">
        <w:rPr>
          <w:i/>
          <w:sz w:val="28"/>
          <w:szCs w:val="28"/>
        </w:rPr>
        <w:t xml:space="preserve"> до моменту </w:t>
      </w:r>
      <w:proofErr w:type="spellStart"/>
      <w:r w:rsidRPr="002C7930">
        <w:rPr>
          <w:i/>
          <w:sz w:val="28"/>
          <w:szCs w:val="28"/>
        </w:rPr>
        <w:t>передачі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відповідальність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несе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Продавець</w:t>
      </w:r>
      <w:proofErr w:type="spellEnd"/>
      <w:r w:rsidRPr="002C7930">
        <w:rPr>
          <w:i/>
          <w:sz w:val="28"/>
          <w:szCs w:val="28"/>
        </w:rPr>
        <w:t>.</w:t>
      </w:r>
      <w:r w:rsidRPr="002C7930">
        <w:rPr>
          <w:i/>
          <w:sz w:val="28"/>
          <w:szCs w:val="28"/>
        </w:rPr>
        <w:br/>
        <w:t>6.3.</w:t>
      </w:r>
      <w:proofErr w:type="gramEnd"/>
      <w:r w:rsidRPr="002C7930">
        <w:rPr>
          <w:i/>
          <w:sz w:val="28"/>
          <w:szCs w:val="28"/>
        </w:rPr>
        <w:t xml:space="preserve"> За </w:t>
      </w:r>
      <w:proofErr w:type="spellStart"/>
      <w:r w:rsidRPr="002C7930">
        <w:rPr>
          <w:i/>
          <w:sz w:val="28"/>
          <w:szCs w:val="28"/>
        </w:rPr>
        <w:t>порушення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строків</w:t>
      </w:r>
      <w:proofErr w:type="spellEnd"/>
      <w:r w:rsidRPr="002C7930">
        <w:rPr>
          <w:i/>
          <w:sz w:val="28"/>
          <w:szCs w:val="28"/>
        </w:rPr>
        <w:t xml:space="preserve"> поставки </w:t>
      </w:r>
      <w:proofErr w:type="spellStart"/>
      <w:r w:rsidRPr="002C7930">
        <w:rPr>
          <w:i/>
          <w:sz w:val="28"/>
          <w:szCs w:val="28"/>
        </w:rPr>
        <w:t>винна</w:t>
      </w:r>
      <w:proofErr w:type="spellEnd"/>
      <w:r w:rsidRPr="002C7930">
        <w:rPr>
          <w:i/>
          <w:sz w:val="28"/>
          <w:szCs w:val="28"/>
        </w:rPr>
        <w:t xml:space="preserve"> сторона </w:t>
      </w:r>
      <w:proofErr w:type="spellStart"/>
      <w:r w:rsidRPr="002C7930">
        <w:rPr>
          <w:i/>
          <w:sz w:val="28"/>
          <w:szCs w:val="28"/>
        </w:rPr>
        <w:t>сплачує</w:t>
      </w:r>
      <w:proofErr w:type="spellEnd"/>
      <w:r w:rsidRPr="002C7930">
        <w:rPr>
          <w:i/>
          <w:sz w:val="28"/>
          <w:szCs w:val="28"/>
        </w:rPr>
        <w:t xml:space="preserve"> штраф у </w:t>
      </w:r>
      <w:proofErr w:type="spellStart"/>
      <w:r w:rsidRPr="002C7930">
        <w:rPr>
          <w:i/>
          <w:sz w:val="28"/>
          <w:szCs w:val="28"/>
        </w:rPr>
        <w:t>розмі</w:t>
      </w:r>
      <w:proofErr w:type="gramStart"/>
      <w:r w:rsidRPr="002C7930">
        <w:rPr>
          <w:i/>
          <w:sz w:val="28"/>
          <w:szCs w:val="28"/>
        </w:rPr>
        <w:t>р</w:t>
      </w:r>
      <w:proofErr w:type="gramEnd"/>
      <w:r w:rsidRPr="002C7930">
        <w:rPr>
          <w:i/>
          <w:sz w:val="28"/>
          <w:szCs w:val="28"/>
        </w:rPr>
        <w:t>і</w:t>
      </w:r>
      <w:proofErr w:type="spellEnd"/>
      <w:r w:rsidRPr="002C7930">
        <w:rPr>
          <w:i/>
          <w:sz w:val="28"/>
          <w:szCs w:val="28"/>
        </w:rPr>
        <w:t xml:space="preserve">, </w:t>
      </w:r>
      <w:proofErr w:type="spellStart"/>
      <w:r w:rsidRPr="002C7930">
        <w:rPr>
          <w:i/>
          <w:sz w:val="28"/>
          <w:szCs w:val="28"/>
        </w:rPr>
        <w:t>передбаченому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чинним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законодавством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або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умовами</w:t>
      </w:r>
      <w:proofErr w:type="spellEnd"/>
      <w:r w:rsidRPr="002C7930">
        <w:rPr>
          <w:i/>
          <w:sz w:val="28"/>
          <w:szCs w:val="28"/>
        </w:rPr>
        <w:t xml:space="preserve"> договору.</w:t>
      </w:r>
    </w:p>
    <w:p w:rsidR="002C7930" w:rsidRPr="002C7930" w:rsidRDefault="002C7930" w:rsidP="002C7930">
      <w:pPr>
        <w:pStyle w:val="aff8"/>
        <w:rPr>
          <w:i/>
          <w:sz w:val="28"/>
          <w:szCs w:val="28"/>
        </w:rPr>
      </w:pPr>
      <w:r w:rsidRPr="002C7930">
        <w:rPr>
          <w:rStyle w:val="af6"/>
          <w:i/>
          <w:sz w:val="28"/>
          <w:szCs w:val="28"/>
        </w:rPr>
        <w:lastRenderedPageBreak/>
        <w:t xml:space="preserve">7. </w:t>
      </w:r>
      <w:proofErr w:type="spellStart"/>
      <w:r w:rsidRPr="002C7930">
        <w:rPr>
          <w:rStyle w:val="af6"/>
          <w:i/>
          <w:sz w:val="28"/>
          <w:szCs w:val="28"/>
        </w:rPr>
        <w:t>Прикінцеві</w:t>
      </w:r>
      <w:proofErr w:type="spellEnd"/>
      <w:r w:rsidRPr="002C7930">
        <w:rPr>
          <w:rStyle w:val="af6"/>
          <w:i/>
          <w:sz w:val="28"/>
          <w:szCs w:val="28"/>
        </w:rPr>
        <w:t xml:space="preserve"> </w:t>
      </w:r>
      <w:proofErr w:type="spellStart"/>
      <w:r w:rsidRPr="002C7930">
        <w:rPr>
          <w:rStyle w:val="af6"/>
          <w:i/>
          <w:sz w:val="28"/>
          <w:szCs w:val="28"/>
        </w:rPr>
        <w:t>положення</w:t>
      </w:r>
      <w:proofErr w:type="spellEnd"/>
      <w:r w:rsidRPr="002C7930">
        <w:rPr>
          <w:i/>
          <w:sz w:val="28"/>
          <w:szCs w:val="28"/>
        </w:rPr>
        <w:br/>
        <w:t xml:space="preserve">7.1. </w:t>
      </w:r>
      <w:proofErr w:type="spellStart"/>
      <w:r w:rsidRPr="002C7930">
        <w:rPr>
          <w:i/>
          <w:sz w:val="28"/>
          <w:szCs w:val="28"/>
        </w:rPr>
        <w:t>Догові</w:t>
      </w:r>
      <w:proofErr w:type="gramStart"/>
      <w:r w:rsidRPr="002C7930">
        <w:rPr>
          <w:i/>
          <w:sz w:val="28"/>
          <w:szCs w:val="28"/>
        </w:rPr>
        <w:t>р</w:t>
      </w:r>
      <w:proofErr w:type="spellEnd"/>
      <w:proofErr w:type="gram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набирає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чинності</w:t>
      </w:r>
      <w:proofErr w:type="spellEnd"/>
      <w:r w:rsidRPr="002C7930">
        <w:rPr>
          <w:i/>
          <w:sz w:val="28"/>
          <w:szCs w:val="28"/>
        </w:rPr>
        <w:t xml:space="preserve"> з моменту </w:t>
      </w:r>
      <w:proofErr w:type="spellStart"/>
      <w:r w:rsidRPr="002C7930">
        <w:rPr>
          <w:i/>
          <w:sz w:val="28"/>
          <w:szCs w:val="28"/>
        </w:rPr>
        <w:t>підписання</w:t>
      </w:r>
      <w:proofErr w:type="spellEnd"/>
      <w:r w:rsidRPr="002C7930">
        <w:rPr>
          <w:i/>
          <w:sz w:val="28"/>
          <w:szCs w:val="28"/>
        </w:rPr>
        <w:t xml:space="preserve"> сторонами.</w:t>
      </w:r>
      <w:r w:rsidRPr="002C7930">
        <w:rPr>
          <w:i/>
          <w:sz w:val="28"/>
          <w:szCs w:val="28"/>
        </w:rPr>
        <w:br/>
        <w:t xml:space="preserve">7.2. </w:t>
      </w:r>
      <w:proofErr w:type="spellStart"/>
      <w:proofErr w:type="gramStart"/>
      <w:r w:rsidRPr="002C7930">
        <w:rPr>
          <w:i/>
          <w:sz w:val="28"/>
          <w:szCs w:val="28"/>
        </w:rPr>
        <w:t>Усі</w:t>
      </w:r>
      <w:proofErr w:type="spellEnd"/>
      <w:r w:rsidRPr="002C7930">
        <w:rPr>
          <w:i/>
          <w:sz w:val="28"/>
          <w:szCs w:val="28"/>
        </w:rPr>
        <w:t xml:space="preserve"> спори </w:t>
      </w:r>
      <w:proofErr w:type="spellStart"/>
      <w:r w:rsidRPr="002C7930">
        <w:rPr>
          <w:i/>
          <w:sz w:val="28"/>
          <w:szCs w:val="28"/>
        </w:rPr>
        <w:t>вирішуються</w:t>
      </w:r>
      <w:proofErr w:type="spellEnd"/>
      <w:r w:rsidRPr="002C7930">
        <w:rPr>
          <w:i/>
          <w:sz w:val="28"/>
          <w:szCs w:val="28"/>
        </w:rPr>
        <w:t xml:space="preserve"> шляхом </w:t>
      </w:r>
      <w:proofErr w:type="spellStart"/>
      <w:r w:rsidRPr="002C7930">
        <w:rPr>
          <w:i/>
          <w:sz w:val="28"/>
          <w:szCs w:val="28"/>
        </w:rPr>
        <w:t>переговорів</w:t>
      </w:r>
      <w:proofErr w:type="spellEnd"/>
      <w:r w:rsidRPr="002C7930">
        <w:rPr>
          <w:i/>
          <w:sz w:val="28"/>
          <w:szCs w:val="28"/>
        </w:rPr>
        <w:t xml:space="preserve">, а у </w:t>
      </w:r>
      <w:proofErr w:type="spellStart"/>
      <w:r w:rsidRPr="002C7930">
        <w:rPr>
          <w:i/>
          <w:sz w:val="28"/>
          <w:szCs w:val="28"/>
        </w:rPr>
        <w:t>разі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недосягнення</w:t>
      </w:r>
      <w:proofErr w:type="spellEnd"/>
      <w:r w:rsidRPr="002C7930">
        <w:rPr>
          <w:i/>
          <w:sz w:val="28"/>
          <w:szCs w:val="28"/>
        </w:rPr>
        <w:t xml:space="preserve"> </w:t>
      </w:r>
      <w:proofErr w:type="spellStart"/>
      <w:r w:rsidRPr="002C7930">
        <w:rPr>
          <w:i/>
          <w:sz w:val="28"/>
          <w:szCs w:val="28"/>
        </w:rPr>
        <w:t>згоди</w:t>
      </w:r>
      <w:proofErr w:type="spellEnd"/>
      <w:r w:rsidRPr="002C7930">
        <w:rPr>
          <w:i/>
          <w:sz w:val="28"/>
          <w:szCs w:val="28"/>
        </w:rPr>
        <w:t xml:space="preserve"> — у судовому порядку.</w:t>
      </w:r>
      <w:proofErr w:type="gramEnd"/>
    </w:p>
    <w:p w:rsidR="00A615D6" w:rsidRPr="002C7930" w:rsidRDefault="002C7930" w:rsidP="002C7930">
      <w:pPr>
        <w:pStyle w:val="aff8"/>
        <w:rPr>
          <w:i/>
          <w:sz w:val="28"/>
          <w:szCs w:val="28"/>
          <w:lang w:val="uk-UA"/>
        </w:rPr>
      </w:pPr>
      <w:proofErr w:type="spellStart"/>
      <w:proofErr w:type="gramStart"/>
      <w:r w:rsidRPr="002C7930">
        <w:rPr>
          <w:rStyle w:val="af6"/>
          <w:i/>
          <w:sz w:val="28"/>
          <w:szCs w:val="28"/>
        </w:rPr>
        <w:t>П</w:t>
      </w:r>
      <w:proofErr w:type="gramEnd"/>
      <w:r w:rsidRPr="002C7930">
        <w:rPr>
          <w:rStyle w:val="af6"/>
          <w:i/>
          <w:sz w:val="28"/>
          <w:szCs w:val="28"/>
        </w:rPr>
        <w:t>ідписи</w:t>
      </w:r>
      <w:proofErr w:type="spellEnd"/>
      <w:r w:rsidRPr="002C7930">
        <w:rPr>
          <w:rStyle w:val="af6"/>
          <w:i/>
          <w:sz w:val="28"/>
          <w:szCs w:val="28"/>
        </w:rPr>
        <w:t xml:space="preserve"> </w:t>
      </w:r>
      <w:proofErr w:type="spellStart"/>
      <w:r w:rsidRPr="002C7930">
        <w:rPr>
          <w:rStyle w:val="af6"/>
          <w:i/>
          <w:sz w:val="28"/>
          <w:szCs w:val="28"/>
        </w:rPr>
        <w:t>сторін</w:t>
      </w:r>
      <w:proofErr w:type="spellEnd"/>
      <w:r w:rsidRPr="002C7930">
        <w:rPr>
          <w:rStyle w:val="af6"/>
          <w:i/>
          <w:sz w:val="28"/>
          <w:szCs w:val="28"/>
        </w:rPr>
        <w:t>:</w:t>
      </w:r>
      <w:r w:rsidRPr="002C7930">
        <w:rPr>
          <w:i/>
          <w:sz w:val="28"/>
          <w:szCs w:val="28"/>
        </w:rPr>
        <w:br/>
      </w:r>
      <w:proofErr w:type="spellStart"/>
      <w:r w:rsidRPr="002C7930">
        <w:rPr>
          <w:i/>
          <w:sz w:val="28"/>
          <w:szCs w:val="28"/>
        </w:rPr>
        <w:t>Продавець</w:t>
      </w:r>
      <w:proofErr w:type="spellEnd"/>
      <w:r w:rsidRPr="002C7930">
        <w:rPr>
          <w:i/>
          <w:sz w:val="28"/>
          <w:szCs w:val="28"/>
        </w:rPr>
        <w:t xml:space="preserve"> ____________</w:t>
      </w:r>
      <w:r w:rsidRPr="002C7930">
        <w:rPr>
          <w:i/>
          <w:sz w:val="28"/>
          <w:szCs w:val="28"/>
        </w:rPr>
        <w:br/>
      </w:r>
      <w:proofErr w:type="spellStart"/>
      <w:r w:rsidRPr="002C7930">
        <w:rPr>
          <w:i/>
          <w:sz w:val="28"/>
          <w:szCs w:val="28"/>
        </w:rPr>
        <w:t>Покупець</w:t>
      </w:r>
      <w:proofErr w:type="spellEnd"/>
      <w:r w:rsidRPr="002C7930">
        <w:rPr>
          <w:i/>
          <w:sz w:val="28"/>
          <w:szCs w:val="28"/>
        </w:rPr>
        <w:t xml:space="preserve"> ____________ </w:t>
      </w:r>
    </w:p>
    <w:p w:rsidR="00A615D6" w:rsidRPr="00CF1249" w:rsidRDefault="00CF1249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4. </w:t>
      </w: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Етапи</w:t>
      </w:r>
      <w:proofErr w:type="spellEnd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розробки</w:t>
      </w:r>
      <w:proofErr w:type="spellEnd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нового аграрного товару</w:t>
      </w:r>
      <w:r w:rsidR="000F37EF" w:rsidRPr="00CF1249">
        <w:rPr>
          <w:rFonts w:ascii="Times New Roman" w:hAnsi="Times New Roman" w:cs="Times New Roman"/>
          <w:b/>
          <w:sz w:val="28"/>
          <w:szCs w:val="28"/>
          <w:lang w:val="ru-RU"/>
        </w:rPr>
        <w:br/>
      </w:r>
      <w:proofErr w:type="spellStart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CF1249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Встановіть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правильну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посл</w:t>
      </w:r>
      <w:proofErr w:type="gramEnd"/>
      <w:r w:rsidRPr="00CF1249">
        <w:rPr>
          <w:rFonts w:ascii="Times New Roman" w:hAnsi="Times New Roman" w:cs="Times New Roman"/>
          <w:sz w:val="28"/>
          <w:szCs w:val="28"/>
          <w:lang w:val="ru-RU"/>
        </w:rPr>
        <w:t>ідовність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етапів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Комерціалізація</w:t>
      </w:r>
      <w:proofErr w:type="spellEnd"/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Генерація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ідей</w:t>
      </w:r>
      <w:proofErr w:type="spellEnd"/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Польові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випробування</w:t>
      </w:r>
      <w:proofErr w:type="spellEnd"/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Аналіз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попиту</w:t>
      </w:r>
      <w:proofErr w:type="spellEnd"/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Розробка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продукту (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новий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сорт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технологія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Тестування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на ринку</w:t>
      </w:r>
    </w:p>
    <w:p w:rsidR="002C7930" w:rsidRPr="00DC01D5" w:rsidRDefault="00CF1249" w:rsidP="002C7930">
      <w:pPr>
        <w:pStyle w:val="aff8"/>
        <w:rPr>
          <w:i/>
          <w:sz w:val="28"/>
          <w:szCs w:val="28"/>
        </w:rPr>
      </w:pPr>
      <w:r w:rsidRPr="00CF1249">
        <w:rPr>
          <w:sz w:val="28"/>
          <w:szCs w:val="28"/>
        </w:rPr>
        <w:t xml:space="preserve">2. Коротко охарактеризуйте </w:t>
      </w:r>
      <w:proofErr w:type="spellStart"/>
      <w:r w:rsidRPr="00CF1249">
        <w:rPr>
          <w:sz w:val="28"/>
          <w:szCs w:val="28"/>
        </w:rPr>
        <w:t>кожен</w:t>
      </w:r>
      <w:proofErr w:type="spellEnd"/>
      <w:r w:rsidRPr="00CF1249">
        <w:rPr>
          <w:sz w:val="28"/>
          <w:szCs w:val="28"/>
        </w:rPr>
        <w:t xml:space="preserve"> </w:t>
      </w:r>
      <w:proofErr w:type="spellStart"/>
      <w:r w:rsidRPr="00CF1249">
        <w:rPr>
          <w:sz w:val="28"/>
          <w:szCs w:val="28"/>
        </w:rPr>
        <w:t>етап</w:t>
      </w:r>
      <w:proofErr w:type="spellEnd"/>
      <w:r w:rsidRPr="00CF1249">
        <w:rPr>
          <w:sz w:val="28"/>
          <w:szCs w:val="28"/>
        </w:rPr>
        <w:t>.</w:t>
      </w:r>
      <w:r w:rsidR="002C7930">
        <w:rPr>
          <w:sz w:val="28"/>
          <w:szCs w:val="28"/>
        </w:rPr>
        <w:br/>
      </w:r>
      <w:r w:rsidR="002C7930">
        <w:rPr>
          <w:b/>
          <w:bCs/>
          <w:lang w:val="uk-UA"/>
        </w:rPr>
        <w:br/>
      </w:r>
      <w:r w:rsidR="002C7930" w:rsidRPr="00DC01D5">
        <w:rPr>
          <w:b/>
          <w:bCs/>
          <w:i/>
          <w:sz w:val="28"/>
          <w:szCs w:val="28"/>
        </w:rPr>
        <w:t xml:space="preserve">Правильна </w:t>
      </w:r>
      <w:proofErr w:type="spellStart"/>
      <w:proofErr w:type="gramStart"/>
      <w:r w:rsidR="002C7930" w:rsidRPr="00DC01D5">
        <w:rPr>
          <w:b/>
          <w:bCs/>
          <w:i/>
          <w:sz w:val="28"/>
          <w:szCs w:val="28"/>
        </w:rPr>
        <w:t>посл</w:t>
      </w:r>
      <w:proofErr w:type="gramEnd"/>
      <w:r w:rsidR="002C7930" w:rsidRPr="00DC01D5">
        <w:rPr>
          <w:b/>
          <w:bCs/>
          <w:i/>
          <w:sz w:val="28"/>
          <w:szCs w:val="28"/>
        </w:rPr>
        <w:t>ідовність</w:t>
      </w:r>
      <w:proofErr w:type="spellEnd"/>
      <w:r w:rsidR="002C7930" w:rsidRPr="00DC01D5">
        <w:rPr>
          <w:b/>
          <w:bCs/>
          <w:i/>
          <w:sz w:val="28"/>
          <w:szCs w:val="28"/>
        </w:rPr>
        <w:t>:</w:t>
      </w:r>
    </w:p>
    <w:p w:rsidR="002C7930" w:rsidRPr="002C7930" w:rsidRDefault="002C7930" w:rsidP="002C793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>Генерація</w:t>
      </w:r>
      <w:proofErr w:type="spellEnd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>ідей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</w:p>
    <w:p w:rsidR="002C7930" w:rsidRPr="002C7930" w:rsidRDefault="002C7930" w:rsidP="002C793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>Аналіз</w:t>
      </w:r>
      <w:proofErr w:type="spellEnd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>попиту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</w:p>
    <w:p w:rsidR="002C7930" w:rsidRPr="002C7930" w:rsidRDefault="002C7930" w:rsidP="002C793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>Розробка</w:t>
      </w:r>
      <w:proofErr w:type="spellEnd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 xml:space="preserve"> продукту</w:t>
      </w:r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</w:p>
    <w:p w:rsidR="002C7930" w:rsidRPr="002C7930" w:rsidRDefault="002C7930" w:rsidP="002C793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>Польові</w:t>
      </w:r>
      <w:proofErr w:type="spellEnd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>випробування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</w:p>
    <w:p w:rsidR="002C7930" w:rsidRPr="002C7930" w:rsidRDefault="002C7930" w:rsidP="002C793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lastRenderedPageBreak/>
        <w:t>Тестування</w:t>
      </w:r>
      <w:proofErr w:type="spellEnd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 xml:space="preserve"> </w:t>
      </w:r>
      <w:proofErr w:type="gramStart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>на</w:t>
      </w:r>
      <w:proofErr w:type="gramEnd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 xml:space="preserve"> ринку</w:t>
      </w:r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</w:p>
    <w:p w:rsidR="002C7930" w:rsidRPr="002C7930" w:rsidRDefault="002C7930" w:rsidP="002C7930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C01D5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ru-RU"/>
        </w:rPr>
        <w:t>Комерціалізація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</w:p>
    <w:p w:rsidR="002C7930" w:rsidRPr="002C7930" w:rsidRDefault="002C7930" w:rsidP="002C7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Коротка характеристика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етапі</w:t>
      </w:r>
      <w:proofErr w:type="gram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в</w:t>
      </w:r>
      <w:proofErr w:type="spellEnd"/>
      <w:proofErr w:type="gram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:</w:t>
      </w:r>
    </w:p>
    <w:p w:rsidR="002C7930" w:rsidRPr="002C7930" w:rsidRDefault="002C7930" w:rsidP="002C7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1.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Генерація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ідей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br/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Пошук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нових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задумів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щодо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створення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сорту,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технології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або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виду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продукції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.</w:t>
      </w:r>
    </w:p>
    <w:p w:rsidR="002C7930" w:rsidRPr="002C7930" w:rsidRDefault="002C7930" w:rsidP="002C7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2.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Аналіз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попиту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br/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Оцінювання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потреб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споживачів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,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місткості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ринку,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конкуренті</w:t>
      </w:r>
      <w:proofErr w:type="gram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</w:t>
      </w:r>
      <w:proofErr w:type="spellEnd"/>
      <w:proofErr w:type="gram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і перспектив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збуту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.</w:t>
      </w:r>
    </w:p>
    <w:p w:rsidR="002C7930" w:rsidRPr="002C7930" w:rsidRDefault="002C7930" w:rsidP="002C7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3.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Розробка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продукту</w:t>
      </w:r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br/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Створення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нового товару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або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вдосконалення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вже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існуючого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.</w:t>
      </w:r>
    </w:p>
    <w:p w:rsidR="002C7930" w:rsidRPr="002C7930" w:rsidRDefault="002C7930" w:rsidP="002C7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4.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Польові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випробування</w:t>
      </w:r>
      <w:proofErr w:type="spellEnd"/>
      <w:proofErr w:type="gram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br/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</w:t>
      </w:r>
      <w:proofErr w:type="gram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еревірка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нового продукту в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реальних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виробничих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умовах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.</w:t>
      </w:r>
    </w:p>
    <w:p w:rsidR="002C7930" w:rsidRPr="002C7930" w:rsidRDefault="002C7930" w:rsidP="002C79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5.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Тестування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gram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на</w:t>
      </w:r>
      <w:proofErr w:type="gram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ринку</w:t>
      </w:r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br/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Пробний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продаж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невеликої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партії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продукції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для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оцінки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реакції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споживачів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.</w:t>
      </w:r>
    </w:p>
    <w:p w:rsidR="00A615D6" w:rsidRPr="00DC01D5" w:rsidRDefault="002C7930" w:rsidP="00DC01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6.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Комерціалізація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br/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Повномасштабне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виведення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товару на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ринок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та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організація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його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збуту</w:t>
      </w:r>
      <w:proofErr w:type="spellEnd"/>
      <w:r w:rsidRPr="002C7930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.</w:t>
      </w:r>
    </w:p>
    <w:p w:rsidR="00A615D6" w:rsidRPr="00CF1249" w:rsidRDefault="00CF1249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C7930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2C793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5.</w:t>
      </w:r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2C7930">
        <w:rPr>
          <w:rFonts w:ascii="Times New Roman" w:hAnsi="Times New Roman" w:cs="Times New Roman"/>
          <w:b/>
          <w:sz w:val="28"/>
          <w:szCs w:val="28"/>
          <w:lang w:val="ru-RU"/>
        </w:rPr>
        <w:t>Ситуація</w:t>
      </w:r>
      <w:proofErr w:type="spellEnd"/>
      <w:r w:rsidRPr="002C7930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Фермерське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господарство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планує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вирощування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органічних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овочів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proofErr w:type="spellStart"/>
      <w:r w:rsidRPr="002C7930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Pr="002C7930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Визначте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цільовий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ринок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супермаркети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експорт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місцеві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ринки).</w:t>
      </w:r>
      <w:r w:rsidR="000F37EF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2.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Запропонуйте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3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конкурентні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переваги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продукції.</w:t>
      </w:r>
      <w:r w:rsidR="00B23885" w:rsidRPr="00CF1249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3. Охарактеризуйте товар за </w:t>
      </w:r>
      <w:proofErr w:type="spellStart"/>
      <w:proofErr w:type="gram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CF1249">
        <w:rPr>
          <w:rFonts w:ascii="Times New Roman" w:hAnsi="Times New Roman" w:cs="Times New Roman"/>
          <w:sz w:val="28"/>
          <w:szCs w:val="28"/>
          <w:lang w:val="ru-RU"/>
        </w:rPr>
        <w:t>івнями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615D6" w:rsidRPr="00CF1249" w:rsidRDefault="00B23885" w:rsidP="00B23885">
      <w:pPr>
        <w:pStyle w:val="a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 w:rsidRPr="00CF1249">
        <w:rPr>
          <w:rFonts w:ascii="Times New Roman" w:hAnsi="Times New Roman" w:cs="Times New Roman"/>
          <w:sz w:val="28"/>
          <w:szCs w:val="28"/>
          <w:lang w:val="ru-RU"/>
        </w:rPr>
        <w:t>базовий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(потреба</w:t>
      </w:r>
      <w:proofErr w:type="gramEnd"/>
    </w:p>
    <w:p w:rsidR="00A615D6" w:rsidRPr="00CF1249" w:rsidRDefault="00CF1249" w:rsidP="00B23885">
      <w:pPr>
        <w:pStyle w:val="a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реальний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якість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>, упаковка)</w:t>
      </w:r>
    </w:p>
    <w:p w:rsidR="00A615D6" w:rsidRPr="00CF1249" w:rsidRDefault="00CF1249" w:rsidP="00B23885">
      <w:pPr>
        <w:pStyle w:val="ae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розширений</w:t>
      </w:r>
      <w:proofErr w:type="spellEnd"/>
      <w:r w:rsidRPr="00CF1249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серві</w:t>
      </w:r>
      <w:proofErr w:type="gramStart"/>
      <w:r w:rsidRPr="00CF1249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spellEnd"/>
      <w:proofErr w:type="gramEnd"/>
      <w:r w:rsidRPr="00CF1249">
        <w:rPr>
          <w:rFonts w:ascii="Times New Roman" w:hAnsi="Times New Roman" w:cs="Times New Roman"/>
          <w:sz w:val="28"/>
          <w:szCs w:val="28"/>
          <w:lang w:val="ru-RU"/>
        </w:rPr>
        <w:t>, доставка)</w:t>
      </w:r>
    </w:p>
    <w:p w:rsidR="00DC01D5" w:rsidRPr="00DC01D5" w:rsidRDefault="00CF1249" w:rsidP="00DC01D5">
      <w:pPr>
        <w:pStyle w:val="aff8"/>
        <w:rPr>
          <w:i/>
          <w:sz w:val="28"/>
          <w:szCs w:val="28"/>
        </w:rPr>
      </w:pPr>
      <w:r w:rsidRPr="00CF1249">
        <w:rPr>
          <w:sz w:val="28"/>
          <w:szCs w:val="28"/>
        </w:rPr>
        <w:t xml:space="preserve">4. </w:t>
      </w:r>
      <w:proofErr w:type="spellStart"/>
      <w:r w:rsidRPr="00CF1249">
        <w:rPr>
          <w:sz w:val="28"/>
          <w:szCs w:val="28"/>
        </w:rPr>
        <w:t>Запропонуйте</w:t>
      </w:r>
      <w:proofErr w:type="spellEnd"/>
      <w:r w:rsidRPr="00CF1249">
        <w:rPr>
          <w:sz w:val="28"/>
          <w:szCs w:val="28"/>
        </w:rPr>
        <w:t xml:space="preserve"> </w:t>
      </w:r>
      <w:proofErr w:type="spellStart"/>
      <w:r w:rsidRPr="00CF1249">
        <w:rPr>
          <w:sz w:val="28"/>
          <w:szCs w:val="28"/>
        </w:rPr>
        <w:t>спосіб</w:t>
      </w:r>
      <w:proofErr w:type="spellEnd"/>
      <w:r w:rsidRPr="00CF1249">
        <w:rPr>
          <w:sz w:val="28"/>
          <w:szCs w:val="28"/>
        </w:rPr>
        <w:t xml:space="preserve"> </w:t>
      </w:r>
      <w:proofErr w:type="spellStart"/>
      <w:r w:rsidRPr="00CF1249">
        <w:rPr>
          <w:sz w:val="28"/>
          <w:szCs w:val="28"/>
        </w:rPr>
        <w:t>просування</w:t>
      </w:r>
      <w:proofErr w:type="spellEnd"/>
      <w:r w:rsidRPr="00CF1249">
        <w:rPr>
          <w:sz w:val="28"/>
          <w:szCs w:val="28"/>
        </w:rPr>
        <w:t xml:space="preserve"> </w:t>
      </w:r>
      <w:proofErr w:type="spellStart"/>
      <w:r w:rsidRPr="00CF1249">
        <w:rPr>
          <w:sz w:val="28"/>
          <w:szCs w:val="28"/>
        </w:rPr>
        <w:t>продукції</w:t>
      </w:r>
      <w:proofErr w:type="spellEnd"/>
      <w:r w:rsidRPr="00CF1249">
        <w:rPr>
          <w:sz w:val="28"/>
          <w:szCs w:val="28"/>
        </w:rPr>
        <w:t>.</w:t>
      </w:r>
      <w:r w:rsidR="00DC01D5">
        <w:rPr>
          <w:sz w:val="28"/>
          <w:szCs w:val="28"/>
        </w:rPr>
        <w:br/>
      </w:r>
      <w:r w:rsidR="00DC01D5">
        <w:rPr>
          <w:b/>
          <w:bCs/>
          <w:lang w:val="uk-UA"/>
        </w:rPr>
        <w:br/>
      </w:r>
      <w:bookmarkStart w:id="0" w:name="_GoBack"/>
      <w:r w:rsidR="00DC01D5" w:rsidRPr="00DC01D5">
        <w:rPr>
          <w:b/>
          <w:bCs/>
          <w:i/>
          <w:sz w:val="28"/>
          <w:szCs w:val="28"/>
        </w:rPr>
        <w:t xml:space="preserve">1. </w:t>
      </w:r>
      <w:proofErr w:type="spellStart"/>
      <w:proofErr w:type="gramStart"/>
      <w:r w:rsidR="00DC01D5" w:rsidRPr="00DC01D5">
        <w:rPr>
          <w:b/>
          <w:bCs/>
          <w:i/>
          <w:sz w:val="28"/>
          <w:szCs w:val="28"/>
        </w:rPr>
        <w:t>Ц</w:t>
      </w:r>
      <w:proofErr w:type="gramEnd"/>
      <w:r w:rsidR="00DC01D5" w:rsidRPr="00DC01D5">
        <w:rPr>
          <w:b/>
          <w:bCs/>
          <w:i/>
          <w:sz w:val="28"/>
          <w:szCs w:val="28"/>
        </w:rPr>
        <w:t>ільовий</w:t>
      </w:r>
      <w:proofErr w:type="spellEnd"/>
      <w:r w:rsidR="00DC01D5" w:rsidRPr="00DC01D5">
        <w:rPr>
          <w:b/>
          <w:bCs/>
          <w:i/>
          <w:sz w:val="28"/>
          <w:szCs w:val="28"/>
        </w:rPr>
        <w:t xml:space="preserve"> </w:t>
      </w:r>
      <w:proofErr w:type="spellStart"/>
      <w:r w:rsidR="00DC01D5" w:rsidRPr="00DC01D5">
        <w:rPr>
          <w:b/>
          <w:bCs/>
          <w:i/>
          <w:sz w:val="28"/>
          <w:szCs w:val="28"/>
        </w:rPr>
        <w:t>ринок</w:t>
      </w:r>
      <w:proofErr w:type="spellEnd"/>
      <w:r w:rsidR="00DC01D5" w:rsidRPr="00DC01D5">
        <w:rPr>
          <w:b/>
          <w:bCs/>
          <w:i/>
          <w:sz w:val="28"/>
          <w:szCs w:val="28"/>
        </w:rPr>
        <w:t>:</w:t>
      </w:r>
      <w:r w:rsidR="00DC01D5" w:rsidRPr="00DC01D5">
        <w:rPr>
          <w:i/>
          <w:sz w:val="28"/>
          <w:szCs w:val="28"/>
        </w:rPr>
        <w:br/>
      </w:r>
      <w:proofErr w:type="spellStart"/>
      <w:r w:rsidR="00DC01D5" w:rsidRPr="00DC01D5">
        <w:rPr>
          <w:i/>
          <w:sz w:val="28"/>
          <w:szCs w:val="28"/>
        </w:rPr>
        <w:t>Найбільш</w:t>
      </w:r>
      <w:proofErr w:type="spellEnd"/>
      <w:r w:rsidR="00DC01D5" w:rsidRPr="00DC01D5">
        <w:rPr>
          <w:i/>
          <w:sz w:val="28"/>
          <w:szCs w:val="28"/>
        </w:rPr>
        <w:t xml:space="preserve"> </w:t>
      </w:r>
      <w:proofErr w:type="spellStart"/>
      <w:proofErr w:type="gramStart"/>
      <w:r w:rsidR="00DC01D5" w:rsidRPr="00DC01D5">
        <w:rPr>
          <w:i/>
          <w:sz w:val="28"/>
          <w:szCs w:val="28"/>
        </w:rPr>
        <w:t>доц</w:t>
      </w:r>
      <w:proofErr w:type="gramEnd"/>
      <w:r w:rsidR="00DC01D5" w:rsidRPr="00DC01D5">
        <w:rPr>
          <w:i/>
          <w:sz w:val="28"/>
          <w:szCs w:val="28"/>
        </w:rPr>
        <w:t>ільні</w:t>
      </w:r>
      <w:proofErr w:type="spellEnd"/>
      <w:r w:rsidR="00DC01D5" w:rsidRPr="00DC01D5">
        <w:rPr>
          <w:i/>
          <w:sz w:val="28"/>
          <w:szCs w:val="28"/>
        </w:rPr>
        <w:t xml:space="preserve"> ринки </w:t>
      </w:r>
      <w:proofErr w:type="spellStart"/>
      <w:r w:rsidR="00DC01D5" w:rsidRPr="00DC01D5">
        <w:rPr>
          <w:i/>
          <w:sz w:val="28"/>
          <w:szCs w:val="28"/>
        </w:rPr>
        <w:t>збуту</w:t>
      </w:r>
      <w:proofErr w:type="spellEnd"/>
      <w:r w:rsidR="00DC01D5" w:rsidRPr="00DC01D5">
        <w:rPr>
          <w:i/>
          <w:sz w:val="28"/>
          <w:szCs w:val="28"/>
        </w:rPr>
        <w:t>:</w:t>
      </w:r>
    </w:p>
    <w:p w:rsidR="00DC01D5" w:rsidRPr="00DC01D5" w:rsidRDefault="00DC01D5" w:rsidP="00DC01D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супермаркети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з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відділами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еко-продукції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; </w:t>
      </w:r>
    </w:p>
    <w:p w:rsidR="00DC01D5" w:rsidRPr="00DC01D5" w:rsidRDefault="00DC01D5" w:rsidP="00DC01D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proofErr w:type="gram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м</w:t>
      </w:r>
      <w:proofErr w:type="gram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ісцеві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ринки; </w:t>
      </w:r>
    </w:p>
    <w:p w:rsidR="00DC01D5" w:rsidRPr="00DC01D5" w:rsidRDefault="00DC01D5" w:rsidP="00DC01D5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ресторани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та кафе,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орієнтовані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на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здорове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харчування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. </w:t>
      </w:r>
    </w:p>
    <w:p w:rsidR="00DC01D5" w:rsidRPr="00DC01D5" w:rsidRDefault="00DC01D5" w:rsidP="00DC01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2. Три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конкурентні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переваги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продукції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:</w:t>
      </w:r>
    </w:p>
    <w:p w:rsidR="00DC01D5" w:rsidRPr="00DC01D5" w:rsidRDefault="00DC01D5" w:rsidP="00DC01D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Екологічна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чистота та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відсутність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хімічних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залишкі</w:t>
      </w:r>
      <w:proofErr w:type="gram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</w:t>
      </w:r>
      <w:proofErr w:type="spellEnd"/>
      <w:proofErr w:type="gram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. </w:t>
      </w:r>
    </w:p>
    <w:p w:rsidR="00DC01D5" w:rsidRPr="00DC01D5" w:rsidRDefault="00DC01D5" w:rsidP="00DC01D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Висока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якість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і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натуральний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смак. </w:t>
      </w:r>
    </w:p>
    <w:p w:rsidR="00DC01D5" w:rsidRPr="00DC01D5" w:rsidRDefault="00DC01D5" w:rsidP="00DC01D5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Попит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серед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споживачі</w:t>
      </w:r>
      <w:proofErr w:type="gram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</w:t>
      </w:r>
      <w:proofErr w:type="spellEnd"/>
      <w:proofErr w:type="gram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,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які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дбають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про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здоров’я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. </w:t>
      </w:r>
    </w:p>
    <w:p w:rsidR="00DC01D5" w:rsidRPr="00DC01D5" w:rsidRDefault="00DC01D5" w:rsidP="00DC01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3. Характеристика товару за </w:t>
      </w:r>
      <w:proofErr w:type="spellStart"/>
      <w:proofErr w:type="gram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р</w:t>
      </w:r>
      <w:proofErr w:type="gram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івнями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:</w:t>
      </w:r>
    </w:p>
    <w:p w:rsidR="00DC01D5" w:rsidRPr="00DC01D5" w:rsidRDefault="00DC01D5" w:rsidP="00DC01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Базовий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р</w:t>
      </w:r>
      <w:proofErr w:type="gram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івень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:</w:t>
      </w:r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br/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Задоволення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потреби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споживача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у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безпечних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, </w:t>
      </w:r>
      <w:proofErr w:type="spellStart"/>
      <w:proofErr w:type="gram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св</w:t>
      </w:r>
      <w:proofErr w:type="gram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іжих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і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корисних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овочах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.</w:t>
      </w:r>
    </w:p>
    <w:p w:rsidR="00DC01D5" w:rsidRPr="00DC01D5" w:rsidRDefault="00DC01D5" w:rsidP="00DC01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lastRenderedPageBreak/>
        <w:t>Реальний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р</w:t>
      </w:r>
      <w:proofErr w:type="gram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івень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:</w:t>
      </w:r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br/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Органічні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овочі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високої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якості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,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сертифіковані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,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належно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упаковані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, з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привабливим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зовнішнім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виглядом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.</w:t>
      </w:r>
    </w:p>
    <w:p w:rsidR="00DC01D5" w:rsidRPr="00DC01D5" w:rsidRDefault="00DC01D5" w:rsidP="00DC01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Розширений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р</w:t>
      </w:r>
      <w:proofErr w:type="gram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івень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:</w:t>
      </w:r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br/>
        <w:t xml:space="preserve">Доставка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додому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або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в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торгові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точки,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консультації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щодо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походження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продукції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,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гарантія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св</w:t>
      </w:r>
      <w:proofErr w:type="gram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іжості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,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можливість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попереднього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замовлення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.</w:t>
      </w:r>
    </w:p>
    <w:p w:rsidR="00DC01D5" w:rsidRPr="00DC01D5" w:rsidRDefault="00DC01D5" w:rsidP="00DC01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</w:pPr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4.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Спосіб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просування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продукції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:</w:t>
      </w:r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br/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Ефективним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способом буде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просування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через </w:t>
      </w:r>
      <w:proofErr w:type="spellStart"/>
      <w:proofErr w:type="gram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соц</w:t>
      </w:r>
      <w:proofErr w:type="gram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іальні</w:t>
      </w:r>
      <w:proofErr w:type="spellEnd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мережі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з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демонстрацією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процесу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вирощування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,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сертифікатів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органічності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,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відгуків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покупців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і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можливістю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онлайн-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замовлення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.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Також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доц</w:t>
      </w:r>
      <w:proofErr w:type="gram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ільно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проводити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дегустації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на </w:t>
      </w:r>
      <w:proofErr w:type="spellStart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місцевих</w:t>
      </w:r>
      <w:proofErr w:type="spellEnd"/>
      <w:r w:rsidRPr="00DC01D5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ярмарках.</w:t>
      </w:r>
    </w:p>
    <w:bookmarkEnd w:id="0"/>
    <w:p w:rsidR="00A615D6" w:rsidRPr="00CF1249" w:rsidRDefault="00A615D6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A615D6" w:rsidRPr="00CF1249" w:rsidSect="002C7930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BB64DBD"/>
    <w:multiLevelType w:val="multilevel"/>
    <w:tmpl w:val="45A8C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BD23BE"/>
    <w:multiLevelType w:val="multilevel"/>
    <w:tmpl w:val="DB2E2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1849EB"/>
    <w:multiLevelType w:val="hybridMultilevel"/>
    <w:tmpl w:val="EB0826E0"/>
    <w:lvl w:ilvl="0" w:tplc="041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2">
    <w:nsid w:val="47B7772D"/>
    <w:multiLevelType w:val="multilevel"/>
    <w:tmpl w:val="97AE5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9694D88"/>
    <w:multiLevelType w:val="multilevel"/>
    <w:tmpl w:val="224E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F2069D2"/>
    <w:multiLevelType w:val="hybridMultilevel"/>
    <w:tmpl w:val="B61287E4"/>
    <w:lvl w:ilvl="0" w:tplc="FD5654DA">
      <w:numFmt w:val="bullet"/>
      <w:lvlText w:val=""/>
      <w:lvlJc w:val="left"/>
      <w:pPr>
        <w:ind w:left="504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4"/>
  </w:num>
  <w:num w:numId="12">
    <w:abstractNumId w:val="13"/>
  </w:num>
  <w:num w:numId="13">
    <w:abstractNumId w:val="9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F37EF"/>
    <w:rsid w:val="0015074B"/>
    <w:rsid w:val="0029639D"/>
    <w:rsid w:val="002C7930"/>
    <w:rsid w:val="00326F90"/>
    <w:rsid w:val="00A615D6"/>
    <w:rsid w:val="00AA1D8D"/>
    <w:rsid w:val="00B23885"/>
    <w:rsid w:val="00B47730"/>
    <w:rsid w:val="00CB0664"/>
    <w:rsid w:val="00CF1249"/>
    <w:rsid w:val="00DC01D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2C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Normal (Web)"/>
    <w:basedOn w:val="a1"/>
    <w:uiPriority w:val="99"/>
    <w:unhideWhenUsed/>
    <w:rsid w:val="002C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8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441D0C2-A5AB-4FCF-B061-3E6A352ED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1093</Words>
  <Characters>6234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7313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Tanjia Chernova</cp:lastModifiedBy>
  <cp:revision>4</cp:revision>
  <dcterms:created xsi:type="dcterms:W3CDTF">2013-12-23T23:15:00Z</dcterms:created>
  <dcterms:modified xsi:type="dcterms:W3CDTF">2026-04-19T14:49:00Z</dcterms:modified>
  <cp:category/>
</cp:coreProperties>
</file>