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5C9DA" w14:textId="77777777" w:rsidR="007003AD" w:rsidRPr="00BF5696" w:rsidRDefault="00000000">
      <w:pPr>
        <w:pStyle w:val="1"/>
        <w:rPr>
          <w:lang w:val="ru-RU"/>
        </w:rPr>
      </w:pPr>
      <w:r w:rsidRPr="00BF5696">
        <w:rPr>
          <w:lang w:val="ru-RU"/>
        </w:rPr>
        <w:t>Лабораторна робота №16</w:t>
      </w:r>
    </w:p>
    <w:p w14:paraId="63BD7607" w14:textId="119AFC19" w:rsidR="007003AD" w:rsidRDefault="00000000">
      <w:pPr>
        <w:rPr>
          <w:lang w:val="ru-RU"/>
        </w:rPr>
      </w:pPr>
      <w:r w:rsidRPr="00BF5696">
        <w:rPr>
          <w:lang w:val="ru-RU"/>
        </w:rPr>
        <w:t>Тема: Вивчення шкідників овочевих культур</w:t>
      </w:r>
    </w:p>
    <w:p w14:paraId="01C6168A" w14:textId="28E9C144" w:rsidR="00F27EAD" w:rsidRPr="00BF5696" w:rsidRDefault="00F27EAD">
      <w:pPr>
        <w:rPr>
          <w:lang w:val="ru-RU"/>
        </w:rPr>
      </w:pPr>
      <w:r>
        <w:rPr>
          <w:lang w:val="ru-RU"/>
        </w:rPr>
        <w:t>Водько Віталій 31 група</w:t>
      </w:r>
    </w:p>
    <w:p w14:paraId="7665CF78" w14:textId="77777777" w:rsidR="007003AD" w:rsidRDefault="00000000">
      <w:pPr>
        <w:pStyle w:val="21"/>
      </w:pPr>
      <w:r>
        <w:t>Завдання 1. Морфологічні ознаки шкідників</w:t>
      </w:r>
    </w:p>
    <w:tbl>
      <w:tblPr>
        <w:tblW w:w="0" w:type="auto"/>
        <w:tblLook w:val="04A0" w:firstRow="1" w:lastRow="0" w:firstColumn="1" w:lastColumn="0" w:noHBand="0" w:noVBand="1"/>
      </w:tblPr>
      <w:tblGrid>
        <w:gridCol w:w="1023"/>
        <w:gridCol w:w="1462"/>
        <w:gridCol w:w="667"/>
        <w:gridCol w:w="1074"/>
        <w:gridCol w:w="846"/>
        <w:gridCol w:w="808"/>
        <w:gridCol w:w="1074"/>
        <w:gridCol w:w="846"/>
        <w:gridCol w:w="1056"/>
      </w:tblGrid>
      <w:tr w:rsidR="007003AD" w14:paraId="0BAF6DD1" w14:textId="77777777" w:rsidTr="00BF5696">
        <w:tc>
          <w:tcPr>
            <w:tcW w:w="1023" w:type="dxa"/>
            <w:tcBorders>
              <w:top w:val="single" w:sz="4" w:space="0" w:color="auto"/>
              <w:left w:val="single" w:sz="4" w:space="0" w:color="auto"/>
              <w:bottom w:val="single" w:sz="4" w:space="0" w:color="auto"/>
              <w:right w:val="single" w:sz="4" w:space="0" w:color="auto"/>
            </w:tcBorders>
          </w:tcPr>
          <w:p w14:paraId="3AD52222" w14:textId="77777777" w:rsidR="007003AD" w:rsidRDefault="00000000" w:rsidP="00BF5696">
            <w:r>
              <w:t>Шкідник</w:t>
            </w:r>
          </w:p>
        </w:tc>
        <w:tc>
          <w:tcPr>
            <w:tcW w:w="1462" w:type="dxa"/>
            <w:tcBorders>
              <w:top w:val="single" w:sz="4" w:space="0" w:color="auto"/>
              <w:left w:val="single" w:sz="4" w:space="0" w:color="auto"/>
              <w:bottom w:val="single" w:sz="4" w:space="0" w:color="auto"/>
              <w:right w:val="single" w:sz="4" w:space="0" w:color="auto"/>
            </w:tcBorders>
          </w:tcPr>
          <w:p w14:paraId="1D8B4FCA" w14:textId="77777777" w:rsidR="007003AD" w:rsidRDefault="00000000" w:rsidP="00BF5696">
            <w:r>
              <w:t>Ряд, родина</w:t>
            </w:r>
          </w:p>
        </w:tc>
        <w:tc>
          <w:tcPr>
            <w:tcW w:w="667" w:type="dxa"/>
            <w:tcBorders>
              <w:top w:val="single" w:sz="4" w:space="0" w:color="auto"/>
              <w:left w:val="single" w:sz="4" w:space="0" w:color="auto"/>
              <w:bottom w:val="single" w:sz="4" w:space="0" w:color="auto"/>
              <w:right w:val="single" w:sz="4" w:space="0" w:color="auto"/>
            </w:tcBorders>
          </w:tcPr>
          <w:p w14:paraId="0480BF45" w14:textId="77777777" w:rsidR="007003AD" w:rsidRDefault="00000000" w:rsidP="00BF5696">
            <w:r>
              <w:t>Імаго розмір</w:t>
            </w:r>
          </w:p>
        </w:tc>
        <w:tc>
          <w:tcPr>
            <w:tcW w:w="1074" w:type="dxa"/>
            <w:tcBorders>
              <w:top w:val="single" w:sz="4" w:space="0" w:color="auto"/>
              <w:left w:val="single" w:sz="4" w:space="0" w:color="auto"/>
              <w:bottom w:val="single" w:sz="4" w:space="0" w:color="auto"/>
              <w:right w:val="single" w:sz="4" w:space="0" w:color="auto"/>
            </w:tcBorders>
          </w:tcPr>
          <w:p w14:paraId="5A366719" w14:textId="77777777" w:rsidR="007003AD" w:rsidRDefault="00000000" w:rsidP="00BF5696">
            <w:r>
              <w:t>Імаго забарвлення</w:t>
            </w:r>
          </w:p>
        </w:tc>
        <w:tc>
          <w:tcPr>
            <w:tcW w:w="846" w:type="dxa"/>
            <w:tcBorders>
              <w:top w:val="single" w:sz="4" w:space="0" w:color="auto"/>
              <w:left w:val="single" w:sz="4" w:space="0" w:color="auto"/>
              <w:bottom w:val="single" w:sz="4" w:space="0" w:color="auto"/>
              <w:right w:val="single" w:sz="4" w:space="0" w:color="auto"/>
            </w:tcBorders>
          </w:tcPr>
          <w:p w14:paraId="741E0A49" w14:textId="77777777" w:rsidR="007003AD" w:rsidRDefault="00000000" w:rsidP="00BF5696">
            <w:r>
              <w:t>Тип ротового апарату</w:t>
            </w:r>
          </w:p>
        </w:tc>
        <w:tc>
          <w:tcPr>
            <w:tcW w:w="808" w:type="dxa"/>
            <w:tcBorders>
              <w:top w:val="single" w:sz="4" w:space="0" w:color="auto"/>
              <w:left w:val="single" w:sz="4" w:space="0" w:color="auto"/>
              <w:bottom w:val="single" w:sz="4" w:space="0" w:color="auto"/>
              <w:right w:val="single" w:sz="4" w:space="0" w:color="auto"/>
            </w:tcBorders>
          </w:tcPr>
          <w:p w14:paraId="3F7D9B6A" w14:textId="77777777" w:rsidR="007003AD" w:rsidRDefault="00000000" w:rsidP="00BF5696">
            <w:r>
              <w:t>Личинка розмір</w:t>
            </w:r>
          </w:p>
        </w:tc>
        <w:tc>
          <w:tcPr>
            <w:tcW w:w="1074" w:type="dxa"/>
            <w:tcBorders>
              <w:top w:val="single" w:sz="4" w:space="0" w:color="auto"/>
              <w:left w:val="single" w:sz="4" w:space="0" w:color="auto"/>
              <w:bottom w:val="single" w:sz="4" w:space="0" w:color="auto"/>
              <w:right w:val="single" w:sz="4" w:space="0" w:color="auto"/>
            </w:tcBorders>
          </w:tcPr>
          <w:p w14:paraId="50C005F4" w14:textId="77777777" w:rsidR="007003AD" w:rsidRDefault="00000000" w:rsidP="00BF5696">
            <w:r>
              <w:t>Личинка забарвлення</w:t>
            </w:r>
          </w:p>
        </w:tc>
        <w:tc>
          <w:tcPr>
            <w:tcW w:w="846" w:type="dxa"/>
            <w:tcBorders>
              <w:top w:val="single" w:sz="4" w:space="0" w:color="auto"/>
              <w:left w:val="single" w:sz="4" w:space="0" w:color="auto"/>
              <w:bottom w:val="single" w:sz="4" w:space="0" w:color="auto"/>
              <w:right w:val="single" w:sz="4" w:space="0" w:color="auto"/>
            </w:tcBorders>
          </w:tcPr>
          <w:p w14:paraId="71B13050" w14:textId="77777777" w:rsidR="007003AD" w:rsidRDefault="00000000" w:rsidP="00BF5696">
            <w:r>
              <w:t>Тип ротового апарату личинки</w:t>
            </w:r>
          </w:p>
        </w:tc>
        <w:tc>
          <w:tcPr>
            <w:tcW w:w="1056" w:type="dxa"/>
            <w:tcBorders>
              <w:top w:val="single" w:sz="4" w:space="0" w:color="auto"/>
              <w:left w:val="single" w:sz="4" w:space="0" w:color="auto"/>
              <w:bottom w:val="single" w:sz="4" w:space="0" w:color="auto"/>
              <w:right w:val="single" w:sz="4" w:space="0" w:color="auto"/>
            </w:tcBorders>
          </w:tcPr>
          <w:p w14:paraId="359762A0" w14:textId="77777777" w:rsidR="007003AD" w:rsidRDefault="00000000" w:rsidP="00BF5696">
            <w:r>
              <w:t>Примітка</w:t>
            </w:r>
          </w:p>
        </w:tc>
      </w:tr>
      <w:tr w:rsidR="007003AD" w14:paraId="3A3A2822" w14:textId="77777777" w:rsidTr="00BF5696">
        <w:tc>
          <w:tcPr>
            <w:tcW w:w="1023" w:type="dxa"/>
            <w:tcBorders>
              <w:top w:val="single" w:sz="4" w:space="0" w:color="auto"/>
              <w:left w:val="single" w:sz="4" w:space="0" w:color="auto"/>
              <w:bottom w:val="single" w:sz="4" w:space="0" w:color="auto"/>
              <w:right w:val="single" w:sz="4" w:space="0" w:color="auto"/>
            </w:tcBorders>
          </w:tcPr>
          <w:p w14:paraId="6414AEA9" w14:textId="77777777" w:rsidR="007003AD" w:rsidRDefault="00000000" w:rsidP="00BF5696">
            <w:r>
              <w:t>Хрестоцвіті блішки</w:t>
            </w:r>
          </w:p>
        </w:tc>
        <w:tc>
          <w:tcPr>
            <w:tcW w:w="1462" w:type="dxa"/>
            <w:tcBorders>
              <w:top w:val="single" w:sz="4" w:space="0" w:color="auto"/>
              <w:left w:val="single" w:sz="4" w:space="0" w:color="auto"/>
              <w:bottom w:val="single" w:sz="4" w:space="0" w:color="auto"/>
              <w:right w:val="single" w:sz="4" w:space="0" w:color="auto"/>
            </w:tcBorders>
          </w:tcPr>
          <w:p w14:paraId="087D6B08" w14:textId="77777777" w:rsidR="007003AD" w:rsidRDefault="00000000" w:rsidP="00BF5696">
            <w:r>
              <w:t>Твердокрилі, Листоїди</w:t>
            </w:r>
          </w:p>
        </w:tc>
        <w:tc>
          <w:tcPr>
            <w:tcW w:w="667" w:type="dxa"/>
            <w:tcBorders>
              <w:top w:val="single" w:sz="4" w:space="0" w:color="auto"/>
              <w:left w:val="single" w:sz="4" w:space="0" w:color="auto"/>
              <w:bottom w:val="single" w:sz="4" w:space="0" w:color="auto"/>
              <w:right w:val="single" w:sz="4" w:space="0" w:color="auto"/>
            </w:tcBorders>
          </w:tcPr>
          <w:p w14:paraId="4E7FB905" w14:textId="77777777" w:rsidR="007003AD" w:rsidRDefault="00000000" w:rsidP="00BF5696">
            <w:r>
              <w:t>2–3 мм</w:t>
            </w:r>
          </w:p>
        </w:tc>
        <w:tc>
          <w:tcPr>
            <w:tcW w:w="1074" w:type="dxa"/>
            <w:tcBorders>
              <w:top w:val="single" w:sz="4" w:space="0" w:color="auto"/>
              <w:left w:val="single" w:sz="4" w:space="0" w:color="auto"/>
              <w:bottom w:val="single" w:sz="4" w:space="0" w:color="auto"/>
              <w:right w:val="single" w:sz="4" w:space="0" w:color="auto"/>
            </w:tcBorders>
          </w:tcPr>
          <w:p w14:paraId="14E9C79D" w14:textId="77777777" w:rsidR="007003AD" w:rsidRDefault="00000000" w:rsidP="00BF5696">
            <w:r>
              <w:t>чорні або темно-сині</w:t>
            </w:r>
          </w:p>
        </w:tc>
        <w:tc>
          <w:tcPr>
            <w:tcW w:w="846" w:type="dxa"/>
            <w:tcBorders>
              <w:top w:val="single" w:sz="4" w:space="0" w:color="auto"/>
              <w:left w:val="single" w:sz="4" w:space="0" w:color="auto"/>
              <w:bottom w:val="single" w:sz="4" w:space="0" w:color="auto"/>
              <w:right w:val="single" w:sz="4" w:space="0" w:color="auto"/>
            </w:tcBorders>
          </w:tcPr>
          <w:p w14:paraId="679BA0DC" w14:textId="77777777" w:rsidR="007003AD" w:rsidRDefault="00000000" w:rsidP="00BF5696">
            <w:r>
              <w:t>гризучий</w:t>
            </w:r>
          </w:p>
        </w:tc>
        <w:tc>
          <w:tcPr>
            <w:tcW w:w="808" w:type="dxa"/>
            <w:tcBorders>
              <w:top w:val="single" w:sz="4" w:space="0" w:color="auto"/>
              <w:left w:val="single" w:sz="4" w:space="0" w:color="auto"/>
              <w:bottom w:val="single" w:sz="4" w:space="0" w:color="auto"/>
              <w:right w:val="single" w:sz="4" w:space="0" w:color="auto"/>
            </w:tcBorders>
          </w:tcPr>
          <w:p w14:paraId="5876F50E" w14:textId="77777777" w:rsidR="007003AD" w:rsidRDefault="00000000" w:rsidP="00BF5696">
            <w:r>
              <w:t>3–4 мм</w:t>
            </w:r>
          </w:p>
        </w:tc>
        <w:tc>
          <w:tcPr>
            <w:tcW w:w="1074" w:type="dxa"/>
            <w:tcBorders>
              <w:top w:val="single" w:sz="4" w:space="0" w:color="auto"/>
              <w:left w:val="single" w:sz="4" w:space="0" w:color="auto"/>
              <w:bottom w:val="single" w:sz="4" w:space="0" w:color="auto"/>
              <w:right w:val="single" w:sz="4" w:space="0" w:color="auto"/>
            </w:tcBorders>
          </w:tcPr>
          <w:p w14:paraId="66A411D2" w14:textId="77777777" w:rsidR="007003AD" w:rsidRDefault="00000000" w:rsidP="00BF5696">
            <w:r>
              <w:t>білуваті</w:t>
            </w:r>
          </w:p>
        </w:tc>
        <w:tc>
          <w:tcPr>
            <w:tcW w:w="846" w:type="dxa"/>
            <w:tcBorders>
              <w:top w:val="single" w:sz="4" w:space="0" w:color="auto"/>
              <w:left w:val="single" w:sz="4" w:space="0" w:color="auto"/>
              <w:bottom w:val="single" w:sz="4" w:space="0" w:color="auto"/>
              <w:right w:val="single" w:sz="4" w:space="0" w:color="auto"/>
            </w:tcBorders>
          </w:tcPr>
          <w:p w14:paraId="3F4C892B" w14:textId="77777777" w:rsidR="007003AD" w:rsidRDefault="00000000" w:rsidP="00BF5696">
            <w:r>
              <w:t>гризучий</w:t>
            </w:r>
          </w:p>
        </w:tc>
        <w:tc>
          <w:tcPr>
            <w:tcW w:w="1056" w:type="dxa"/>
            <w:tcBorders>
              <w:top w:val="single" w:sz="4" w:space="0" w:color="auto"/>
              <w:left w:val="single" w:sz="4" w:space="0" w:color="auto"/>
              <w:bottom w:val="single" w:sz="4" w:space="0" w:color="auto"/>
              <w:right w:val="single" w:sz="4" w:space="0" w:color="auto"/>
            </w:tcBorders>
          </w:tcPr>
          <w:p w14:paraId="76371554" w14:textId="77777777" w:rsidR="007003AD" w:rsidRDefault="00000000" w:rsidP="00BF5696">
            <w:r>
              <w:t>жуки стрибають</w:t>
            </w:r>
          </w:p>
        </w:tc>
      </w:tr>
      <w:tr w:rsidR="007003AD" w14:paraId="6C3DC0CC" w14:textId="77777777" w:rsidTr="00BF5696">
        <w:tc>
          <w:tcPr>
            <w:tcW w:w="1023" w:type="dxa"/>
            <w:tcBorders>
              <w:top w:val="single" w:sz="4" w:space="0" w:color="auto"/>
              <w:left w:val="single" w:sz="4" w:space="0" w:color="auto"/>
              <w:bottom w:val="single" w:sz="4" w:space="0" w:color="auto"/>
              <w:right w:val="single" w:sz="4" w:space="0" w:color="auto"/>
            </w:tcBorders>
          </w:tcPr>
          <w:p w14:paraId="64227A7D" w14:textId="77777777" w:rsidR="007003AD" w:rsidRDefault="00000000" w:rsidP="00BF5696">
            <w:r>
              <w:t>Хрестоцвіті клопи</w:t>
            </w:r>
          </w:p>
        </w:tc>
        <w:tc>
          <w:tcPr>
            <w:tcW w:w="1462" w:type="dxa"/>
            <w:tcBorders>
              <w:top w:val="single" w:sz="4" w:space="0" w:color="auto"/>
              <w:left w:val="single" w:sz="4" w:space="0" w:color="auto"/>
              <w:bottom w:val="single" w:sz="4" w:space="0" w:color="auto"/>
              <w:right w:val="single" w:sz="4" w:space="0" w:color="auto"/>
            </w:tcBorders>
          </w:tcPr>
          <w:p w14:paraId="19C1FAF5" w14:textId="77777777" w:rsidR="007003AD" w:rsidRDefault="00000000" w:rsidP="00BF5696">
            <w:r>
              <w:t>Напівтвердокрилі, Клопи</w:t>
            </w:r>
          </w:p>
        </w:tc>
        <w:tc>
          <w:tcPr>
            <w:tcW w:w="667" w:type="dxa"/>
            <w:tcBorders>
              <w:top w:val="single" w:sz="4" w:space="0" w:color="auto"/>
              <w:left w:val="single" w:sz="4" w:space="0" w:color="auto"/>
              <w:bottom w:val="single" w:sz="4" w:space="0" w:color="auto"/>
              <w:right w:val="single" w:sz="4" w:space="0" w:color="auto"/>
            </w:tcBorders>
          </w:tcPr>
          <w:p w14:paraId="41C551E9" w14:textId="77777777" w:rsidR="007003AD" w:rsidRDefault="00000000" w:rsidP="00BF5696">
            <w:r>
              <w:t>7–10 мм</w:t>
            </w:r>
          </w:p>
        </w:tc>
        <w:tc>
          <w:tcPr>
            <w:tcW w:w="1074" w:type="dxa"/>
            <w:tcBorders>
              <w:top w:val="single" w:sz="4" w:space="0" w:color="auto"/>
              <w:left w:val="single" w:sz="4" w:space="0" w:color="auto"/>
              <w:bottom w:val="single" w:sz="4" w:space="0" w:color="auto"/>
              <w:right w:val="single" w:sz="4" w:space="0" w:color="auto"/>
            </w:tcBorders>
          </w:tcPr>
          <w:p w14:paraId="49E4275E" w14:textId="77777777" w:rsidR="007003AD" w:rsidRDefault="00000000" w:rsidP="00BF5696">
            <w:r>
              <w:t>червоні з чорним</w:t>
            </w:r>
          </w:p>
        </w:tc>
        <w:tc>
          <w:tcPr>
            <w:tcW w:w="846" w:type="dxa"/>
            <w:tcBorders>
              <w:top w:val="single" w:sz="4" w:space="0" w:color="auto"/>
              <w:left w:val="single" w:sz="4" w:space="0" w:color="auto"/>
              <w:bottom w:val="single" w:sz="4" w:space="0" w:color="auto"/>
              <w:right w:val="single" w:sz="4" w:space="0" w:color="auto"/>
            </w:tcBorders>
          </w:tcPr>
          <w:p w14:paraId="50C7252D" w14:textId="77777777" w:rsidR="007003AD" w:rsidRDefault="00000000" w:rsidP="00BF5696">
            <w:r>
              <w:t>сисний</w:t>
            </w:r>
          </w:p>
        </w:tc>
        <w:tc>
          <w:tcPr>
            <w:tcW w:w="808" w:type="dxa"/>
            <w:tcBorders>
              <w:top w:val="single" w:sz="4" w:space="0" w:color="auto"/>
              <w:left w:val="single" w:sz="4" w:space="0" w:color="auto"/>
              <w:bottom w:val="single" w:sz="4" w:space="0" w:color="auto"/>
              <w:right w:val="single" w:sz="4" w:space="0" w:color="auto"/>
            </w:tcBorders>
          </w:tcPr>
          <w:p w14:paraId="02EA1BFF" w14:textId="77777777" w:rsidR="007003AD" w:rsidRDefault="00000000" w:rsidP="00BF5696">
            <w:r>
              <w:t>подібна до імаго</w:t>
            </w:r>
          </w:p>
        </w:tc>
        <w:tc>
          <w:tcPr>
            <w:tcW w:w="1074" w:type="dxa"/>
            <w:tcBorders>
              <w:top w:val="single" w:sz="4" w:space="0" w:color="auto"/>
              <w:left w:val="single" w:sz="4" w:space="0" w:color="auto"/>
              <w:bottom w:val="single" w:sz="4" w:space="0" w:color="auto"/>
              <w:right w:val="single" w:sz="4" w:space="0" w:color="auto"/>
            </w:tcBorders>
          </w:tcPr>
          <w:p w14:paraId="6A40C7A5" w14:textId="77777777" w:rsidR="007003AD" w:rsidRDefault="00000000" w:rsidP="00BF5696">
            <w:r>
              <w:t>жовтувата</w:t>
            </w:r>
          </w:p>
        </w:tc>
        <w:tc>
          <w:tcPr>
            <w:tcW w:w="846" w:type="dxa"/>
            <w:tcBorders>
              <w:top w:val="single" w:sz="4" w:space="0" w:color="auto"/>
              <w:left w:val="single" w:sz="4" w:space="0" w:color="auto"/>
              <w:bottom w:val="single" w:sz="4" w:space="0" w:color="auto"/>
              <w:right w:val="single" w:sz="4" w:space="0" w:color="auto"/>
            </w:tcBorders>
          </w:tcPr>
          <w:p w14:paraId="5238061F" w14:textId="77777777" w:rsidR="007003AD" w:rsidRDefault="00000000" w:rsidP="00BF5696">
            <w:r>
              <w:t>сисний</w:t>
            </w:r>
          </w:p>
        </w:tc>
        <w:tc>
          <w:tcPr>
            <w:tcW w:w="1056" w:type="dxa"/>
            <w:tcBorders>
              <w:top w:val="single" w:sz="4" w:space="0" w:color="auto"/>
              <w:left w:val="single" w:sz="4" w:space="0" w:color="auto"/>
              <w:bottom w:val="single" w:sz="4" w:space="0" w:color="auto"/>
              <w:right w:val="single" w:sz="4" w:space="0" w:color="auto"/>
            </w:tcBorders>
          </w:tcPr>
          <w:p w14:paraId="4A4FA36F" w14:textId="77777777" w:rsidR="007003AD" w:rsidRDefault="00000000" w:rsidP="00BF5696">
            <w:r>
              <w:t>личинки – німфи</w:t>
            </w:r>
          </w:p>
        </w:tc>
      </w:tr>
      <w:tr w:rsidR="007003AD" w14:paraId="75039FD4" w14:textId="77777777" w:rsidTr="00BF5696">
        <w:tc>
          <w:tcPr>
            <w:tcW w:w="1023" w:type="dxa"/>
            <w:tcBorders>
              <w:top w:val="single" w:sz="4" w:space="0" w:color="auto"/>
              <w:left w:val="single" w:sz="4" w:space="0" w:color="auto"/>
              <w:bottom w:val="single" w:sz="4" w:space="0" w:color="auto"/>
              <w:right w:val="single" w:sz="4" w:space="0" w:color="auto"/>
            </w:tcBorders>
          </w:tcPr>
          <w:p w14:paraId="181A4C65" w14:textId="77777777" w:rsidR="007003AD" w:rsidRDefault="00000000" w:rsidP="00BF5696">
            <w:r>
              <w:t>Капустяна совка</w:t>
            </w:r>
          </w:p>
        </w:tc>
        <w:tc>
          <w:tcPr>
            <w:tcW w:w="1462" w:type="dxa"/>
            <w:tcBorders>
              <w:top w:val="single" w:sz="4" w:space="0" w:color="auto"/>
              <w:left w:val="single" w:sz="4" w:space="0" w:color="auto"/>
              <w:bottom w:val="single" w:sz="4" w:space="0" w:color="auto"/>
              <w:right w:val="single" w:sz="4" w:space="0" w:color="auto"/>
            </w:tcBorders>
          </w:tcPr>
          <w:p w14:paraId="43F182F3" w14:textId="77777777" w:rsidR="007003AD" w:rsidRDefault="00000000" w:rsidP="00BF5696">
            <w:r>
              <w:t>Лускокрилі, Совки</w:t>
            </w:r>
          </w:p>
        </w:tc>
        <w:tc>
          <w:tcPr>
            <w:tcW w:w="667" w:type="dxa"/>
            <w:tcBorders>
              <w:top w:val="single" w:sz="4" w:space="0" w:color="auto"/>
              <w:left w:val="single" w:sz="4" w:space="0" w:color="auto"/>
              <w:bottom w:val="single" w:sz="4" w:space="0" w:color="auto"/>
              <w:right w:val="single" w:sz="4" w:space="0" w:color="auto"/>
            </w:tcBorders>
          </w:tcPr>
          <w:p w14:paraId="23399053" w14:textId="77777777" w:rsidR="007003AD" w:rsidRDefault="00000000" w:rsidP="00BF5696">
            <w:r>
              <w:t>20–25 мм</w:t>
            </w:r>
          </w:p>
        </w:tc>
        <w:tc>
          <w:tcPr>
            <w:tcW w:w="1074" w:type="dxa"/>
            <w:tcBorders>
              <w:top w:val="single" w:sz="4" w:space="0" w:color="auto"/>
              <w:left w:val="single" w:sz="4" w:space="0" w:color="auto"/>
              <w:bottom w:val="single" w:sz="4" w:space="0" w:color="auto"/>
              <w:right w:val="single" w:sz="4" w:space="0" w:color="auto"/>
            </w:tcBorders>
          </w:tcPr>
          <w:p w14:paraId="72629724" w14:textId="77777777" w:rsidR="007003AD" w:rsidRDefault="00000000" w:rsidP="00BF5696">
            <w:r>
              <w:t>буро-сірі</w:t>
            </w:r>
          </w:p>
        </w:tc>
        <w:tc>
          <w:tcPr>
            <w:tcW w:w="846" w:type="dxa"/>
            <w:tcBorders>
              <w:top w:val="single" w:sz="4" w:space="0" w:color="auto"/>
              <w:left w:val="single" w:sz="4" w:space="0" w:color="auto"/>
              <w:bottom w:val="single" w:sz="4" w:space="0" w:color="auto"/>
              <w:right w:val="single" w:sz="4" w:space="0" w:color="auto"/>
            </w:tcBorders>
          </w:tcPr>
          <w:p w14:paraId="4B4D3BDC" w14:textId="77777777" w:rsidR="007003AD" w:rsidRDefault="00000000" w:rsidP="00BF5696">
            <w:r>
              <w:t>сисний</w:t>
            </w:r>
          </w:p>
        </w:tc>
        <w:tc>
          <w:tcPr>
            <w:tcW w:w="808" w:type="dxa"/>
            <w:tcBorders>
              <w:top w:val="single" w:sz="4" w:space="0" w:color="auto"/>
              <w:left w:val="single" w:sz="4" w:space="0" w:color="auto"/>
              <w:bottom w:val="single" w:sz="4" w:space="0" w:color="auto"/>
              <w:right w:val="single" w:sz="4" w:space="0" w:color="auto"/>
            </w:tcBorders>
          </w:tcPr>
          <w:p w14:paraId="6CFE4375" w14:textId="77777777" w:rsidR="007003AD" w:rsidRDefault="00000000" w:rsidP="00BF5696">
            <w:r>
              <w:t>30–40 мм</w:t>
            </w:r>
          </w:p>
        </w:tc>
        <w:tc>
          <w:tcPr>
            <w:tcW w:w="1074" w:type="dxa"/>
            <w:tcBorders>
              <w:top w:val="single" w:sz="4" w:space="0" w:color="auto"/>
              <w:left w:val="single" w:sz="4" w:space="0" w:color="auto"/>
              <w:bottom w:val="single" w:sz="4" w:space="0" w:color="auto"/>
              <w:right w:val="single" w:sz="4" w:space="0" w:color="auto"/>
            </w:tcBorders>
          </w:tcPr>
          <w:p w14:paraId="716EC5DA" w14:textId="77777777" w:rsidR="007003AD" w:rsidRDefault="00000000" w:rsidP="00BF5696">
            <w:r>
              <w:t>зелені або бурі</w:t>
            </w:r>
          </w:p>
        </w:tc>
        <w:tc>
          <w:tcPr>
            <w:tcW w:w="846" w:type="dxa"/>
            <w:tcBorders>
              <w:top w:val="single" w:sz="4" w:space="0" w:color="auto"/>
              <w:left w:val="single" w:sz="4" w:space="0" w:color="auto"/>
              <w:bottom w:val="single" w:sz="4" w:space="0" w:color="auto"/>
              <w:right w:val="single" w:sz="4" w:space="0" w:color="auto"/>
            </w:tcBorders>
          </w:tcPr>
          <w:p w14:paraId="41A94131" w14:textId="77777777" w:rsidR="007003AD" w:rsidRDefault="00000000" w:rsidP="00BF5696">
            <w:r>
              <w:t>гризучий</w:t>
            </w:r>
          </w:p>
        </w:tc>
        <w:tc>
          <w:tcPr>
            <w:tcW w:w="1056" w:type="dxa"/>
            <w:tcBorders>
              <w:top w:val="single" w:sz="4" w:space="0" w:color="auto"/>
              <w:left w:val="single" w:sz="4" w:space="0" w:color="auto"/>
              <w:bottom w:val="single" w:sz="4" w:space="0" w:color="auto"/>
              <w:right w:val="single" w:sz="4" w:space="0" w:color="auto"/>
            </w:tcBorders>
          </w:tcPr>
          <w:p w14:paraId="1536DE87" w14:textId="77777777" w:rsidR="007003AD" w:rsidRDefault="00000000" w:rsidP="00BF5696">
            <w:r>
              <w:t>гусениця</w:t>
            </w:r>
          </w:p>
        </w:tc>
      </w:tr>
      <w:tr w:rsidR="007003AD" w14:paraId="2D962065" w14:textId="77777777" w:rsidTr="00BF5696">
        <w:tc>
          <w:tcPr>
            <w:tcW w:w="1023" w:type="dxa"/>
            <w:tcBorders>
              <w:top w:val="single" w:sz="4" w:space="0" w:color="auto"/>
              <w:left w:val="single" w:sz="4" w:space="0" w:color="auto"/>
              <w:bottom w:val="single" w:sz="4" w:space="0" w:color="auto"/>
              <w:right w:val="single" w:sz="4" w:space="0" w:color="auto"/>
            </w:tcBorders>
          </w:tcPr>
          <w:p w14:paraId="27179076" w14:textId="77777777" w:rsidR="007003AD" w:rsidRDefault="00000000" w:rsidP="00BF5696">
            <w:r>
              <w:t>Капустяний білан</w:t>
            </w:r>
          </w:p>
        </w:tc>
        <w:tc>
          <w:tcPr>
            <w:tcW w:w="1462" w:type="dxa"/>
            <w:tcBorders>
              <w:top w:val="single" w:sz="4" w:space="0" w:color="auto"/>
              <w:left w:val="single" w:sz="4" w:space="0" w:color="auto"/>
              <w:bottom w:val="single" w:sz="4" w:space="0" w:color="auto"/>
              <w:right w:val="single" w:sz="4" w:space="0" w:color="auto"/>
            </w:tcBorders>
          </w:tcPr>
          <w:p w14:paraId="4E0DCFDD" w14:textId="77777777" w:rsidR="007003AD" w:rsidRDefault="00000000" w:rsidP="00BF5696">
            <w:r>
              <w:t>Лускокрилі, Білани</w:t>
            </w:r>
          </w:p>
        </w:tc>
        <w:tc>
          <w:tcPr>
            <w:tcW w:w="667" w:type="dxa"/>
            <w:tcBorders>
              <w:top w:val="single" w:sz="4" w:space="0" w:color="auto"/>
              <w:left w:val="single" w:sz="4" w:space="0" w:color="auto"/>
              <w:bottom w:val="single" w:sz="4" w:space="0" w:color="auto"/>
              <w:right w:val="single" w:sz="4" w:space="0" w:color="auto"/>
            </w:tcBorders>
          </w:tcPr>
          <w:p w14:paraId="02EC38B1" w14:textId="77777777" w:rsidR="007003AD" w:rsidRDefault="00000000" w:rsidP="00BF5696">
            <w:r>
              <w:t>50–60 мм</w:t>
            </w:r>
          </w:p>
        </w:tc>
        <w:tc>
          <w:tcPr>
            <w:tcW w:w="1074" w:type="dxa"/>
            <w:tcBorders>
              <w:top w:val="single" w:sz="4" w:space="0" w:color="auto"/>
              <w:left w:val="single" w:sz="4" w:space="0" w:color="auto"/>
              <w:bottom w:val="single" w:sz="4" w:space="0" w:color="auto"/>
              <w:right w:val="single" w:sz="4" w:space="0" w:color="auto"/>
            </w:tcBorders>
          </w:tcPr>
          <w:p w14:paraId="3B4784E4" w14:textId="77777777" w:rsidR="007003AD" w:rsidRDefault="00000000" w:rsidP="00BF5696">
            <w:r>
              <w:t>білі з чорними плямами</w:t>
            </w:r>
          </w:p>
        </w:tc>
        <w:tc>
          <w:tcPr>
            <w:tcW w:w="846" w:type="dxa"/>
            <w:tcBorders>
              <w:top w:val="single" w:sz="4" w:space="0" w:color="auto"/>
              <w:left w:val="single" w:sz="4" w:space="0" w:color="auto"/>
              <w:bottom w:val="single" w:sz="4" w:space="0" w:color="auto"/>
              <w:right w:val="single" w:sz="4" w:space="0" w:color="auto"/>
            </w:tcBorders>
          </w:tcPr>
          <w:p w14:paraId="41C1E736" w14:textId="77777777" w:rsidR="007003AD" w:rsidRDefault="00000000" w:rsidP="00BF5696">
            <w:r>
              <w:t>сисний</w:t>
            </w:r>
          </w:p>
        </w:tc>
        <w:tc>
          <w:tcPr>
            <w:tcW w:w="808" w:type="dxa"/>
            <w:tcBorders>
              <w:top w:val="single" w:sz="4" w:space="0" w:color="auto"/>
              <w:left w:val="single" w:sz="4" w:space="0" w:color="auto"/>
              <w:bottom w:val="single" w:sz="4" w:space="0" w:color="auto"/>
              <w:right w:val="single" w:sz="4" w:space="0" w:color="auto"/>
            </w:tcBorders>
          </w:tcPr>
          <w:p w14:paraId="46CFDEEE" w14:textId="77777777" w:rsidR="007003AD" w:rsidRDefault="00000000" w:rsidP="00BF5696">
            <w:r>
              <w:t>до 40 мм</w:t>
            </w:r>
          </w:p>
        </w:tc>
        <w:tc>
          <w:tcPr>
            <w:tcW w:w="1074" w:type="dxa"/>
            <w:tcBorders>
              <w:top w:val="single" w:sz="4" w:space="0" w:color="auto"/>
              <w:left w:val="single" w:sz="4" w:space="0" w:color="auto"/>
              <w:bottom w:val="single" w:sz="4" w:space="0" w:color="auto"/>
              <w:right w:val="single" w:sz="4" w:space="0" w:color="auto"/>
            </w:tcBorders>
          </w:tcPr>
          <w:p w14:paraId="2FA821E9" w14:textId="77777777" w:rsidR="007003AD" w:rsidRDefault="00000000" w:rsidP="00BF5696">
            <w:r>
              <w:t>жовто-зелені</w:t>
            </w:r>
          </w:p>
        </w:tc>
        <w:tc>
          <w:tcPr>
            <w:tcW w:w="846" w:type="dxa"/>
            <w:tcBorders>
              <w:top w:val="single" w:sz="4" w:space="0" w:color="auto"/>
              <w:left w:val="single" w:sz="4" w:space="0" w:color="auto"/>
              <w:bottom w:val="single" w:sz="4" w:space="0" w:color="auto"/>
              <w:right w:val="single" w:sz="4" w:space="0" w:color="auto"/>
            </w:tcBorders>
          </w:tcPr>
          <w:p w14:paraId="6029AC21" w14:textId="77777777" w:rsidR="007003AD" w:rsidRDefault="00000000" w:rsidP="00BF5696">
            <w:r>
              <w:t>гризучий</w:t>
            </w:r>
          </w:p>
        </w:tc>
        <w:tc>
          <w:tcPr>
            <w:tcW w:w="1056" w:type="dxa"/>
            <w:tcBorders>
              <w:top w:val="single" w:sz="4" w:space="0" w:color="auto"/>
              <w:left w:val="single" w:sz="4" w:space="0" w:color="auto"/>
              <w:bottom w:val="single" w:sz="4" w:space="0" w:color="auto"/>
              <w:right w:val="single" w:sz="4" w:space="0" w:color="auto"/>
            </w:tcBorders>
          </w:tcPr>
          <w:p w14:paraId="39BD4894" w14:textId="77777777" w:rsidR="007003AD" w:rsidRDefault="00000000" w:rsidP="00BF5696">
            <w:r>
              <w:t>гусениця</w:t>
            </w:r>
          </w:p>
        </w:tc>
      </w:tr>
      <w:tr w:rsidR="007003AD" w14:paraId="40A93DD3" w14:textId="77777777" w:rsidTr="00BF5696">
        <w:tc>
          <w:tcPr>
            <w:tcW w:w="1023" w:type="dxa"/>
            <w:tcBorders>
              <w:top w:val="single" w:sz="4" w:space="0" w:color="auto"/>
              <w:left w:val="single" w:sz="4" w:space="0" w:color="auto"/>
              <w:bottom w:val="single" w:sz="4" w:space="0" w:color="auto"/>
              <w:right w:val="single" w:sz="4" w:space="0" w:color="auto"/>
            </w:tcBorders>
          </w:tcPr>
          <w:p w14:paraId="7365993B" w14:textId="77777777" w:rsidR="007003AD" w:rsidRDefault="00000000" w:rsidP="00BF5696">
            <w:r>
              <w:t>Капустяна попелиця</w:t>
            </w:r>
          </w:p>
        </w:tc>
        <w:tc>
          <w:tcPr>
            <w:tcW w:w="1462" w:type="dxa"/>
            <w:tcBorders>
              <w:top w:val="single" w:sz="4" w:space="0" w:color="auto"/>
              <w:left w:val="single" w:sz="4" w:space="0" w:color="auto"/>
              <w:bottom w:val="single" w:sz="4" w:space="0" w:color="auto"/>
              <w:right w:val="single" w:sz="4" w:space="0" w:color="auto"/>
            </w:tcBorders>
          </w:tcPr>
          <w:p w14:paraId="1BB464C5" w14:textId="77777777" w:rsidR="007003AD" w:rsidRDefault="00000000" w:rsidP="00BF5696">
            <w:r>
              <w:t>Рівнокрилі, Попелиці</w:t>
            </w:r>
          </w:p>
        </w:tc>
        <w:tc>
          <w:tcPr>
            <w:tcW w:w="667" w:type="dxa"/>
            <w:tcBorders>
              <w:top w:val="single" w:sz="4" w:space="0" w:color="auto"/>
              <w:left w:val="single" w:sz="4" w:space="0" w:color="auto"/>
              <w:bottom w:val="single" w:sz="4" w:space="0" w:color="auto"/>
              <w:right w:val="single" w:sz="4" w:space="0" w:color="auto"/>
            </w:tcBorders>
          </w:tcPr>
          <w:p w14:paraId="728AA89D" w14:textId="77777777" w:rsidR="007003AD" w:rsidRDefault="00000000" w:rsidP="00BF5696">
            <w:r>
              <w:t>2 мм</w:t>
            </w:r>
          </w:p>
        </w:tc>
        <w:tc>
          <w:tcPr>
            <w:tcW w:w="1074" w:type="dxa"/>
            <w:tcBorders>
              <w:top w:val="single" w:sz="4" w:space="0" w:color="auto"/>
              <w:left w:val="single" w:sz="4" w:space="0" w:color="auto"/>
              <w:bottom w:val="single" w:sz="4" w:space="0" w:color="auto"/>
              <w:right w:val="single" w:sz="4" w:space="0" w:color="auto"/>
            </w:tcBorders>
          </w:tcPr>
          <w:p w14:paraId="4C738113" w14:textId="77777777" w:rsidR="007003AD" w:rsidRDefault="00000000" w:rsidP="00BF5696">
            <w:r>
              <w:t>сіро-зелена</w:t>
            </w:r>
          </w:p>
        </w:tc>
        <w:tc>
          <w:tcPr>
            <w:tcW w:w="846" w:type="dxa"/>
            <w:tcBorders>
              <w:top w:val="single" w:sz="4" w:space="0" w:color="auto"/>
              <w:left w:val="single" w:sz="4" w:space="0" w:color="auto"/>
              <w:bottom w:val="single" w:sz="4" w:space="0" w:color="auto"/>
              <w:right w:val="single" w:sz="4" w:space="0" w:color="auto"/>
            </w:tcBorders>
          </w:tcPr>
          <w:p w14:paraId="062BA16E" w14:textId="77777777" w:rsidR="007003AD" w:rsidRDefault="00000000" w:rsidP="00BF5696">
            <w:r>
              <w:t>сисний</w:t>
            </w:r>
          </w:p>
        </w:tc>
        <w:tc>
          <w:tcPr>
            <w:tcW w:w="808" w:type="dxa"/>
            <w:tcBorders>
              <w:top w:val="single" w:sz="4" w:space="0" w:color="auto"/>
              <w:left w:val="single" w:sz="4" w:space="0" w:color="auto"/>
              <w:bottom w:val="single" w:sz="4" w:space="0" w:color="auto"/>
              <w:right w:val="single" w:sz="4" w:space="0" w:color="auto"/>
            </w:tcBorders>
          </w:tcPr>
          <w:p w14:paraId="52DC9F2C" w14:textId="77777777" w:rsidR="007003AD" w:rsidRDefault="00000000" w:rsidP="00BF5696">
            <w:r>
              <w:t>личинки подібні</w:t>
            </w:r>
          </w:p>
        </w:tc>
        <w:tc>
          <w:tcPr>
            <w:tcW w:w="1074" w:type="dxa"/>
            <w:tcBorders>
              <w:top w:val="single" w:sz="4" w:space="0" w:color="auto"/>
              <w:left w:val="single" w:sz="4" w:space="0" w:color="auto"/>
              <w:bottom w:val="single" w:sz="4" w:space="0" w:color="auto"/>
              <w:right w:val="single" w:sz="4" w:space="0" w:color="auto"/>
            </w:tcBorders>
          </w:tcPr>
          <w:p w14:paraId="74D34D3F" w14:textId="77777777" w:rsidR="007003AD" w:rsidRDefault="00000000" w:rsidP="00BF5696">
            <w:r>
              <w:t>сіруваті</w:t>
            </w:r>
          </w:p>
        </w:tc>
        <w:tc>
          <w:tcPr>
            <w:tcW w:w="846" w:type="dxa"/>
            <w:tcBorders>
              <w:top w:val="single" w:sz="4" w:space="0" w:color="auto"/>
              <w:left w:val="single" w:sz="4" w:space="0" w:color="auto"/>
              <w:bottom w:val="single" w:sz="4" w:space="0" w:color="auto"/>
              <w:right w:val="single" w:sz="4" w:space="0" w:color="auto"/>
            </w:tcBorders>
          </w:tcPr>
          <w:p w14:paraId="69476A29" w14:textId="77777777" w:rsidR="007003AD" w:rsidRDefault="00000000" w:rsidP="00BF5696">
            <w:r>
              <w:t>сисний</w:t>
            </w:r>
          </w:p>
        </w:tc>
        <w:tc>
          <w:tcPr>
            <w:tcW w:w="1056" w:type="dxa"/>
            <w:tcBorders>
              <w:top w:val="single" w:sz="4" w:space="0" w:color="auto"/>
              <w:left w:val="single" w:sz="4" w:space="0" w:color="auto"/>
              <w:bottom w:val="single" w:sz="4" w:space="0" w:color="auto"/>
              <w:right w:val="single" w:sz="4" w:space="0" w:color="auto"/>
            </w:tcBorders>
          </w:tcPr>
          <w:p w14:paraId="73C0A5E5" w14:textId="77777777" w:rsidR="007003AD" w:rsidRDefault="00000000" w:rsidP="00BF5696">
            <w:r>
              <w:t>колонії</w:t>
            </w:r>
          </w:p>
        </w:tc>
      </w:tr>
      <w:tr w:rsidR="007003AD" w14:paraId="2229A036" w14:textId="77777777" w:rsidTr="00BF5696">
        <w:tc>
          <w:tcPr>
            <w:tcW w:w="1023" w:type="dxa"/>
            <w:tcBorders>
              <w:top w:val="single" w:sz="4" w:space="0" w:color="auto"/>
              <w:left w:val="single" w:sz="4" w:space="0" w:color="auto"/>
              <w:bottom w:val="single" w:sz="4" w:space="0" w:color="auto"/>
              <w:right w:val="single" w:sz="4" w:space="0" w:color="auto"/>
            </w:tcBorders>
          </w:tcPr>
          <w:p w14:paraId="37B59667" w14:textId="77777777" w:rsidR="007003AD" w:rsidRDefault="00000000" w:rsidP="00BF5696">
            <w:r>
              <w:t>Весняна капустяна муха</w:t>
            </w:r>
          </w:p>
        </w:tc>
        <w:tc>
          <w:tcPr>
            <w:tcW w:w="1462" w:type="dxa"/>
            <w:tcBorders>
              <w:top w:val="single" w:sz="4" w:space="0" w:color="auto"/>
              <w:left w:val="single" w:sz="4" w:space="0" w:color="auto"/>
              <w:bottom w:val="single" w:sz="4" w:space="0" w:color="auto"/>
              <w:right w:val="single" w:sz="4" w:space="0" w:color="auto"/>
            </w:tcBorders>
          </w:tcPr>
          <w:p w14:paraId="4C57C396" w14:textId="77777777" w:rsidR="007003AD" w:rsidRDefault="00000000" w:rsidP="00BF5696">
            <w:r>
              <w:t>Двокрилі, Квіткові мухи</w:t>
            </w:r>
          </w:p>
        </w:tc>
        <w:tc>
          <w:tcPr>
            <w:tcW w:w="667" w:type="dxa"/>
            <w:tcBorders>
              <w:top w:val="single" w:sz="4" w:space="0" w:color="auto"/>
              <w:left w:val="single" w:sz="4" w:space="0" w:color="auto"/>
              <w:bottom w:val="single" w:sz="4" w:space="0" w:color="auto"/>
              <w:right w:val="single" w:sz="4" w:space="0" w:color="auto"/>
            </w:tcBorders>
          </w:tcPr>
          <w:p w14:paraId="5DF726FC" w14:textId="77777777" w:rsidR="007003AD" w:rsidRDefault="00000000" w:rsidP="00BF5696">
            <w:r>
              <w:t>6–7 мм</w:t>
            </w:r>
          </w:p>
        </w:tc>
        <w:tc>
          <w:tcPr>
            <w:tcW w:w="1074" w:type="dxa"/>
            <w:tcBorders>
              <w:top w:val="single" w:sz="4" w:space="0" w:color="auto"/>
              <w:left w:val="single" w:sz="4" w:space="0" w:color="auto"/>
              <w:bottom w:val="single" w:sz="4" w:space="0" w:color="auto"/>
              <w:right w:val="single" w:sz="4" w:space="0" w:color="auto"/>
            </w:tcBorders>
          </w:tcPr>
          <w:p w14:paraId="6D9F750D" w14:textId="77777777" w:rsidR="007003AD" w:rsidRDefault="00000000" w:rsidP="00BF5696">
            <w:r>
              <w:t>сірі</w:t>
            </w:r>
          </w:p>
        </w:tc>
        <w:tc>
          <w:tcPr>
            <w:tcW w:w="846" w:type="dxa"/>
            <w:tcBorders>
              <w:top w:val="single" w:sz="4" w:space="0" w:color="auto"/>
              <w:left w:val="single" w:sz="4" w:space="0" w:color="auto"/>
              <w:bottom w:val="single" w:sz="4" w:space="0" w:color="auto"/>
              <w:right w:val="single" w:sz="4" w:space="0" w:color="auto"/>
            </w:tcBorders>
          </w:tcPr>
          <w:p w14:paraId="195A55F5" w14:textId="77777777" w:rsidR="007003AD" w:rsidRDefault="00000000" w:rsidP="00BF5696">
            <w:r>
              <w:t>лижучий</w:t>
            </w:r>
          </w:p>
        </w:tc>
        <w:tc>
          <w:tcPr>
            <w:tcW w:w="808" w:type="dxa"/>
            <w:tcBorders>
              <w:top w:val="single" w:sz="4" w:space="0" w:color="auto"/>
              <w:left w:val="single" w:sz="4" w:space="0" w:color="auto"/>
              <w:bottom w:val="single" w:sz="4" w:space="0" w:color="auto"/>
              <w:right w:val="single" w:sz="4" w:space="0" w:color="auto"/>
            </w:tcBorders>
          </w:tcPr>
          <w:p w14:paraId="39A05093" w14:textId="77777777" w:rsidR="007003AD" w:rsidRDefault="00000000" w:rsidP="00BF5696">
            <w:r>
              <w:t>8 мм</w:t>
            </w:r>
          </w:p>
        </w:tc>
        <w:tc>
          <w:tcPr>
            <w:tcW w:w="1074" w:type="dxa"/>
            <w:tcBorders>
              <w:top w:val="single" w:sz="4" w:space="0" w:color="auto"/>
              <w:left w:val="single" w:sz="4" w:space="0" w:color="auto"/>
              <w:bottom w:val="single" w:sz="4" w:space="0" w:color="auto"/>
              <w:right w:val="single" w:sz="4" w:space="0" w:color="auto"/>
            </w:tcBorders>
          </w:tcPr>
          <w:p w14:paraId="563FF68F" w14:textId="77777777" w:rsidR="007003AD" w:rsidRDefault="00000000" w:rsidP="00BF5696">
            <w:r>
              <w:t>білі</w:t>
            </w:r>
          </w:p>
        </w:tc>
        <w:tc>
          <w:tcPr>
            <w:tcW w:w="846" w:type="dxa"/>
            <w:tcBorders>
              <w:top w:val="single" w:sz="4" w:space="0" w:color="auto"/>
              <w:left w:val="single" w:sz="4" w:space="0" w:color="auto"/>
              <w:bottom w:val="single" w:sz="4" w:space="0" w:color="auto"/>
              <w:right w:val="single" w:sz="4" w:space="0" w:color="auto"/>
            </w:tcBorders>
          </w:tcPr>
          <w:p w14:paraId="6EE2C003" w14:textId="77777777" w:rsidR="007003AD" w:rsidRDefault="00000000" w:rsidP="00BF5696">
            <w:r>
              <w:t>гризучий</w:t>
            </w:r>
          </w:p>
        </w:tc>
        <w:tc>
          <w:tcPr>
            <w:tcW w:w="1056" w:type="dxa"/>
            <w:tcBorders>
              <w:top w:val="single" w:sz="4" w:space="0" w:color="auto"/>
              <w:left w:val="single" w:sz="4" w:space="0" w:color="auto"/>
              <w:bottom w:val="single" w:sz="4" w:space="0" w:color="auto"/>
              <w:right w:val="single" w:sz="4" w:space="0" w:color="auto"/>
            </w:tcBorders>
          </w:tcPr>
          <w:p w14:paraId="0BED1ACB" w14:textId="77777777" w:rsidR="007003AD" w:rsidRDefault="00000000" w:rsidP="00BF5696">
            <w:r>
              <w:t>безнога личинка</w:t>
            </w:r>
          </w:p>
        </w:tc>
      </w:tr>
      <w:tr w:rsidR="007003AD" w14:paraId="35E4C26D" w14:textId="77777777" w:rsidTr="00BF5696">
        <w:trPr>
          <w:trHeight w:val="795"/>
        </w:trPr>
        <w:tc>
          <w:tcPr>
            <w:tcW w:w="1023" w:type="dxa"/>
            <w:tcBorders>
              <w:top w:val="single" w:sz="4" w:space="0" w:color="auto"/>
              <w:left w:val="single" w:sz="4" w:space="0" w:color="auto"/>
              <w:bottom w:val="single" w:sz="4" w:space="0" w:color="auto"/>
              <w:right w:val="single" w:sz="4" w:space="0" w:color="auto"/>
            </w:tcBorders>
          </w:tcPr>
          <w:p w14:paraId="31F3EF84" w14:textId="3A8C276F" w:rsidR="007003AD" w:rsidRDefault="00000000" w:rsidP="00BF5696">
            <w:r>
              <w:lastRenderedPageBreak/>
              <w:t>Літня капустя</w:t>
            </w:r>
          </w:p>
        </w:tc>
        <w:tc>
          <w:tcPr>
            <w:tcW w:w="1462" w:type="dxa"/>
            <w:tcBorders>
              <w:top w:val="single" w:sz="4" w:space="0" w:color="auto"/>
              <w:left w:val="single" w:sz="4" w:space="0" w:color="auto"/>
              <w:bottom w:val="single" w:sz="4" w:space="0" w:color="auto"/>
              <w:right w:val="single" w:sz="4" w:space="0" w:color="auto"/>
            </w:tcBorders>
          </w:tcPr>
          <w:p w14:paraId="763861C2" w14:textId="77777777" w:rsidR="007003AD" w:rsidRDefault="00000000" w:rsidP="00BF5696">
            <w:r>
              <w:t>Двокрилі</w:t>
            </w:r>
          </w:p>
        </w:tc>
        <w:tc>
          <w:tcPr>
            <w:tcW w:w="667" w:type="dxa"/>
            <w:tcBorders>
              <w:top w:val="single" w:sz="4" w:space="0" w:color="auto"/>
              <w:left w:val="single" w:sz="4" w:space="0" w:color="auto"/>
              <w:bottom w:val="single" w:sz="4" w:space="0" w:color="auto"/>
              <w:right w:val="single" w:sz="4" w:space="0" w:color="auto"/>
            </w:tcBorders>
          </w:tcPr>
          <w:p w14:paraId="6C0B4244" w14:textId="77777777" w:rsidR="007003AD" w:rsidRDefault="00000000" w:rsidP="00BF5696">
            <w:r>
              <w:t>7–8 мм</w:t>
            </w:r>
          </w:p>
        </w:tc>
        <w:tc>
          <w:tcPr>
            <w:tcW w:w="1074" w:type="dxa"/>
            <w:tcBorders>
              <w:top w:val="single" w:sz="4" w:space="0" w:color="auto"/>
              <w:left w:val="single" w:sz="4" w:space="0" w:color="auto"/>
              <w:bottom w:val="single" w:sz="4" w:space="0" w:color="auto"/>
              <w:right w:val="single" w:sz="4" w:space="0" w:color="auto"/>
            </w:tcBorders>
          </w:tcPr>
          <w:p w14:paraId="06FA0F09" w14:textId="77777777" w:rsidR="007003AD" w:rsidRDefault="00000000" w:rsidP="00BF5696">
            <w:r>
              <w:t>сірі</w:t>
            </w:r>
          </w:p>
        </w:tc>
        <w:tc>
          <w:tcPr>
            <w:tcW w:w="846" w:type="dxa"/>
            <w:tcBorders>
              <w:top w:val="single" w:sz="4" w:space="0" w:color="auto"/>
              <w:left w:val="single" w:sz="4" w:space="0" w:color="auto"/>
              <w:bottom w:val="single" w:sz="4" w:space="0" w:color="auto"/>
              <w:right w:val="single" w:sz="4" w:space="0" w:color="auto"/>
            </w:tcBorders>
          </w:tcPr>
          <w:p w14:paraId="421F8823" w14:textId="77777777" w:rsidR="007003AD" w:rsidRDefault="00000000" w:rsidP="00BF5696">
            <w:r>
              <w:t>лижучий</w:t>
            </w:r>
          </w:p>
        </w:tc>
        <w:tc>
          <w:tcPr>
            <w:tcW w:w="808" w:type="dxa"/>
            <w:tcBorders>
              <w:top w:val="single" w:sz="4" w:space="0" w:color="auto"/>
              <w:left w:val="single" w:sz="4" w:space="0" w:color="auto"/>
              <w:bottom w:val="single" w:sz="4" w:space="0" w:color="auto"/>
              <w:right w:val="single" w:sz="4" w:space="0" w:color="auto"/>
            </w:tcBorders>
          </w:tcPr>
          <w:p w14:paraId="4EB68593" w14:textId="77777777" w:rsidR="007003AD" w:rsidRDefault="00000000" w:rsidP="00BF5696">
            <w:r>
              <w:t>8 мм</w:t>
            </w:r>
          </w:p>
        </w:tc>
        <w:tc>
          <w:tcPr>
            <w:tcW w:w="1074" w:type="dxa"/>
            <w:tcBorders>
              <w:top w:val="single" w:sz="4" w:space="0" w:color="auto"/>
              <w:left w:val="single" w:sz="4" w:space="0" w:color="auto"/>
              <w:bottom w:val="single" w:sz="4" w:space="0" w:color="auto"/>
              <w:right w:val="single" w:sz="4" w:space="0" w:color="auto"/>
            </w:tcBorders>
          </w:tcPr>
          <w:p w14:paraId="4B2F3098" w14:textId="77777777" w:rsidR="007003AD" w:rsidRDefault="00000000" w:rsidP="00BF5696">
            <w:r>
              <w:t>білі</w:t>
            </w:r>
          </w:p>
        </w:tc>
        <w:tc>
          <w:tcPr>
            <w:tcW w:w="846" w:type="dxa"/>
            <w:tcBorders>
              <w:top w:val="single" w:sz="4" w:space="0" w:color="auto"/>
              <w:left w:val="single" w:sz="4" w:space="0" w:color="auto"/>
              <w:bottom w:val="single" w:sz="4" w:space="0" w:color="auto"/>
              <w:right w:val="single" w:sz="4" w:space="0" w:color="auto"/>
            </w:tcBorders>
          </w:tcPr>
          <w:p w14:paraId="6C68090A" w14:textId="77777777" w:rsidR="007003AD" w:rsidRDefault="00000000" w:rsidP="00BF5696">
            <w:r>
              <w:t>гризучий</w:t>
            </w:r>
          </w:p>
        </w:tc>
        <w:tc>
          <w:tcPr>
            <w:tcW w:w="1056" w:type="dxa"/>
            <w:tcBorders>
              <w:top w:val="single" w:sz="4" w:space="0" w:color="auto"/>
              <w:left w:val="single" w:sz="4" w:space="0" w:color="auto"/>
              <w:bottom w:val="single" w:sz="4" w:space="0" w:color="auto"/>
              <w:right w:val="single" w:sz="4" w:space="0" w:color="auto"/>
            </w:tcBorders>
          </w:tcPr>
          <w:p w14:paraId="6E2FABF5" w14:textId="77777777" w:rsidR="007003AD" w:rsidRDefault="00000000" w:rsidP="00BF5696">
            <w:r>
              <w:t>личинка без ніг</w:t>
            </w:r>
          </w:p>
        </w:tc>
      </w:tr>
      <w:tr w:rsidR="00BF5696" w14:paraId="20A67399" w14:textId="77777777" w:rsidTr="00BF5696">
        <w:tc>
          <w:tcPr>
            <w:tcW w:w="1023" w:type="dxa"/>
            <w:tcBorders>
              <w:top w:val="single" w:sz="4" w:space="0" w:color="auto"/>
              <w:left w:val="single" w:sz="4" w:space="0" w:color="auto"/>
              <w:bottom w:val="single" w:sz="4" w:space="0" w:color="auto"/>
              <w:right w:val="single" w:sz="4" w:space="0" w:color="auto"/>
            </w:tcBorders>
          </w:tcPr>
          <w:p w14:paraId="18A89987" w14:textId="77777777" w:rsidR="00BF5696" w:rsidRDefault="00BF5696" w:rsidP="00BF5696">
            <w:r>
              <w:t>на муха</w:t>
            </w:r>
          </w:p>
        </w:tc>
        <w:tc>
          <w:tcPr>
            <w:tcW w:w="1462" w:type="dxa"/>
            <w:tcBorders>
              <w:top w:val="single" w:sz="4" w:space="0" w:color="auto"/>
              <w:left w:val="single" w:sz="4" w:space="0" w:color="auto"/>
              <w:bottom w:val="single" w:sz="4" w:space="0" w:color="auto"/>
              <w:right w:val="single" w:sz="4" w:space="0" w:color="auto"/>
            </w:tcBorders>
          </w:tcPr>
          <w:p w14:paraId="1716A1B8" w14:textId="77777777" w:rsidR="00BF5696" w:rsidRDefault="00BF5696" w:rsidP="00BF5696"/>
        </w:tc>
        <w:tc>
          <w:tcPr>
            <w:tcW w:w="667" w:type="dxa"/>
            <w:tcBorders>
              <w:top w:val="single" w:sz="4" w:space="0" w:color="auto"/>
              <w:left w:val="single" w:sz="4" w:space="0" w:color="auto"/>
              <w:bottom w:val="single" w:sz="4" w:space="0" w:color="auto"/>
              <w:right w:val="single" w:sz="4" w:space="0" w:color="auto"/>
            </w:tcBorders>
          </w:tcPr>
          <w:p w14:paraId="5A46C2DE" w14:textId="77777777" w:rsidR="00BF5696" w:rsidRDefault="00BF5696" w:rsidP="00BF5696"/>
        </w:tc>
        <w:tc>
          <w:tcPr>
            <w:tcW w:w="1074" w:type="dxa"/>
            <w:tcBorders>
              <w:top w:val="single" w:sz="4" w:space="0" w:color="auto"/>
              <w:left w:val="single" w:sz="4" w:space="0" w:color="auto"/>
              <w:bottom w:val="single" w:sz="4" w:space="0" w:color="auto"/>
              <w:right w:val="single" w:sz="4" w:space="0" w:color="auto"/>
            </w:tcBorders>
          </w:tcPr>
          <w:p w14:paraId="67AEB33C" w14:textId="77777777" w:rsidR="00BF5696" w:rsidRDefault="00BF5696" w:rsidP="00BF5696"/>
        </w:tc>
        <w:tc>
          <w:tcPr>
            <w:tcW w:w="846" w:type="dxa"/>
            <w:tcBorders>
              <w:top w:val="single" w:sz="4" w:space="0" w:color="auto"/>
              <w:left w:val="single" w:sz="4" w:space="0" w:color="auto"/>
              <w:bottom w:val="single" w:sz="4" w:space="0" w:color="auto"/>
              <w:right w:val="single" w:sz="4" w:space="0" w:color="auto"/>
            </w:tcBorders>
          </w:tcPr>
          <w:p w14:paraId="341EF6EA" w14:textId="77777777" w:rsidR="00BF5696" w:rsidRDefault="00BF5696" w:rsidP="00BF5696"/>
        </w:tc>
        <w:tc>
          <w:tcPr>
            <w:tcW w:w="808" w:type="dxa"/>
            <w:tcBorders>
              <w:top w:val="single" w:sz="4" w:space="0" w:color="auto"/>
              <w:left w:val="single" w:sz="4" w:space="0" w:color="auto"/>
              <w:bottom w:val="single" w:sz="4" w:space="0" w:color="auto"/>
              <w:right w:val="single" w:sz="4" w:space="0" w:color="auto"/>
            </w:tcBorders>
          </w:tcPr>
          <w:p w14:paraId="22F33AFD" w14:textId="77777777" w:rsidR="00BF5696" w:rsidRDefault="00BF5696" w:rsidP="00BF5696"/>
        </w:tc>
        <w:tc>
          <w:tcPr>
            <w:tcW w:w="1074" w:type="dxa"/>
            <w:tcBorders>
              <w:top w:val="single" w:sz="4" w:space="0" w:color="auto"/>
              <w:left w:val="single" w:sz="4" w:space="0" w:color="auto"/>
              <w:bottom w:val="single" w:sz="4" w:space="0" w:color="auto"/>
              <w:right w:val="single" w:sz="4" w:space="0" w:color="auto"/>
            </w:tcBorders>
          </w:tcPr>
          <w:p w14:paraId="682AB66D" w14:textId="77777777" w:rsidR="00BF5696" w:rsidRDefault="00BF5696" w:rsidP="00BF5696"/>
        </w:tc>
        <w:tc>
          <w:tcPr>
            <w:tcW w:w="846" w:type="dxa"/>
            <w:tcBorders>
              <w:top w:val="single" w:sz="4" w:space="0" w:color="auto"/>
              <w:left w:val="single" w:sz="4" w:space="0" w:color="auto"/>
              <w:bottom w:val="single" w:sz="4" w:space="0" w:color="auto"/>
              <w:right w:val="single" w:sz="4" w:space="0" w:color="auto"/>
            </w:tcBorders>
          </w:tcPr>
          <w:p w14:paraId="49A56E7B" w14:textId="77777777" w:rsidR="00BF5696" w:rsidRDefault="00BF5696" w:rsidP="00BF5696"/>
        </w:tc>
        <w:tc>
          <w:tcPr>
            <w:tcW w:w="1056" w:type="dxa"/>
            <w:tcBorders>
              <w:top w:val="single" w:sz="4" w:space="0" w:color="auto"/>
              <w:left w:val="single" w:sz="4" w:space="0" w:color="auto"/>
              <w:bottom w:val="single" w:sz="4" w:space="0" w:color="auto"/>
              <w:right w:val="single" w:sz="4" w:space="0" w:color="auto"/>
            </w:tcBorders>
          </w:tcPr>
          <w:p w14:paraId="6A8C3A53" w14:textId="77777777" w:rsidR="00BF5696" w:rsidRDefault="00BF5696" w:rsidP="00BF5696"/>
        </w:tc>
      </w:tr>
      <w:tr w:rsidR="007003AD" w14:paraId="78337880" w14:textId="77777777" w:rsidTr="00BF5696">
        <w:tc>
          <w:tcPr>
            <w:tcW w:w="1023" w:type="dxa"/>
            <w:tcBorders>
              <w:top w:val="single" w:sz="4" w:space="0" w:color="auto"/>
              <w:left w:val="single" w:sz="4" w:space="0" w:color="auto"/>
              <w:bottom w:val="single" w:sz="4" w:space="0" w:color="auto"/>
              <w:right w:val="single" w:sz="4" w:space="0" w:color="auto"/>
            </w:tcBorders>
          </w:tcPr>
          <w:p w14:paraId="2403A325" w14:textId="77777777" w:rsidR="007003AD" w:rsidRDefault="00000000" w:rsidP="00BF5696">
            <w:r>
              <w:t>Цибулева муха</w:t>
            </w:r>
          </w:p>
        </w:tc>
        <w:tc>
          <w:tcPr>
            <w:tcW w:w="1462" w:type="dxa"/>
            <w:tcBorders>
              <w:top w:val="single" w:sz="4" w:space="0" w:color="auto"/>
              <w:left w:val="single" w:sz="4" w:space="0" w:color="auto"/>
              <w:bottom w:val="single" w:sz="4" w:space="0" w:color="auto"/>
              <w:right w:val="single" w:sz="4" w:space="0" w:color="auto"/>
            </w:tcBorders>
          </w:tcPr>
          <w:p w14:paraId="3A968A39" w14:textId="77777777" w:rsidR="007003AD" w:rsidRDefault="00000000" w:rsidP="00BF5696">
            <w:r>
              <w:t>Двокрилі</w:t>
            </w:r>
          </w:p>
        </w:tc>
        <w:tc>
          <w:tcPr>
            <w:tcW w:w="667" w:type="dxa"/>
            <w:tcBorders>
              <w:top w:val="single" w:sz="4" w:space="0" w:color="auto"/>
              <w:left w:val="single" w:sz="4" w:space="0" w:color="auto"/>
              <w:bottom w:val="single" w:sz="4" w:space="0" w:color="auto"/>
              <w:right w:val="single" w:sz="4" w:space="0" w:color="auto"/>
            </w:tcBorders>
          </w:tcPr>
          <w:p w14:paraId="3C4186FF" w14:textId="77777777" w:rsidR="007003AD" w:rsidRDefault="00000000" w:rsidP="00BF5696">
            <w:r>
              <w:t>6–7 мм</w:t>
            </w:r>
          </w:p>
        </w:tc>
        <w:tc>
          <w:tcPr>
            <w:tcW w:w="1074" w:type="dxa"/>
            <w:tcBorders>
              <w:top w:val="single" w:sz="4" w:space="0" w:color="auto"/>
              <w:left w:val="single" w:sz="4" w:space="0" w:color="auto"/>
              <w:bottom w:val="single" w:sz="4" w:space="0" w:color="auto"/>
              <w:right w:val="single" w:sz="4" w:space="0" w:color="auto"/>
            </w:tcBorders>
          </w:tcPr>
          <w:p w14:paraId="38E4B9C2" w14:textId="77777777" w:rsidR="007003AD" w:rsidRDefault="00000000" w:rsidP="00BF5696">
            <w:r>
              <w:t>сірі</w:t>
            </w:r>
          </w:p>
        </w:tc>
        <w:tc>
          <w:tcPr>
            <w:tcW w:w="846" w:type="dxa"/>
            <w:tcBorders>
              <w:top w:val="single" w:sz="4" w:space="0" w:color="auto"/>
              <w:left w:val="single" w:sz="4" w:space="0" w:color="auto"/>
              <w:bottom w:val="single" w:sz="4" w:space="0" w:color="auto"/>
              <w:right w:val="single" w:sz="4" w:space="0" w:color="auto"/>
            </w:tcBorders>
          </w:tcPr>
          <w:p w14:paraId="39B70824" w14:textId="77777777" w:rsidR="007003AD" w:rsidRDefault="00000000" w:rsidP="00BF5696">
            <w:r>
              <w:t>лижучий</w:t>
            </w:r>
          </w:p>
        </w:tc>
        <w:tc>
          <w:tcPr>
            <w:tcW w:w="808" w:type="dxa"/>
            <w:tcBorders>
              <w:top w:val="single" w:sz="4" w:space="0" w:color="auto"/>
              <w:left w:val="single" w:sz="4" w:space="0" w:color="auto"/>
              <w:bottom w:val="single" w:sz="4" w:space="0" w:color="auto"/>
              <w:right w:val="single" w:sz="4" w:space="0" w:color="auto"/>
            </w:tcBorders>
          </w:tcPr>
          <w:p w14:paraId="3DC01D8D" w14:textId="77777777" w:rsidR="007003AD" w:rsidRDefault="00000000" w:rsidP="00BF5696">
            <w:r>
              <w:t>10 мм</w:t>
            </w:r>
          </w:p>
        </w:tc>
        <w:tc>
          <w:tcPr>
            <w:tcW w:w="1074" w:type="dxa"/>
            <w:tcBorders>
              <w:top w:val="single" w:sz="4" w:space="0" w:color="auto"/>
              <w:left w:val="single" w:sz="4" w:space="0" w:color="auto"/>
              <w:bottom w:val="single" w:sz="4" w:space="0" w:color="auto"/>
              <w:right w:val="single" w:sz="4" w:space="0" w:color="auto"/>
            </w:tcBorders>
          </w:tcPr>
          <w:p w14:paraId="0E3A8736" w14:textId="77777777" w:rsidR="007003AD" w:rsidRDefault="00000000" w:rsidP="00BF5696">
            <w:r>
              <w:t>біла</w:t>
            </w:r>
          </w:p>
        </w:tc>
        <w:tc>
          <w:tcPr>
            <w:tcW w:w="846" w:type="dxa"/>
            <w:tcBorders>
              <w:top w:val="single" w:sz="4" w:space="0" w:color="auto"/>
              <w:left w:val="single" w:sz="4" w:space="0" w:color="auto"/>
              <w:bottom w:val="single" w:sz="4" w:space="0" w:color="auto"/>
              <w:right w:val="single" w:sz="4" w:space="0" w:color="auto"/>
            </w:tcBorders>
          </w:tcPr>
          <w:p w14:paraId="7661E60D" w14:textId="77777777" w:rsidR="007003AD" w:rsidRDefault="00000000" w:rsidP="00BF5696">
            <w:r>
              <w:t>гризучий</w:t>
            </w:r>
          </w:p>
        </w:tc>
        <w:tc>
          <w:tcPr>
            <w:tcW w:w="1056" w:type="dxa"/>
            <w:tcBorders>
              <w:top w:val="single" w:sz="4" w:space="0" w:color="auto"/>
              <w:left w:val="single" w:sz="4" w:space="0" w:color="auto"/>
              <w:bottom w:val="single" w:sz="4" w:space="0" w:color="auto"/>
              <w:right w:val="single" w:sz="4" w:space="0" w:color="auto"/>
            </w:tcBorders>
          </w:tcPr>
          <w:p w14:paraId="24C36CD9" w14:textId="77777777" w:rsidR="007003AD" w:rsidRDefault="00000000" w:rsidP="00BF5696">
            <w:r>
              <w:t>личинка в цибулині</w:t>
            </w:r>
          </w:p>
        </w:tc>
      </w:tr>
      <w:tr w:rsidR="007003AD" w14:paraId="4D02402E" w14:textId="77777777" w:rsidTr="00BF5696">
        <w:tc>
          <w:tcPr>
            <w:tcW w:w="1023" w:type="dxa"/>
            <w:tcBorders>
              <w:top w:val="single" w:sz="4" w:space="0" w:color="auto"/>
              <w:left w:val="single" w:sz="4" w:space="0" w:color="auto"/>
              <w:bottom w:val="single" w:sz="4" w:space="0" w:color="auto"/>
              <w:right w:val="single" w:sz="4" w:space="0" w:color="auto"/>
            </w:tcBorders>
          </w:tcPr>
          <w:p w14:paraId="69A2C520" w14:textId="77777777" w:rsidR="007003AD" w:rsidRDefault="00000000" w:rsidP="00BF5696">
            <w:r>
              <w:t>Моркв’яна муха</w:t>
            </w:r>
          </w:p>
        </w:tc>
        <w:tc>
          <w:tcPr>
            <w:tcW w:w="1462" w:type="dxa"/>
            <w:tcBorders>
              <w:top w:val="single" w:sz="4" w:space="0" w:color="auto"/>
              <w:left w:val="single" w:sz="4" w:space="0" w:color="auto"/>
              <w:bottom w:val="single" w:sz="4" w:space="0" w:color="auto"/>
              <w:right w:val="single" w:sz="4" w:space="0" w:color="auto"/>
            </w:tcBorders>
          </w:tcPr>
          <w:p w14:paraId="24715BEE" w14:textId="77777777" w:rsidR="007003AD" w:rsidRDefault="00000000" w:rsidP="00BF5696">
            <w:r>
              <w:t>Двокрилі</w:t>
            </w:r>
          </w:p>
        </w:tc>
        <w:tc>
          <w:tcPr>
            <w:tcW w:w="667" w:type="dxa"/>
            <w:tcBorders>
              <w:top w:val="single" w:sz="4" w:space="0" w:color="auto"/>
              <w:left w:val="single" w:sz="4" w:space="0" w:color="auto"/>
              <w:bottom w:val="single" w:sz="4" w:space="0" w:color="auto"/>
              <w:right w:val="single" w:sz="4" w:space="0" w:color="auto"/>
            </w:tcBorders>
          </w:tcPr>
          <w:p w14:paraId="2BE0843E" w14:textId="77777777" w:rsidR="007003AD" w:rsidRDefault="00000000" w:rsidP="00BF5696">
            <w:r>
              <w:t>4–5 мм</w:t>
            </w:r>
          </w:p>
        </w:tc>
        <w:tc>
          <w:tcPr>
            <w:tcW w:w="1074" w:type="dxa"/>
            <w:tcBorders>
              <w:top w:val="single" w:sz="4" w:space="0" w:color="auto"/>
              <w:left w:val="single" w:sz="4" w:space="0" w:color="auto"/>
              <w:bottom w:val="single" w:sz="4" w:space="0" w:color="auto"/>
              <w:right w:val="single" w:sz="4" w:space="0" w:color="auto"/>
            </w:tcBorders>
          </w:tcPr>
          <w:p w14:paraId="5F3DFCA3" w14:textId="77777777" w:rsidR="007003AD" w:rsidRDefault="00000000" w:rsidP="00BF5696">
            <w:r>
              <w:t>чорна блискуча</w:t>
            </w:r>
          </w:p>
        </w:tc>
        <w:tc>
          <w:tcPr>
            <w:tcW w:w="846" w:type="dxa"/>
            <w:tcBorders>
              <w:top w:val="single" w:sz="4" w:space="0" w:color="auto"/>
              <w:left w:val="single" w:sz="4" w:space="0" w:color="auto"/>
              <w:bottom w:val="single" w:sz="4" w:space="0" w:color="auto"/>
              <w:right w:val="single" w:sz="4" w:space="0" w:color="auto"/>
            </w:tcBorders>
          </w:tcPr>
          <w:p w14:paraId="6811E94E" w14:textId="77777777" w:rsidR="007003AD" w:rsidRDefault="00000000" w:rsidP="00BF5696">
            <w:r>
              <w:t>лижучий</w:t>
            </w:r>
          </w:p>
        </w:tc>
        <w:tc>
          <w:tcPr>
            <w:tcW w:w="808" w:type="dxa"/>
            <w:tcBorders>
              <w:top w:val="single" w:sz="4" w:space="0" w:color="auto"/>
              <w:left w:val="single" w:sz="4" w:space="0" w:color="auto"/>
              <w:bottom w:val="single" w:sz="4" w:space="0" w:color="auto"/>
              <w:right w:val="single" w:sz="4" w:space="0" w:color="auto"/>
            </w:tcBorders>
          </w:tcPr>
          <w:p w14:paraId="12304B5A" w14:textId="77777777" w:rsidR="007003AD" w:rsidRDefault="00000000" w:rsidP="00BF5696">
            <w:r>
              <w:t>7 мм</w:t>
            </w:r>
          </w:p>
        </w:tc>
        <w:tc>
          <w:tcPr>
            <w:tcW w:w="1074" w:type="dxa"/>
            <w:tcBorders>
              <w:top w:val="single" w:sz="4" w:space="0" w:color="auto"/>
              <w:left w:val="single" w:sz="4" w:space="0" w:color="auto"/>
              <w:bottom w:val="single" w:sz="4" w:space="0" w:color="auto"/>
              <w:right w:val="single" w:sz="4" w:space="0" w:color="auto"/>
            </w:tcBorders>
          </w:tcPr>
          <w:p w14:paraId="61C77264" w14:textId="77777777" w:rsidR="007003AD" w:rsidRDefault="00000000" w:rsidP="00BF5696">
            <w:r>
              <w:t>жовтувата</w:t>
            </w:r>
          </w:p>
        </w:tc>
        <w:tc>
          <w:tcPr>
            <w:tcW w:w="846" w:type="dxa"/>
            <w:tcBorders>
              <w:top w:val="single" w:sz="4" w:space="0" w:color="auto"/>
              <w:left w:val="single" w:sz="4" w:space="0" w:color="auto"/>
              <w:bottom w:val="single" w:sz="4" w:space="0" w:color="auto"/>
              <w:right w:val="single" w:sz="4" w:space="0" w:color="auto"/>
            </w:tcBorders>
          </w:tcPr>
          <w:p w14:paraId="3B7C5719" w14:textId="77777777" w:rsidR="007003AD" w:rsidRDefault="00000000" w:rsidP="00BF5696">
            <w:r>
              <w:t>гризучий</w:t>
            </w:r>
          </w:p>
        </w:tc>
        <w:tc>
          <w:tcPr>
            <w:tcW w:w="1056" w:type="dxa"/>
            <w:tcBorders>
              <w:top w:val="single" w:sz="4" w:space="0" w:color="auto"/>
              <w:left w:val="single" w:sz="4" w:space="0" w:color="auto"/>
              <w:bottom w:val="single" w:sz="4" w:space="0" w:color="auto"/>
              <w:right w:val="single" w:sz="4" w:space="0" w:color="auto"/>
            </w:tcBorders>
          </w:tcPr>
          <w:p w14:paraId="2C261BB9" w14:textId="77777777" w:rsidR="007003AD" w:rsidRDefault="00000000" w:rsidP="00BF5696">
            <w:r>
              <w:t>личинка в коренеплоді</w:t>
            </w:r>
          </w:p>
        </w:tc>
      </w:tr>
      <w:tr w:rsidR="00BF5696" w14:paraId="6742E204" w14:textId="77777777" w:rsidTr="00BF5696">
        <w:tblPrEx>
          <w:tblBorders>
            <w:top w:val="single" w:sz="4" w:space="0" w:color="auto"/>
          </w:tblBorders>
          <w:tblLook w:val="0000" w:firstRow="0" w:lastRow="0" w:firstColumn="0" w:lastColumn="0" w:noHBand="0" w:noVBand="0"/>
        </w:tblPrEx>
        <w:trPr>
          <w:trHeight w:val="100"/>
        </w:trPr>
        <w:tc>
          <w:tcPr>
            <w:tcW w:w="8856" w:type="dxa"/>
            <w:gridSpan w:val="9"/>
            <w:tcBorders>
              <w:top w:val="single" w:sz="4" w:space="0" w:color="auto"/>
            </w:tcBorders>
          </w:tcPr>
          <w:p w14:paraId="2C4ED4B5" w14:textId="77777777" w:rsidR="00BF5696" w:rsidRDefault="00BF5696" w:rsidP="00BF5696">
            <w:pPr>
              <w:pStyle w:val="21"/>
            </w:pPr>
          </w:p>
        </w:tc>
      </w:tr>
    </w:tbl>
    <w:p w14:paraId="6A64F27C" w14:textId="77777777" w:rsidR="007003AD" w:rsidRDefault="00000000">
      <w:pPr>
        <w:pStyle w:val="21"/>
      </w:pPr>
      <w:r>
        <w:t>Завдання 2. Пошкодження та розвиток</w:t>
      </w:r>
    </w:p>
    <w:tbl>
      <w:tblPr>
        <w:tblW w:w="0" w:type="auto"/>
        <w:tblLook w:val="04A0" w:firstRow="1" w:lastRow="0" w:firstColumn="1" w:lastColumn="0" w:noHBand="0" w:noVBand="1"/>
      </w:tblPr>
      <w:tblGrid>
        <w:gridCol w:w="1125"/>
        <w:gridCol w:w="959"/>
        <w:gridCol w:w="1270"/>
        <w:gridCol w:w="71"/>
        <w:gridCol w:w="348"/>
        <w:gridCol w:w="802"/>
        <w:gridCol w:w="930"/>
        <w:gridCol w:w="1285"/>
        <w:gridCol w:w="899"/>
        <w:gridCol w:w="1167"/>
      </w:tblGrid>
      <w:tr w:rsidR="007003AD" w14:paraId="4A25BEFB" w14:textId="77777777" w:rsidTr="001A65CE">
        <w:tc>
          <w:tcPr>
            <w:tcW w:w="1131" w:type="dxa"/>
            <w:tcBorders>
              <w:top w:val="single" w:sz="4" w:space="0" w:color="auto"/>
              <w:left w:val="single" w:sz="4" w:space="0" w:color="auto"/>
              <w:bottom w:val="single" w:sz="4" w:space="0" w:color="auto"/>
              <w:right w:val="single" w:sz="4" w:space="0" w:color="auto"/>
            </w:tcBorders>
          </w:tcPr>
          <w:p w14:paraId="3DB76DB7" w14:textId="77777777" w:rsidR="007003AD" w:rsidRDefault="00000000">
            <w:r>
              <w:t>Шкідник</w:t>
            </w:r>
          </w:p>
        </w:tc>
        <w:tc>
          <w:tcPr>
            <w:tcW w:w="965" w:type="dxa"/>
            <w:tcBorders>
              <w:top w:val="single" w:sz="4" w:space="0" w:color="auto"/>
              <w:left w:val="single" w:sz="4" w:space="0" w:color="auto"/>
              <w:bottom w:val="single" w:sz="4" w:space="0" w:color="auto"/>
              <w:right w:val="single" w:sz="4" w:space="0" w:color="auto"/>
            </w:tcBorders>
          </w:tcPr>
          <w:p w14:paraId="40F8EA2F" w14:textId="77777777" w:rsidR="007003AD" w:rsidRDefault="00000000">
            <w:r>
              <w:t>Шкідлива фаза</w:t>
            </w:r>
          </w:p>
        </w:tc>
        <w:tc>
          <w:tcPr>
            <w:tcW w:w="1296" w:type="dxa"/>
            <w:gridSpan w:val="2"/>
            <w:tcBorders>
              <w:top w:val="single" w:sz="4" w:space="0" w:color="auto"/>
              <w:left w:val="single" w:sz="4" w:space="0" w:color="auto"/>
              <w:bottom w:val="single" w:sz="4" w:space="0" w:color="auto"/>
              <w:right w:val="single" w:sz="4" w:space="0" w:color="auto"/>
            </w:tcBorders>
          </w:tcPr>
          <w:p w14:paraId="283CEBB6" w14:textId="77777777" w:rsidR="007003AD" w:rsidRDefault="00000000">
            <w:r>
              <w:t>Характер пошкодження</w:t>
            </w:r>
          </w:p>
        </w:tc>
        <w:tc>
          <w:tcPr>
            <w:tcW w:w="1158" w:type="dxa"/>
            <w:gridSpan w:val="2"/>
            <w:tcBorders>
              <w:top w:val="single" w:sz="4" w:space="0" w:color="auto"/>
              <w:left w:val="single" w:sz="4" w:space="0" w:color="auto"/>
              <w:bottom w:val="single" w:sz="4" w:space="0" w:color="auto"/>
              <w:right w:val="single" w:sz="4" w:space="0" w:color="auto"/>
            </w:tcBorders>
          </w:tcPr>
          <w:p w14:paraId="442B6867" w14:textId="77777777" w:rsidR="007003AD" w:rsidRDefault="00000000">
            <w:r>
              <w:t>Період шкідливості</w:t>
            </w:r>
          </w:p>
        </w:tc>
        <w:tc>
          <w:tcPr>
            <w:tcW w:w="935" w:type="dxa"/>
            <w:tcBorders>
              <w:top w:val="single" w:sz="4" w:space="0" w:color="auto"/>
              <w:left w:val="single" w:sz="4" w:space="0" w:color="auto"/>
              <w:bottom w:val="single" w:sz="4" w:space="0" w:color="auto"/>
              <w:right w:val="single" w:sz="4" w:space="0" w:color="auto"/>
            </w:tcBorders>
          </w:tcPr>
          <w:p w14:paraId="5051159A" w14:textId="77777777" w:rsidR="007003AD" w:rsidRDefault="00000000">
            <w:r>
              <w:t>Кількість поколінь</w:t>
            </w:r>
          </w:p>
        </w:tc>
        <w:tc>
          <w:tcPr>
            <w:tcW w:w="1293" w:type="dxa"/>
            <w:tcBorders>
              <w:top w:val="single" w:sz="4" w:space="0" w:color="auto"/>
              <w:left w:val="single" w:sz="4" w:space="0" w:color="auto"/>
              <w:bottom w:val="single" w:sz="4" w:space="0" w:color="auto"/>
              <w:right w:val="single" w:sz="4" w:space="0" w:color="auto"/>
            </w:tcBorders>
          </w:tcPr>
          <w:p w14:paraId="51B69B26" w14:textId="77777777" w:rsidR="007003AD" w:rsidRDefault="00000000">
            <w:r>
              <w:t>Вид перетворення</w:t>
            </w:r>
          </w:p>
        </w:tc>
        <w:tc>
          <w:tcPr>
            <w:tcW w:w="904" w:type="dxa"/>
            <w:tcBorders>
              <w:top w:val="single" w:sz="4" w:space="0" w:color="auto"/>
              <w:left w:val="single" w:sz="4" w:space="0" w:color="auto"/>
              <w:bottom w:val="single" w:sz="4" w:space="0" w:color="auto"/>
              <w:right w:val="single" w:sz="4" w:space="0" w:color="auto"/>
            </w:tcBorders>
          </w:tcPr>
          <w:p w14:paraId="656AD15A" w14:textId="77777777" w:rsidR="007003AD" w:rsidRDefault="00000000">
            <w:r>
              <w:t>Зимуюча фаза</w:t>
            </w:r>
          </w:p>
        </w:tc>
        <w:tc>
          <w:tcPr>
            <w:tcW w:w="1174" w:type="dxa"/>
            <w:tcBorders>
              <w:top w:val="single" w:sz="4" w:space="0" w:color="auto"/>
              <w:left w:val="single" w:sz="4" w:space="0" w:color="auto"/>
              <w:bottom w:val="single" w:sz="4" w:space="0" w:color="auto"/>
              <w:right w:val="single" w:sz="4" w:space="0" w:color="auto"/>
            </w:tcBorders>
          </w:tcPr>
          <w:p w14:paraId="4DEE4DA6" w14:textId="77777777" w:rsidR="007003AD" w:rsidRDefault="00000000">
            <w:r>
              <w:t>Місце зимівлі</w:t>
            </w:r>
          </w:p>
        </w:tc>
      </w:tr>
      <w:tr w:rsidR="007003AD" w14:paraId="31E3F8DC" w14:textId="77777777" w:rsidTr="001A65CE">
        <w:tc>
          <w:tcPr>
            <w:tcW w:w="1131" w:type="dxa"/>
            <w:tcBorders>
              <w:top w:val="single" w:sz="4" w:space="0" w:color="auto"/>
              <w:left w:val="single" w:sz="4" w:space="0" w:color="auto"/>
              <w:bottom w:val="single" w:sz="4" w:space="0" w:color="auto"/>
              <w:right w:val="single" w:sz="4" w:space="0" w:color="auto"/>
            </w:tcBorders>
          </w:tcPr>
          <w:p w14:paraId="251C8FAF" w14:textId="77777777" w:rsidR="007003AD" w:rsidRDefault="00000000">
            <w:r>
              <w:t>Хрестоцвіті блішки</w:t>
            </w:r>
          </w:p>
        </w:tc>
        <w:tc>
          <w:tcPr>
            <w:tcW w:w="965" w:type="dxa"/>
            <w:tcBorders>
              <w:top w:val="single" w:sz="4" w:space="0" w:color="auto"/>
              <w:left w:val="single" w:sz="4" w:space="0" w:color="auto"/>
              <w:bottom w:val="single" w:sz="4" w:space="0" w:color="auto"/>
              <w:right w:val="single" w:sz="4" w:space="0" w:color="auto"/>
            </w:tcBorders>
          </w:tcPr>
          <w:p w14:paraId="53C0E0A6" w14:textId="77777777" w:rsidR="007003AD" w:rsidRDefault="00000000">
            <w:r>
              <w:t>імаго</w:t>
            </w:r>
          </w:p>
        </w:tc>
        <w:tc>
          <w:tcPr>
            <w:tcW w:w="1296" w:type="dxa"/>
            <w:gridSpan w:val="2"/>
            <w:tcBorders>
              <w:top w:val="single" w:sz="4" w:space="0" w:color="auto"/>
              <w:left w:val="single" w:sz="4" w:space="0" w:color="auto"/>
              <w:bottom w:val="single" w:sz="4" w:space="0" w:color="auto"/>
              <w:right w:val="single" w:sz="4" w:space="0" w:color="auto"/>
            </w:tcBorders>
          </w:tcPr>
          <w:p w14:paraId="2977235D" w14:textId="77777777" w:rsidR="007003AD" w:rsidRDefault="00000000">
            <w:r>
              <w:t>виїдають отвори в листках</w:t>
            </w:r>
          </w:p>
        </w:tc>
        <w:tc>
          <w:tcPr>
            <w:tcW w:w="1158" w:type="dxa"/>
            <w:gridSpan w:val="2"/>
            <w:tcBorders>
              <w:top w:val="single" w:sz="4" w:space="0" w:color="auto"/>
              <w:left w:val="single" w:sz="4" w:space="0" w:color="auto"/>
              <w:bottom w:val="single" w:sz="4" w:space="0" w:color="auto"/>
              <w:right w:val="single" w:sz="4" w:space="0" w:color="auto"/>
            </w:tcBorders>
          </w:tcPr>
          <w:p w14:paraId="5A945F34" w14:textId="77777777" w:rsidR="007003AD" w:rsidRDefault="00000000">
            <w:r>
              <w:t>весна</w:t>
            </w:r>
          </w:p>
        </w:tc>
        <w:tc>
          <w:tcPr>
            <w:tcW w:w="935" w:type="dxa"/>
            <w:tcBorders>
              <w:top w:val="single" w:sz="4" w:space="0" w:color="auto"/>
              <w:left w:val="single" w:sz="4" w:space="0" w:color="auto"/>
              <w:bottom w:val="single" w:sz="4" w:space="0" w:color="auto"/>
              <w:right w:val="single" w:sz="4" w:space="0" w:color="auto"/>
            </w:tcBorders>
          </w:tcPr>
          <w:p w14:paraId="0915457B" w14:textId="77777777" w:rsidR="007003AD" w:rsidRDefault="00000000">
            <w:r>
              <w:t>2–3</w:t>
            </w:r>
          </w:p>
        </w:tc>
        <w:tc>
          <w:tcPr>
            <w:tcW w:w="1293" w:type="dxa"/>
            <w:tcBorders>
              <w:top w:val="single" w:sz="4" w:space="0" w:color="auto"/>
              <w:left w:val="single" w:sz="4" w:space="0" w:color="auto"/>
              <w:bottom w:val="single" w:sz="4" w:space="0" w:color="auto"/>
              <w:right w:val="single" w:sz="4" w:space="0" w:color="auto"/>
            </w:tcBorders>
          </w:tcPr>
          <w:p w14:paraId="10172F44" w14:textId="77777777" w:rsidR="007003AD" w:rsidRDefault="00000000">
            <w:r>
              <w:t>повне</w:t>
            </w:r>
          </w:p>
        </w:tc>
        <w:tc>
          <w:tcPr>
            <w:tcW w:w="904" w:type="dxa"/>
            <w:tcBorders>
              <w:top w:val="single" w:sz="4" w:space="0" w:color="auto"/>
              <w:left w:val="single" w:sz="4" w:space="0" w:color="auto"/>
              <w:bottom w:val="single" w:sz="4" w:space="0" w:color="auto"/>
              <w:right w:val="single" w:sz="4" w:space="0" w:color="auto"/>
            </w:tcBorders>
          </w:tcPr>
          <w:p w14:paraId="647D044A" w14:textId="77777777" w:rsidR="007003AD" w:rsidRDefault="00000000">
            <w:r>
              <w:t>імаго</w:t>
            </w:r>
          </w:p>
        </w:tc>
        <w:tc>
          <w:tcPr>
            <w:tcW w:w="1174" w:type="dxa"/>
            <w:tcBorders>
              <w:top w:val="single" w:sz="4" w:space="0" w:color="auto"/>
              <w:left w:val="single" w:sz="4" w:space="0" w:color="auto"/>
              <w:bottom w:val="single" w:sz="4" w:space="0" w:color="auto"/>
              <w:right w:val="single" w:sz="4" w:space="0" w:color="auto"/>
            </w:tcBorders>
          </w:tcPr>
          <w:p w14:paraId="2B1A7AC1" w14:textId="77777777" w:rsidR="007003AD" w:rsidRDefault="00000000">
            <w:r>
              <w:t>ґрунт, рослинні рештки</w:t>
            </w:r>
          </w:p>
        </w:tc>
      </w:tr>
      <w:tr w:rsidR="007003AD" w14:paraId="066F414E" w14:textId="77777777" w:rsidTr="001A65CE">
        <w:tc>
          <w:tcPr>
            <w:tcW w:w="1131" w:type="dxa"/>
            <w:tcBorders>
              <w:top w:val="single" w:sz="4" w:space="0" w:color="auto"/>
              <w:left w:val="single" w:sz="4" w:space="0" w:color="auto"/>
              <w:bottom w:val="single" w:sz="4" w:space="0" w:color="auto"/>
              <w:right w:val="single" w:sz="4" w:space="0" w:color="auto"/>
            </w:tcBorders>
          </w:tcPr>
          <w:p w14:paraId="11CED2FC" w14:textId="77777777" w:rsidR="007003AD" w:rsidRDefault="00000000">
            <w:r>
              <w:t>Хрестоцвіті клопи</w:t>
            </w:r>
          </w:p>
        </w:tc>
        <w:tc>
          <w:tcPr>
            <w:tcW w:w="965" w:type="dxa"/>
            <w:tcBorders>
              <w:top w:val="single" w:sz="4" w:space="0" w:color="auto"/>
              <w:left w:val="single" w:sz="4" w:space="0" w:color="auto"/>
              <w:bottom w:val="single" w:sz="4" w:space="0" w:color="auto"/>
              <w:right w:val="single" w:sz="4" w:space="0" w:color="auto"/>
            </w:tcBorders>
          </w:tcPr>
          <w:p w14:paraId="4680D6D4" w14:textId="77777777" w:rsidR="007003AD" w:rsidRDefault="00000000">
            <w:r>
              <w:t>імаго і личинки</w:t>
            </w:r>
          </w:p>
        </w:tc>
        <w:tc>
          <w:tcPr>
            <w:tcW w:w="1296" w:type="dxa"/>
            <w:gridSpan w:val="2"/>
            <w:tcBorders>
              <w:top w:val="single" w:sz="4" w:space="0" w:color="auto"/>
              <w:left w:val="single" w:sz="4" w:space="0" w:color="auto"/>
              <w:bottom w:val="single" w:sz="4" w:space="0" w:color="auto"/>
              <w:right w:val="single" w:sz="4" w:space="0" w:color="auto"/>
            </w:tcBorders>
          </w:tcPr>
          <w:p w14:paraId="57BE4F37" w14:textId="77777777" w:rsidR="007003AD" w:rsidRDefault="00000000">
            <w:r>
              <w:t>висмоктують сік з листків</w:t>
            </w:r>
          </w:p>
        </w:tc>
        <w:tc>
          <w:tcPr>
            <w:tcW w:w="1158" w:type="dxa"/>
            <w:gridSpan w:val="2"/>
            <w:tcBorders>
              <w:top w:val="single" w:sz="4" w:space="0" w:color="auto"/>
              <w:left w:val="single" w:sz="4" w:space="0" w:color="auto"/>
              <w:bottom w:val="single" w:sz="4" w:space="0" w:color="auto"/>
              <w:right w:val="single" w:sz="4" w:space="0" w:color="auto"/>
            </w:tcBorders>
          </w:tcPr>
          <w:p w14:paraId="3AF1E6C5" w14:textId="77777777" w:rsidR="007003AD" w:rsidRDefault="00000000">
            <w:r>
              <w:t>весна–літо</w:t>
            </w:r>
          </w:p>
        </w:tc>
        <w:tc>
          <w:tcPr>
            <w:tcW w:w="935" w:type="dxa"/>
            <w:tcBorders>
              <w:top w:val="single" w:sz="4" w:space="0" w:color="auto"/>
              <w:left w:val="single" w:sz="4" w:space="0" w:color="auto"/>
              <w:bottom w:val="single" w:sz="4" w:space="0" w:color="auto"/>
              <w:right w:val="single" w:sz="4" w:space="0" w:color="auto"/>
            </w:tcBorders>
          </w:tcPr>
          <w:p w14:paraId="6D2EDBB8" w14:textId="77777777" w:rsidR="007003AD" w:rsidRDefault="00000000">
            <w:r>
              <w:t>1–3</w:t>
            </w:r>
          </w:p>
        </w:tc>
        <w:tc>
          <w:tcPr>
            <w:tcW w:w="1293" w:type="dxa"/>
            <w:tcBorders>
              <w:top w:val="single" w:sz="4" w:space="0" w:color="auto"/>
              <w:left w:val="single" w:sz="4" w:space="0" w:color="auto"/>
              <w:bottom w:val="single" w:sz="4" w:space="0" w:color="auto"/>
              <w:right w:val="single" w:sz="4" w:space="0" w:color="auto"/>
            </w:tcBorders>
          </w:tcPr>
          <w:p w14:paraId="39B01EFA" w14:textId="77777777" w:rsidR="007003AD" w:rsidRDefault="00000000">
            <w:r>
              <w:t>неповне</w:t>
            </w:r>
          </w:p>
        </w:tc>
        <w:tc>
          <w:tcPr>
            <w:tcW w:w="904" w:type="dxa"/>
            <w:tcBorders>
              <w:top w:val="single" w:sz="4" w:space="0" w:color="auto"/>
              <w:left w:val="single" w:sz="4" w:space="0" w:color="auto"/>
              <w:bottom w:val="single" w:sz="4" w:space="0" w:color="auto"/>
              <w:right w:val="single" w:sz="4" w:space="0" w:color="auto"/>
            </w:tcBorders>
          </w:tcPr>
          <w:p w14:paraId="34A11D7C" w14:textId="77777777" w:rsidR="007003AD" w:rsidRDefault="00000000">
            <w:r>
              <w:t>імаго</w:t>
            </w:r>
          </w:p>
        </w:tc>
        <w:tc>
          <w:tcPr>
            <w:tcW w:w="1174" w:type="dxa"/>
            <w:tcBorders>
              <w:top w:val="single" w:sz="4" w:space="0" w:color="auto"/>
              <w:left w:val="single" w:sz="4" w:space="0" w:color="auto"/>
              <w:bottom w:val="single" w:sz="4" w:space="0" w:color="auto"/>
              <w:right w:val="single" w:sz="4" w:space="0" w:color="auto"/>
            </w:tcBorders>
          </w:tcPr>
          <w:p w14:paraId="23F4EE86" w14:textId="77777777" w:rsidR="007003AD" w:rsidRDefault="00000000">
            <w:r>
              <w:t>під рослинними рештками</w:t>
            </w:r>
          </w:p>
        </w:tc>
      </w:tr>
      <w:tr w:rsidR="007003AD" w14:paraId="6E33BA54" w14:textId="77777777" w:rsidTr="001A65CE">
        <w:tc>
          <w:tcPr>
            <w:tcW w:w="1131" w:type="dxa"/>
            <w:tcBorders>
              <w:top w:val="single" w:sz="4" w:space="0" w:color="auto"/>
              <w:left w:val="single" w:sz="4" w:space="0" w:color="auto"/>
              <w:bottom w:val="single" w:sz="4" w:space="0" w:color="auto"/>
              <w:right w:val="single" w:sz="4" w:space="0" w:color="auto"/>
            </w:tcBorders>
          </w:tcPr>
          <w:p w14:paraId="752910C5" w14:textId="77777777" w:rsidR="007003AD" w:rsidRDefault="00000000">
            <w:r>
              <w:t>Капустяна совка</w:t>
            </w:r>
          </w:p>
        </w:tc>
        <w:tc>
          <w:tcPr>
            <w:tcW w:w="965" w:type="dxa"/>
            <w:tcBorders>
              <w:top w:val="single" w:sz="4" w:space="0" w:color="auto"/>
              <w:left w:val="single" w:sz="4" w:space="0" w:color="auto"/>
              <w:bottom w:val="single" w:sz="4" w:space="0" w:color="auto"/>
              <w:right w:val="single" w:sz="4" w:space="0" w:color="auto"/>
            </w:tcBorders>
          </w:tcPr>
          <w:p w14:paraId="437541B0" w14:textId="77777777" w:rsidR="007003AD" w:rsidRDefault="00000000">
            <w:r>
              <w:t>гусениця</w:t>
            </w:r>
          </w:p>
        </w:tc>
        <w:tc>
          <w:tcPr>
            <w:tcW w:w="1296" w:type="dxa"/>
            <w:gridSpan w:val="2"/>
            <w:tcBorders>
              <w:top w:val="single" w:sz="4" w:space="0" w:color="auto"/>
              <w:left w:val="single" w:sz="4" w:space="0" w:color="auto"/>
              <w:bottom w:val="single" w:sz="4" w:space="0" w:color="auto"/>
              <w:right w:val="single" w:sz="4" w:space="0" w:color="auto"/>
            </w:tcBorders>
          </w:tcPr>
          <w:p w14:paraId="0465DAFA" w14:textId="77777777" w:rsidR="007003AD" w:rsidRDefault="00000000">
            <w:r>
              <w:t>обгризає листки і качани</w:t>
            </w:r>
          </w:p>
        </w:tc>
        <w:tc>
          <w:tcPr>
            <w:tcW w:w="1158" w:type="dxa"/>
            <w:gridSpan w:val="2"/>
            <w:tcBorders>
              <w:top w:val="single" w:sz="4" w:space="0" w:color="auto"/>
              <w:left w:val="single" w:sz="4" w:space="0" w:color="auto"/>
              <w:bottom w:val="single" w:sz="4" w:space="0" w:color="auto"/>
              <w:right w:val="single" w:sz="4" w:space="0" w:color="auto"/>
            </w:tcBorders>
          </w:tcPr>
          <w:p w14:paraId="528E5AB9" w14:textId="77777777" w:rsidR="007003AD" w:rsidRDefault="00000000">
            <w:r>
              <w:t>літо</w:t>
            </w:r>
          </w:p>
        </w:tc>
        <w:tc>
          <w:tcPr>
            <w:tcW w:w="935" w:type="dxa"/>
            <w:tcBorders>
              <w:top w:val="single" w:sz="4" w:space="0" w:color="auto"/>
              <w:left w:val="single" w:sz="4" w:space="0" w:color="auto"/>
              <w:bottom w:val="single" w:sz="4" w:space="0" w:color="auto"/>
              <w:right w:val="single" w:sz="4" w:space="0" w:color="auto"/>
            </w:tcBorders>
          </w:tcPr>
          <w:p w14:paraId="3A3B43FF" w14:textId="77777777" w:rsidR="007003AD" w:rsidRDefault="00000000">
            <w:r>
              <w:t>2</w:t>
            </w:r>
          </w:p>
        </w:tc>
        <w:tc>
          <w:tcPr>
            <w:tcW w:w="1293" w:type="dxa"/>
            <w:tcBorders>
              <w:top w:val="single" w:sz="4" w:space="0" w:color="auto"/>
              <w:left w:val="single" w:sz="4" w:space="0" w:color="auto"/>
              <w:bottom w:val="single" w:sz="4" w:space="0" w:color="auto"/>
              <w:right w:val="single" w:sz="4" w:space="0" w:color="auto"/>
            </w:tcBorders>
          </w:tcPr>
          <w:p w14:paraId="0EAC70D8" w14:textId="77777777" w:rsidR="007003AD" w:rsidRDefault="00000000">
            <w:r>
              <w:t>повне</w:t>
            </w:r>
          </w:p>
        </w:tc>
        <w:tc>
          <w:tcPr>
            <w:tcW w:w="904" w:type="dxa"/>
            <w:tcBorders>
              <w:top w:val="single" w:sz="4" w:space="0" w:color="auto"/>
              <w:left w:val="single" w:sz="4" w:space="0" w:color="auto"/>
              <w:bottom w:val="single" w:sz="4" w:space="0" w:color="auto"/>
              <w:right w:val="single" w:sz="4" w:space="0" w:color="auto"/>
            </w:tcBorders>
          </w:tcPr>
          <w:p w14:paraId="0871D4D5" w14:textId="77777777" w:rsidR="007003AD" w:rsidRDefault="00000000">
            <w:r>
              <w:t>лялечка</w:t>
            </w:r>
          </w:p>
        </w:tc>
        <w:tc>
          <w:tcPr>
            <w:tcW w:w="1174" w:type="dxa"/>
            <w:tcBorders>
              <w:top w:val="single" w:sz="4" w:space="0" w:color="auto"/>
              <w:left w:val="single" w:sz="4" w:space="0" w:color="auto"/>
              <w:bottom w:val="single" w:sz="4" w:space="0" w:color="auto"/>
              <w:right w:val="single" w:sz="4" w:space="0" w:color="auto"/>
            </w:tcBorders>
          </w:tcPr>
          <w:p w14:paraId="11FE9200" w14:textId="77777777" w:rsidR="007003AD" w:rsidRDefault="00000000">
            <w:r>
              <w:t>ґрунт</w:t>
            </w:r>
          </w:p>
        </w:tc>
      </w:tr>
      <w:tr w:rsidR="007003AD" w14:paraId="3D967D05" w14:textId="77777777" w:rsidTr="001A65CE">
        <w:tc>
          <w:tcPr>
            <w:tcW w:w="1131" w:type="dxa"/>
            <w:tcBorders>
              <w:top w:val="single" w:sz="4" w:space="0" w:color="auto"/>
              <w:left w:val="single" w:sz="4" w:space="0" w:color="auto"/>
              <w:bottom w:val="single" w:sz="4" w:space="0" w:color="auto"/>
              <w:right w:val="single" w:sz="4" w:space="0" w:color="auto"/>
            </w:tcBorders>
          </w:tcPr>
          <w:p w14:paraId="5180086C" w14:textId="77777777" w:rsidR="007003AD" w:rsidRDefault="00000000">
            <w:r>
              <w:t>Капустяний білан</w:t>
            </w:r>
          </w:p>
        </w:tc>
        <w:tc>
          <w:tcPr>
            <w:tcW w:w="965" w:type="dxa"/>
            <w:tcBorders>
              <w:top w:val="single" w:sz="4" w:space="0" w:color="auto"/>
              <w:left w:val="single" w:sz="4" w:space="0" w:color="auto"/>
              <w:bottom w:val="single" w:sz="4" w:space="0" w:color="auto"/>
              <w:right w:val="single" w:sz="4" w:space="0" w:color="auto"/>
            </w:tcBorders>
          </w:tcPr>
          <w:p w14:paraId="37D00442" w14:textId="77777777" w:rsidR="007003AD" w:rsidRDefault="00000000">
            <w:r>
              <w:t>гусениця</w:t>
            </w:r>
          </w:p>
        </w:tc>
        <w:tc>
          <w:tcPr>
            <w:tcW w:w="1296" w:type="dxa"/>
            <w:gridSpan w:val="2"/>
            <w:tcBorders>
              <w:top w:val="single" w:sz="4" w:space="0" w:color="auto"/>
              <w:left w:val="single" w:sz="4" w:space="0" w:color="auto"/>
              <w:bottom w:val="single" w:sz="4" w:space="0" w:color="auto"/>
              <w:right w:val="single" w:sz="4" w:space="0" w:color="auto"/>
            </w:tcBorders>
          </w:tcPr>
          <w:p w14:paraId="42401678" w14:textId="77777777" w:rsidR="007003AD" w:rsidRDefault="00000000">
            <w:r>
              <w:t>об’їдає листя</w:t>
            </w:r>
          </w:p>
        </w:tc>
        <w:tc>
          <w:tcPr>
            <w:tcW w:w="1158" w:type="dxa"/>
            <w:gridSpan w:val="2"/>
            <w:tcBorders>
              <w:top w:val="single" w:sz="4" w:space="0" w:color="auto"/>
              <w:left w:val="single" w:sz="4" w:space="0" w:color="auto"/>
              <w:bottom w:val="single" w:sz="4" w:space="0" w:color="auto"/>
              <w:right w:val="single" w:sz="4" w:space="0" w:color="auto"/>
            </w:tcBorders>
          </w:tcPr>
          <w:p w14:paraId="2FAABFCE" w14:textId="77777777" w:rsidR="007003AD" w:rsidRDefault="00000000">
            <w:r>
              <w:t>літо</w:t>
            </w:r>
          </w:p>
        </w:tc>
        <w:tc>
          <w:tcPr>
            <w:tcW w:w="935" w:type="dxa"/>
            <w:tcBorders>
              <w:top w:val="single" w:sz="4" w:space="0" w:color="auto"/>
              <w:left w:val="single" w:sz="4" w:space="0" w:color="auto"/>
              <w:bottom w:val="single" w:sz="4" w:space="0" w:color="auto"/>
              <w:right w:val="single" w:sz="4" w:space="0" w:color="auto"/>
            </w:tcBorders>
          </w:tcPr>
          <w:p w14:paraId="448CFCE1" w14:textId="77777777" w:rsidR="007003AD" w:rsidRDefault="00000000">
            <w:r>
              <w:t>2–3</w:t>
            </w:r>
          </w:p>
        </w:tc>
        <w:tc>
          <w:tcPr>
            <w:tcW w:w="1293" w:type="dxa"/>
            <w:tcBorders>
              <w:top w:val="single" w:sz="4" w:space="0" w:color="auto"/>
              <w:left w:val="single" w:sz="4" w:space="0" w:color="auto"/>
              <w:bottom w:val="single" w:sz="4" w:space="0" w:color="auto"/>
              <w:right w:val="single" w:sz="4" w:space="0" w:color="auto"/>
            </w:tcBorders>
          </w:tcPr>
          <w:p w14:paraId="6FCE22AB" w14:textId="77777777" w:rsidR="007003AD" w:rsidRDefault="00000000">
            <w:r>
              <w:t>повне</w:t>
            </w:r>
          </w:p>
        </w:tc>
        <w:tc>
          <w:tcPr>
            <w:tcW w:w="904" w:type="dxa"/>
            <w:tcBorders>
              <w:top w:val="single" w:sz="4" w:space="0" w:color="auto"/>
              <w:left w:val="single" w:sz="4" w:space="0" w:color="auto"/>
              <w:bottom w:val="single" w:sz="4" w:space="0" w:color="auto"/>
              <w:right w:val="single" w:sz="4" w:space="0" w:color="auto"/>
            </w:tcBorders>
          </w:tcPr>
          <w:p w14:paraId="5214FFA4" w14:textId="77777777" w:rsidR="007003AD" w:rsidRDefault="00000000">
            <w:r>
              <w:t>лялечка</w:t>
            </w:r>
          </w:p>
        </w:tc>
        <w:tc>
          <w:tcPr>
            <w:tcW w:w="1174" w:type="dxa"/>
            <w:tcBorders>
              <w:top w:val="single" w:sz="4" w:space="0" w:color="auto"/>
              <w:left w:val="single" w:sz="4" w:space="0" w:color="auto"/>
              <w:bottom w:val="single" w:sz="4" w:space="0" w:color="auto"/>
              <w:right w:val="single" w:sz="4" w:space="0" w:color="auto"/>
            </w:tcBorders>
          </w:tcPr>
          <w:p w14:paraId="0AA02ACC" w14:textId="77777777" w:rsidR="007003AD" w:rsidRDefault="00000000">
            <w:r>
              <w:t>на рослинах</w:t>
            </w:r>
          </w:p>
        </w:tc>
      </w:tr>
      <w:tr w:rsidR="007003AD" w14:paraId="4B01F9E3" w14:textId="77777777" w:rsidTr="001A65CE">
        <w:tc>
          <w:tcPr>
            <w:tcW w:w="1131" w:type="dxa"/>
            <w:tcBorders>
              <w:top w:val="single" w:sz="4" w:space="0" w:color="auto"/>
              <w:left w:val="single" w:sz="4" w:space="0" w:color="auto"/>
              <w:bottom w:val="single" w:sz="4" w:space="0" w:color="auto"/>
              <w:right w:val="single" w:sz="4" w:space="0" w:color="auto"/>
            </w:tcBorders>
          </w:tcPr>
          <w:p w14:paraId="51470966" w14:textId="77777777" w:rsidR="007003AD" w:rsidRDefault="00000000">
            <w:r>
              <w:t>Капустяна попелиц</w:t>
            </w:r>
            <w:r>
              <w:lastRenderedPageBreak/>
              <w:t>я</w:t>
            </w:r>
          </w:p>
        </w:tc>
        <w:tc>
          <w:tcPr>
            <w:tcW w:w="965" w:type="dxa"/>
            <w:tcBorders>
              <w:top w:val="single" w:sz="4" w:space="0" w:color="auto"/>
              <w:left w:val="single" w:sz="4" w:space="0" w:color="auto"/>
              <w:bottom w:val="single" w:sz="4" w:space="0" w:color="auto"/>
              <w:right w:val="single" w:sz="4" w:space="0" w:color="auto"/>
            </w:tcBorders>
          </w:tcPr>
          <w:p w14:paraId="2D406D11" w14:textId="77777777" w:rsidR="007003AD" w:rsidRDefault="00000000">
            <w:r>
              <w:lastRenderedPageBreak/>
              <w:t>личинки і імаго</w:t>
            </w:r>
          </w:p>
        </w:tc>
        <w:tc>
          <w:tcPr>
            <w:tcW w:w="1296" w:type="dxa"/>
            <w:gridSpan w:val="2"/>
            <w:tcBorders>
              <w:top w:val="single" w:sz="4" w:space="0" w:color="auto"/>
              <w:left w:val="single" w:sz="4" w:space="0" w:color="auto"/>
              <w:bottom w:val="single" w:sz="4" w:space="0" w:color="auto"/>
              <w:right w:val="single" w:sz="4" w:space="0" w:color="auto"/>
            </w:tcBorders>
          </w:tcPr>
          <w:p w14:paraId="1BA4E4F1" w14:textId="77777777" w:rsidR="007003AD" w:rsidRDefault="00000000">
            <w:r>
              <w:t>висмоктують соки</w:t>
            </w:r>
          </w:p>
        </w:tc>
        <w:tc>
          <w:tcPr>
            <w:tcW w:w="1158" w:type="dxa"/>
            <w:gridSpan w:val="2"/>
            <w:tcBorders>
              <w:top w:val="single" w:sz="4" w:space="0" w:color="auto"/>
              <w:left w:val="single" w:sz="4" w:space="0" w:color="auto"/>
              <w:bottom w:val="single" w:sz="4" w:space="0" w:color="auto"/>
              <w:right w:val="single" w:sz="4" w:space="0" w:color="auto"/>
            </w:tcBorders>
          </w:tcPr>
          <w:p w14:paraId="1FEFBB22" w14:textId="77777777" w:rsidR="007003AD" w:rsidRDefault="00000000">
            <w:r>
              <w:t>літо</w:t>
            </w:r>
          </w:p>
        </w:tc>
        <w:tc>
          <w:tcPr>
            <w:tcW w:w="935" w:type="dxa"/>
            <w:tcBorders>
              <w:top w:val="single" w:sz="4" w:space="0" w:color="auto"/>
              <w:left w:val="single" w:sz="4" w:space="0" w:color="auto"/>
              <w:bottom w:val="single" w:sz="4" w:space="0" w:color="auto"/>
              <w:right w:val="single" w:sz="4" w:space="0" w:color="auto"/>
            </w:tcBorders>
          </w:tcPr>
          <w:p w14:paraId="4AEAC910" w14:textId="77777777" w:rsidR="007003AD" w:rsidRDefault="00000000">
            <w:r>
              <w:t>багато</w:t>
            </w:r>
          </w:p>
        </w:tc>
        <w:tc>
          <w:tcPr>
            <w:tcW w:w="1293" w:type="dxa"/>
            <w:tcBorders>
              <w:top w:val="single" w:sz="4" w:space="0" w:color="auto"/>
              <w:left w:val="single" w:sz="4" w:space="0" w:color="auto"/>
              <w:bottom w:val="single" w:sz="4" w:space="0" w:color="auto"/>
              <w:right w:val="single" w:sz="4" w:space="0" w:color="auto"/>
            </w:tcBorders>
          </w:tcPr>
          <w:p w14:paraId="2C30501E" w14:textId="77777777" w:rsidR="007003AD" w:rsidRDefault="00000000">
            <w:r>
              <w:t>неповне</w:t>
            </w:r>
          </w:p>
        </w:tc>
        <w:tc>
          <w:tcPr>
            <w:tcW w:w="904" w:type="dxa"/>
            <w:tcBorders>
              <w:top w:val="single" w:sz="4" w:space="0" w:color="auto"/>
              <w:left w:val="single" w:sz="4" w:space="0" w:color="auto"/>
              <w:bottom w:val="single" w:sz="4" w:space="0" w:color="auto"/>
              <w:right w:val="single" w:sz="4" w:space="0" w:color="auto"/>
            </w:tcBorders>
          </w:tcPr>
          <w:p w14:paraId="547E588D" w14:textId="77777777" w:rsidR="007003AD" w:rsidRDefault="00000000">
            <w:r>
              <w:t>яйце</w:t>
            </w:r>
          </w:p>
        </w:tc>
        <w:tc>
          <w:tcPr>
            <w:tcW w:w="1174" w:type="dxa"/>
            <w:tcBorders>
              <w:top w:val="single" w:sz="4" w:space="0" w:color="auto"/>
              <w:left w:val="single" w:sz="4" w:space="0" w:color="auto"/>
              <w:bottom w:val="single" w:sz="4" w:space="0" w:color="auto"/>
              <w:right w:val="single" w:sz="4" w:space="0" w:color="auto"/>
            </w:tcBorders>
          </w:tcPr>
          <w:p w14:paraId="0E180845" w14:textId="77777777" w:rsidR="007003AD" w:rsidRDefault="00000000">
            <w:r>
              <w:t>на рослинах</w:t>
            </w:r>
          </w:p>
        </w:tc>
      </w:tr>
      <w:tr w:rsidR="001A65CE" w14:paraId="30137B1E" w14:textId="77777777" w:rsidTr="001A65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gridAfter w:val="5"/>
          <w:wBefore w:w="3378" w:type="dxa"/>
          <w:wAfter w:w="5154" w:type="dxa"/>
          <w:trHeight w:val="555"/>
        </w:trPr>
        <w:tc>
          <w:tcPr>
            <w:tcW w:w="324" w:type="dxa"/>
            <w:gridSpan w:val="2"/>
          </w:tcPr>
          <w:p w14:paraId="2F537746" w14:textId="77777777" w:rsidR="001A65CE" w:rsidRDefault="001A65CE" w:rsidP="001A65CE"/>
        </w:tc>
      </w:tr>
      <w:tr w:rsidR="001A65CE" w14:paraId="2E617142" w14:textId="77777777" w:rsidTr="001A65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gridAfter w:val="5"/>
          <w:wBefore w:w="3378" w:type="dxa"/>
          <w:wAfter w:w="5154" w:type="dxa"/>
        </w:trPr>
        <w:tc>
          <w:tcPr>
            <w:tcW w:w="324" w:type="dxa"/>
            <w:gridSpan w:val="2"/>
          </w:tcPr>
          <w:p w14:paraId="4B5C48CB" w14:textId="77777777" w:rsidR="001A65CE" w:rsidRDefault="001A65CE" w:rsidP="001A65CE"/>
        </w:tc>
      </w:tr>
      <w:tr w:rsidR="001A65CE" w14:paraId="6097304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gridAfter w:val="5"/>
          <w:wBefore w:w="3378" w:type="dxa"/>
          <w:wAfter w:w="5154" w:type="dxa"/>
        </w:trPr>
        <w:tc>
          <w:tcPr>
            <w:tcW w:w="324" w:type="dxa"/>
            <w:gridSpan w:val="2"/>
          </w:tcPr>
          <w:p w14:paraId="67AC85D5" w14:textId="77777777" w:rsidR="001A65CE" w:rsidRDefault="001A65CE" w:rsidP="001A65CE"/>
        </w:tc>
      </w:tr>
      <w:tr w:rsidR="007003AD" w14:paraId="6BF89F41" w14:textId="77777777" w:rsidTr="001A65CE">
        <w:trPr>
          <w:trHeight w:val="585"/>
        </w:trPr>
        <w:tc>
          <w:tcPr>
            <w:tcW w:w="1131" w:type="dxa"/>
            <w:tcBorders>
              <w:top w:val="single" w:sz="4" w:space="0" w:color="auto"/>
              <w:left w:val="single" w:sz="4" w:space="0" w:color="auto"/>
              <w:bottom w:val="single" w:sz="4" w:space="0" w:color="auto"/>
              <w:right w:val="single" w:sz="4" w:space="0" w:color="auto"/>
            </w:tcBorders>
          </w:tcPr>
          <w:p w14:paraId="25DC437F" w14:textId="72C4AF90" w:rsidR="007003AD" w:rsidRDefault="00000000" w:rsidP="001A65CE">
            <w:r>
              <w:t>Весняна капустя</w:t>
            </w:r>
          </w:p>
        </w:tc>
        <w:tc>
          <w:tcPr>
            <w:tcW w:w="965" w:type="dxa"/>
            <w:tcBorders>
              <w:top w:val="single" w:sz="4" w:space="0" w:color="auto"/>
              <w:left w:val="single" w:sz="4" w:space="0" w:color="auto"/>
              <w:bottom w:val="single" w:sz="4" w:space="0" w:color="auto"/>
              <w:right w:val="single" w:sz="4" w:space="0" w:color="auto"/>
            </w:tcBorders>
          </w:tcPr>
          <w:p w14:paraId="0E16244D" w14:textId="7B994113" w:rsidR="007003AD" w:rsidRDefault="00000000" w:rsidP="001A65CE">
            <w:r>
              <w:t>личинк</w:t>
            </w:r>
          </w:p>
        </w:tc>
        <w:tc>
          <w:tcPr>
            <w:tcW w:w="1296" w:type="dxa"/>
            <w:gridSpan w:val="2"/>
            <w:tcBorders>
              <w:top w:val="single" w:sz="4" w:space="0" w:color="auto"/>
              <w:left w:val="single" w:sz="4" w:space="0" w:color="auto"/>
              <w:bottom w:val="single" w:sz="4" w:space="0" w:color="auto"/>
              <w:right w:val="single" w:sz="4" w:space="0" w:color="auto"/>
            </w:tcBorders>
          </w:tcPr>
          <w:p w14:paraId="027B4431" w14:textId="7A4B30B0" w:rsidR="007003AD" w:rsidRDefault="00000000" w:rsidP="001A65CE">
            <w:r>
              <w:t>пошкоджу</w:t>
            </w:r>
          </w:p>
        </w:tc>
        <w:tc>
          <w:tcPr>
            <w:tcW w:w="1158" w:type="dxa"/>
            <w:gridSpan w:val="2"/>
            <w:tcBorders>
              <w:top w:val="single" w:sz="4" w:space="0" w:color="auto"/>
              <w:left w:val="single" w:sz="4" w:space="0" w:color="auto"/>
              <w:bottom w:val="single" w:sz="4" w:space="0" w:color="auto"/>
              <w:right w:val="single" w:sz="4" w:space="0" w:color="auto"/>
            </w:tcBorders>
          </w:tcPr>
          <w:p w14:paraId="4DF3B157" w14:textId="77777777" w:rsidR="007003AD" w:rsidRDefault="00000000">
            <w:r>
              <w:t>весна</w:t>
            </w:r>
          </w:p>
        </w:tc>
        <w:tc>
          <w:tcPr>
            <w:tcW w:w="935" w:type="dxa"/>
            <w:tcBorders>
              <w:top w:val="single" w:sz="4" w:space="0" w:color="auto"/>
              <w:left w:val="single" w:sz="4" w:space="0" w:color="auto"/>
              <w:bottom w:val="single" w:sz="4" w:space="0" w:color="auto"/>
              <w:right w:val="single" w:sz="4" w:space="0" w:color="auto"/>
            </w:tcBorders>
          </w:tcPr>
          <w:p w14:paraId="18E73086" w14:textId="77777777" w:rsidR="007003AD" w:rsidRDefault="00000000">
            <w:r>
              <w:t>2</w:t>
            </w:r>
          </w:p>
        </w:tc>
        <w:tc>
          <w:tcPr>
            <w:tcW w:w="1293" w:type="dxa"/>
            <w:tcBorders>
              <w:top w:val="single" w:sz="4" w:space="0" w:color="auto"/>
              <w:left w:val="single" w:sz="4" w:space="0" w:color="auto"/>
              <w:bottom w:val="single" w:sz="4" w:space="0" w:color="auto"/>
              <w:right w:val="single" w:sz="4" w:space="0" w:color="auto"/>
            </w:tcBorders>
          </w:tcPr>
          <w:p w14:paraId="783D4DF5" w14:textId="77777777" w:rsidR="007003AD" w:rsidRDefault="00000000">
            <w:r>
              <w:t>повне</w:t>
            </w:r>
          </w:p>
        </w:tc>
        <w:tc>
          <w:tcPr>
            <w:tcW w:w="904" w:type="dxa"/>
            <w:tcBorders>
              <w:top w:val="single" w:sz="4" w:space="0" w:color="auto"/>
              <w:left w:val="single" w:sz="4" w:space="0" w:color="auto"/>
              <w:bottom w:val="single" w:sz="4" w:space="0" w:color="auto"/>
              <w:right w:val="single" w:sz="4" w:space="0" w:color="auto"/>
            </w:tcBorders>
          </w:tcPr>
          <w:p w14:paraId="62E4A291" w14:textId="28F05D34" w:rsidR="007003AD" w:rsidRDefault="00000000" w:rsidP="001A65CE">
            <w:r>
              <w:t>лялеч</w:t>
            </w:r>
          </w:p>
        </w:tc>
        <w:tc>
          <w:tcPr>
            <w:tcW w:w="1174" w:type="dxa"/>
            <w:tcBorders>
              <w:top w:val="single" w:sz="4" w:space="0" w:color="auto"/>
              <w:left w:val="single" w:sz="4" w:space="0" w:color="auto"/>
              <w:bottom w:val="single" w:sz="4" w:space="0" w:color="auto"/>
              <w:right w:val="single" w:sz="4" w:space="0" w:color="auto"/>
            </w:tcBorders>
          </w:tcPr>
          <w:p w14:paraId="783D8A89" w14:textId="77777777" w:rsidR="007003AD" w:rsidRDefault="00000000">
            <w:r>
              <w:t>ґрунт</w:t>
            </w:r>
          </w:p>
        </w:tc>
      </w:tr>
      <w:tr w:rsidR="001A65CE" w14:paraId="1E5D0CE7" w14:textId="77777777" w:rsidTr="001A65CE">
        <w:tc>
          <w:tcPr>
            <w:tcW w:w="1131" w:type="dxa"/>
            <w:tcBorders>
              <w:top w:val="single" w:sz="4" w:space="0" w:color="auto"/>
              <w:left w:val="single" w:sz="4" w:space="0" w:color="auto"/>
              <w:bottom w:val="single" w:sz="4" w:space="0" w:color="auto"/>
              <w:right w:val="single" w:sz="4" w:space="0" w:color="auto"/>
            </w:tcBorders>
          </w:tcPr>
          <w:p w14:paraId="43BA12FC" w14:textId="77777777" w:rsidR="001A65CE" w:rsidRDefault="001A65CE" w:rsidP="001A65CE">
            <w:r>
              <w:t>на муха</w:t>
            </w:r>
          </w:p>
        </w:tc>
        <w:tc>
          <w:tcPr>
            <w:tcW w:w="965" w:type="dxa"/>
            <w:tcBorders>
              <w:top w:val="single" w:sz="4" w:space="0" w:color="auto"/>
              <w:left w:val="single" w:sz="4" w:space="0" w:color="auto"/>
              <w:bottom w:val="single" w:sz="4" w:space="0" w:color="auto"/>
              <w:right w:val="single" w:sz="4" w:space="0" w:color="auto"/>
            </w:tcBorders>
          </w:tcPr>
          <w:p w14:paraId="54772F2D" w14:textId="77777777" w:rsidR="001A65CE" w:rsidRDefault="001A65CE" w:rsidP="001A65CE">
            <w:r>
              <w:t>а</w:t>
            </w:r>
          </w:p>
        </w:tc>
        <w:tc>
          <w:tcPr>
            <w:tcW w:w="1296" w:type="dxa"/>
            <w:gridSpan w:val="2"/>
            <w:tcBorders>
              <w:top w:val="single" w:sz="4" w:space="0" w:color="auto"/>
              <w:left w:val="single" w:sz="4" w:space="0" w:color="auto"/>
              <w:bottom w:val="single" w:sz="4" w:space="0" w:color="auto"/>
              <w:right w:val="single" w:sz="4" w:space="0" w:color="auto"/>
            </w:tcBorders>
          </w:tcPr>
          <w:p w14:paraId="7B59C52F" w14:textId="77777777" w:rsidR="001A65CE" w:rsidRDefault="001A65CE" w:rsidP="001A65CE">
            <w:r>
              <w:t>є корені</w:t>
            </w:r>
          </w:p>
        </w:tc>
        <w:tc>
          <w:tcPr>
            <w:tcW w:w="1158" w:type="dxa"/>
            <w:gridSpan w:val="2"/>
            <w:tcBorders>
              <w:top w:val="single" w:sz="4" w:space="0" w:color="auto"/>
              <w:left w:val="single" w:sz="4" w:space="0" w:color="auto"/>
              <w:bottom w:val="single" w:sz="4" w:space="0" w:color="auto"/>
              <w:right w:val="single" w:sz="4" w:space="0" w:color="auto"/>
            </w:tcBorders>
          </w:tcPr>
          <w:p w14:paraId="3DEE953C" w14:textId="77777777" w:rsidR="001A65CE" w:rsidRDefault="001A65CE" w:rsidP="001A65CE"/>
        </w:tc>
        <w:tc>
          <w:tcPr>
            <w:tcW w:w="935" w:type="dxa"/>
            <w:tcBorders>
              <w:top w:val="single" w:sz="4" w:space="0" w:color="auto"/>
              <w:left w:val="single" w:sz="4" w:space="0" w:color="auto"/>
              <w:bottom w:val="single" w:sz="4" w:space="0" w:color="auto"/>
              <w:right w:val="single" w:sz="4" w:space="0" w:color="auto"/>
            </w:tcBorders>
          </w:tcPr>
          <w:p w14:paraId="04DFEDB3" w14:textId="77777777" w:rsidR="001A65CE" w:rsidRDefault="001A65CE" w:rsidP="001A65CE"/>
        </w:tc>
        <w:tc>
          <w:tcPr>
            <w:tcW w:w="1293" w:type="dxa"/>
            <w:tcBorders>
              <w:top w:val="single" w:sz="4" w:space="0" w:color="auto"/>
              <w:left w:val="single" w:sz="4" w:space="0" w:color="auto"/>
              <w:bottom w:val="single" w:sz="4" w:space="0" w:color="auto"/>
              <w:right w:val="single" w:sz="4" w:space="0" w:color="auto"/>
            </w:tcBorders>
          </w:tcPr>
          <w:p w14:paraId="1DAEA9C5" w14:textId="77777777" w:rsidR="001A65CE" w:rsidRDefault="001A65CE" w:rsidP="001A65CE"/>
        </w:tc>
        <w:tc>
          <w:tcPr>
            <w:tcW w:w="904" w:type="dxa"/>
            <w:tcBorders>
              <w:top w:val="single" w:sz="4" w:space="0" w:color="auto"/>
              <w:left w:val="single" w:sz="4" w:space="0" w:color="auto"/>
              <w:bottom w:val="single" w:sz="4" w:space="0" w:color="auto"/>
              <w:right w:val="single" w:sz="4" w:space="0" w:color="auto"/>
            </w:tcBorders>
          </w:tcPr>
          <w:p w14:paraId="50B3B7D1" w14:textId="77777777" w:rsidR="001A65CE" w:rsidRDefault="001A65CE" w:rsidP="001A65CE">
            <w:r>
              <w:t>ка</w:t>
            </w:r>
          </w:p>
        </w:tc>
        <w:tc>
          <w:tcPr>
            <w:tcW w:w="1174" w:type="dxa"/>
            <w:tcBorders>
              <w:top w:val="single" w:sz="4" w:space="0" w:color="auto"/>
              <w:left w:val="single" w:sz="4" w:space="0" w:color="auto"/>
              <w:bottom w:val="single" w:sz="4" w:space="0" w:color="auto"/>
              <w:right w:val="single" w:sz="4" w:space="0" w:color="auto"/>
            </w:tcBorders>
          </w:tcPr>
          <w:p w14:paraId="199FB12F" w14:textId="77777777" w:rsidR="001A65CE" w:rsidRDefault="001A65CE" w:rsidP="001A65CE"/>
        </w:tc>
      </w:tr>
      <w:tr w:rsidR="007003AD" w14:paraId="0830A033" w14:textId="77777777" w:rsidTr="001A65CE">
        <w:tc>
          <w:tcPr>
            <w:tcW w:w="1131" w:type="dxa"/>
            <w:tcBorders>
              <w:top w:val="single" w:sz="4" w:space="0" w:color="auto"/>
              <w:left w:val="single" w:sz="4" w:space="0" w:color="auto"/>
              <w:bottom w:val="single" w:sz="4" w:space="0" w:color="auto"/>
              <w:right w:val="single" w:sz="4" w:space="0" w:color="auto"/>
            </w:tcBorders>
          </w:tcPr>
          <w:p w14:paraId="3C02799F" w14:textId="77777777" w:rsidR="007003AD" w:rsidRDefault="00000000">
            <w:r>
              <w:t>Літня капустяна муха</w:t>
            </w:r>
          </w:p>
        </w:tc>
        <w:tc>
          <w:tcPr>
            <w:tcW w:w="965" w:type="dxa"/>
            <w:tcBorders>
              <w:top w:val="single" w:sz="4" w:space="0" w:color="auto"/>
              <w:left w:val="single" w:sz="4" w:space="0" w:color="auto"/>
              <w:bottom w:val="single" w:sz="4" w:space="0" w:color="auto"/>
              <w:right w:val="single" w:sz="4" w:space="0" w:color="auto"/>
            </w:tcBorders>
          </w:tcPr>
          <w:p w14:paraId="4600B016" w14:textId="77777777" w:rsidR="007003AD" w:rsidRDefault="00000000">
            <w:r>
              <w:t>личинка</w:t>
            </w:r>
          </w:p>
        </w:tc>
        <w:tc>
          <w:tcPr>
            <w:tcW w:w="1296" w:type="dxa"/>
            <w:gridSpan w:val="2"/>
            <w:tcBorders>
              <w:top w:val="single" w:sz="4" w:space="0" w:color="auto"/>
              <w:left w:val="single" w:sz="4" w:space="0" w:color="auto"/>
              <w:bottom w:val="single" w:sz="4" w:space="0" w:color="auto"/>
              <w:right w:val="single" w:sz="4" w:space="0" w:color="auto"/>
            </w:tcBorders>
          </w:tcPr>
          <w:p w14:paraId="23702857" w14:textId="77777777" w:rsidR="007003AD" w:rsidRDefault="00000000">
            <w:r>
              <w:t>пошкоджує корінь</w:t>
            </w:r>
          </w:p>
        </w:tc>
        <w:tc>
          <w:tcPr>
            <w:tcW w:w="1158" w:type="dxa"/>
            <w:gridSpan w:val="2"/>
            <w:tcBorders>
              <w:top w:val="single" w:sz="4" w:space="0" w:color="auto"/>
              <w:left w:val="single" w:sz="4" w:space="0" w:color="auto"/>
              <w:bottom w:val="single" w:sz="4" w:space="0" w:color="auto"/>
              <w:right w:val="single" w:sz="4" w:space="0" w:color="auto"/>
            </w:tcBorders>
          </w:tcPr>
          <w:p w14:paraId="20C85E1C" w14:textId="77777777" w:rsidR="007003AD" w:rsidRDefault="00000000">
            <w:r>
              <w:t>літо</w:t>
            </w:r>
          </w:p>
        </w:tc>
        <w:tc>
          <w:tcPr>
            <w:tcW w:w="935" w:type="dxa"/>
            <w:tcBorders>
              <w:top w:val="single" w:sz="4" w:space="0" w:color="auto"/>
              <w:left w:val="single" w:sz="4" w:space="0" w:color="auto"/>
              <w:bottom w:val="single" w:sz="4" w:space="0" w:color="auto"/>
              <w:right w:val="single" w:sz="4" w:space="0" w:color="auto"/>
            </w:tcBorders>
          </w:tcPr>
          <w:p w14:paraId="41CF1D1B" w14:textId="77777777" w:rsidR="007003AD" w:rsidRDefault="00000000">
            <w:r>
              <w:t>2</w:t>
            </w:r>
          </w:p>
        </w:tc>
        <w:tc>
          <w:tcPr>
            <w:tcW w:w="1293" w:type="dxa"/>
            <w:tcBorders>
              <w:top w:val="single" w:sz="4" w:space="0" w:color="auto"/>
              <w:left w:val="single" w:sz="4" w:space="0" w:color="auto"/>
              <w:bottom w:val="single" w:sz="4" w:space="0" w:color="auto"/>
              <w:right w:val="single" w:sz="4" w:space="0" w:color="auto"/>
            </w:tcBorders>
          </w:tcPr>
          <w:p w14:paraId="419C72D8" w14:textId="77777777" w:rsidR="007003AD" w:rsidRDefault="00000000">
            <w:r>
              <w:t>повне</w:t>
            </w:r>
          </w:p>
        </w:tc>
        <w:tc>
          <w:tcPr>
            <w:tcW w:w="904" w:type="dxa"/>
            <w:tcBorders>
              <w:top w:val="single" w:sz="4" w:space="0" w:color="auto"/>
              <w:left w:val="single" w:sz="4" w:space="0" w:color="auto"/>
              <w:bottom w:val="single" w:sz="4" w:space="0" w:color="auto"/>
              <w:right w:val="single" w:sz="4" w:space="0" w:color="auto"/>
            </w:tcBorders>
          </w:tcPr>
          <w:p w14:paraId="29EEA0BC" w14:textId="77777777" w:rsidR="007003AD" w:rsidRDefault="00000000">
            <w:r>
              <w:t>лялечка</w:t>
            </w:r>
          </w:p>
        </w:tc>
        <w:tc>
          <w:tcPr>
            <w:tcW w:w="1174" w:type="dxa"/>
            <w:tcBorders>
              <w:top w:val="single" w:sz="4" w:space="0" w:color="auto"/>
              <w:left w:val="single" w:sz="4" w:space="0" w:color="auto"/>
              <w:bottom w:val="single" w:sz="4" w:space="0" w:color="auto"/>
              <w:right w:val="single" w:sz="4" w:space="0" w:color="auto"/>
            </w:tcBorders>
          </w:tcPr>
          <w:p w14:paraId="42992516" w14:textId="77777777" w:rsidR="007003AD" w:rsidRDefault="00000000">
            <w:r>
              <w:t>ґрунт</w:t>
            </w:r>
          </w:p>
        </w:tc>
      </w:tr>
      <w:tr w:rsidR="007003AD" w14:paraId="11A04A1C" w14:textId="77777777" w:rsidTr="001A65CE">
        <w:tc>
          <w:tcPr>
            <w:tcW w:w="1131" w:type="dxa"/>
            <w:tcBorders>
              <w:top w:val="single" w:sz="4" w:space="0" w:color="auto"/>
              <w:left w:val="single" w:sz="4" w:space="0" w:color="auto"/>
              <w:bottom w:val="single" w:sz="4" w:space="0" w:color="auto"/>
              <w:right w:val="single" w:sz="4" w:space="0" w:color="auto"/>
            </w:tcBorders>
          </w:tcPr>
          <w:p w14:paraId="4C7E8AE2" w14:textId="77777777" w:rsidR="007003AD" w:rsidRDefault="00000000">
            <w:r>
              <w:t>Цибулева муха</w:t>
            </w:r>
          </w:p>
        </w:tc>
        <w:tc>
          <w:tcPr>
            <w:tcW w:w="965" w:type="dxa"/>
            <w:tcBorders>
              <w:top w:val="single" w:sz="4" w:space="0" w:color="auto"/>
              <w:left w:val="single" w:sz="4" w:space="0" w:color="auto"/>
              <w:bottom w:val="single" w:sz="4" w:space="0" w:color="auto"/>
              <w:right w:val="single" w:sz="4" w:space="0" w:color="auto"/>
            </w:tcBorders>
          </w:tcPr>
          <w:p w14:paraId="2DA2EF72" w14:textId="77777777" w:rsidR="007003AD" w:rsidRDefault="00000000">
            <w:r>
              <w:t>личинка</w:t>
            </w:r>
          </w:p>
        </w:tc>
        <w:tc>
          <w:tcPr>
            <w:tcW w:w="1296" w:type="dxa"/>
            <w:gridSpan w:val="2"/>
            <w:tcBorders>
              <w:top w:val="single" w:sz="4" w:space="0" w:color="auto"/>
              <w:left w:val="single" w:sz="4" w:space="0" w:color="auto"/>
              <w:bottom w:val="single" w:sz="4" w:space="0" w:color="auto"/>
              <w:right w:val="single" w:sz="4" w:space="0" w:color="auto"/>
            </w:tcBorders>
          </w:tcPr>
          <w:p w14:paraId="5EC8BF1B" w14:textId="77777777" w:rsidR="007003AD" w:rsidRDefault="00000000">
            <w:r>
              <w:t>виїдає цибулину</w:t>
            </w:r>
          </w:p>
        </w:tc>
        <w:tc>
          <w:tcPr>
            <w:tcW w:w="1158" w:type="dxa"/>
            <w:gridSpan w:val="2"/>
            <w:tcBorders>
              <w:top w:val="single" w:sz="4" w:space="0" w:color="auto"/>
              <w:left w:val="single" w:sz="4" w:space="0" w:color="auto"/>
              <w:bottom w:val="single" w:sz="4" w:space="0" w:color="auto"/>
              <w:right w:val="single" w:sz="4" w:space="0" w:color="auto"/>
            </w:tcBorders>
          </w:tcPr>
          <w:p w14:paraId="56584EB7" w14:textId="77777777" w:rsidR="007003AD" w:rsidRDefault="00000000">
            <w:r>
              <w:t>весна–літо</w:t>
            </w:r>
          </w:p>
        </w:tc>
        <w:tc>
          <w:tcPr>
            <w:tcW w:w="935" w:type="dxa"/>
            <w:tcBorders>
              <w:top w:val="single" w:sz="4" w:space="0" w:color="auto"/>
              <w:left w:val="single" w:sz="4" w:space="0" w:color="auto"/>
              <w:bottom w:val="single" w:sz="4" w:space="0" w:color="auto"/>
              <w:right w:val="single" w:sz="4" w:space="0" w:color="auto"/>
            </w:tcBorders>
          </w:tcPr>
          <w:p w14:paraId="14D0AF81" w14:textId="77777777" w:rsidR="007003AD" w:rsidRDefault="00000000">
            <w:r>
              <w:t>2–3</w:t>
            </w:r>
          </w:p>
        </w:tc>
        <w:tc>
          <w:tcPr>
            <w:tcW w:w="1293" w:type="dxa"/>
            <w:tcBorders>
              <w:top w:val="single" w:sz="4" w:space="0" w:color="auto"/>
              <w:left w:val="single" w:sz="4" w:space="0" w:color="auto"/>
              <w:bottom w:val="single" w:sz="4" w:space="0" w:color="auto"/>
              <w:right w:val="single" w:sz="4" w:space="0" w:color="auto"/>
            </w:tcBorders>
          </w:tcPr>
          <w:p w14:paraId="24E9A65B" w14:textId="77777777" w:rsidR="007003AD" w:rsidRDefault="00000000">
            <w:r>
              <w:t>повне</w:t>
            </w:r>
          </w:p>
        </w:tc>
        <w:tc>
          <w:tcPr>
            <w:tcW w:w="904" w:type="dxa"/>
            <w:tcBorders>
              <w:top w:val="single" w:sz="4" w:space="0" w:color="auto"/>
              <w:left w:val="single" w:sz="4" w:space="0" w:color="auto"/>
              <w:bottom w:val="single" w:sz="4" w:space="0" w:color="auto"/>
              <w:right w:val="single" w:sz="4" w:space="0" w:color="auto"/>
            </w:tcBorders>
          </w:tcPr>
          <w:p w14:paraId="329FB744" w14:textId="77777777" w:rsidR="007003AD" w:rsidRDefault="00000000">
            <w:r>
              <w:t>лялечка</w:t>
            </w:r>
          </w:p>
        </w:tc>
        <w:tc>
          <w:tcPr>
            <w:tcW w:w="1174" w:type="dxa"/>
            <w:tcBorders>
              <w:top w:val="single" w:sz="4" w:space="0" w:color="auto"/>
              <w:left w:val="single" w:sz="4" w:space="0" w:color="auto"/>
              <w:bottom w:val="single" w:sz="4" w:space="0" w:color="auto"/>
              <w:right w:val="single" w:sz="4" w:space="0" w:color="auto"/>
            </w:tcBorders>
          </w:tcPr>
          <w:p w14:paraId="34468D1C" w14:textId="77777777" w:rsidR="007003AD" w:rsidRDefault="00000000">
            <w:r>
              <w:t>ґрунт</w:t>
            </w:r>
          </w:p>
        </w:tc>
      </w:tr>
      <w:tr w:rsidR="007003AD" w14:paraId="5D1D1F78" w14:textId="77777777" w:rsidTr="001A65CE">
        <w:tc>
          <w:tcPr>
            <w:tcW w:w="1131" w:type="dxa"/>
            <w:tcBorders>
              <w:top w:val="single" w:sz="4" w:space="0" w:color="auto"/>
              <w:left w:val="single" w:sz="4" w:space="0" w:color="auto"/>
              <w:bottom w:val="single" w:sz="4" w:space="0" w:color="auto"/>
              <w:right w:val="single" w:sz="4" w:space="0" w:color="auto"/>
            </w:tcBorders>
          </w:tcPr>
          <w:p w14:paraId="4D47CCF8" w14:textId="77777777" w:rsidR="007003AD" w:rsidRDefault="00000000">
            <w:r>
              <w:t>Моркв’яна муха</w:t>
            </w:r>
          </w:p>
        </w:tc>
        <w:tc>
          <w:tcPr>
            <w:tcW w:w="965" w:type="dxa"/>
            <w:tcBorders>
              <w:top w:val="single" w:sz="4" w:space="0" w:color="auto"/>
              <w:left w:val="single" w:sz="4" w:space="0" w:color="auto"/>
              <w:bottom w:val="single" w:sz="4" w:space="0" w:color="auto"/>
              <w:right w:val="single" w:sz="4" w:space="0" w:color="auto"/>
            </w:tcBorders>
          </w:tcPr>
          <w:p w14:paraId="568F13CB" w14:textId="77777777" w:rsidR="007003AD" w:rsidRDefault="00000000">
            <w:r>
              <w:t>личинка</w:t>
            </w:r>
          </w:p>
        </w:tc>
        <w:tc>
          <w:tcPr>
            <w:tcW w:w="1296" w:type="dxa"/>
            <w:gridSpan w:val="2"/>
            <w:tcBorders>
              <w:top w:val="single" w:sz="4" w:space="0" w:color="auto"/>
              <w:left w:val="single" w:sz="4" w:space="0" w:color="auto"/>
              <w:bottom w:val="single" w:sz="4" w:space="0" w:color="auto"/>
              <w:right w:val="single" w:sz="4" w:space="0" w:color="auto"/>
            </w:tcBorders>
          </w:tcPr>
          <w:p w14:paraId="49F73A72" w14:textId="77777777" w:rsidR="007003AD" w:rsidRDefault="00000000">
            <w:r>
              <w:t>ходи в коренеплоді</w:t>
            </w:r>
          </w:p>
        </w:tc>
        <w:tc>
          <w:tcPr>
            <w:tcW w:w="1158" w:type="dxa"/>
            <w:gridSpan w:val="2"/>
            <w:tcBorders>
              <w:top w:val="single" w:sz="4" w:space="0" w:color="auto"/>
              <w:left w:val="single" w:sz="4" w:space="0" w:color="auto"/>
              <w:bottom w:val="single" w:sz="4" w:space="0" w:color="auto"/>
              <w:right w:val="single" w:sz="4" w:space="0" w:color="auto"/>
            </w:tcBorders>
          </w:tcPr>
          <w:p w14:paraId="2C8A103E" w14:textId="77777777" w:rsidR="007003AD" w:rsidRDefault="00000000">
            <w:r>
              <w:t>літо</w:t>
            </w:r>
          </w:p>
        </w:tc>
        <w:tc>
          <w:tcPr>
            <w:tcW w:w="935" w:type="dxa"/>
            <w:tcBorders>
              <w:top w:val="single" w:sz="4" w:space="0" w:color="auto"/>
              <w:left w:val="single" w:sz="4" w:space="0" w:color="auto"/>
              <w:bottom w:val="single" w:sz="4" w:space="0" w:color="auto"/>
              <w:right w:val="single" w:sz="4" w:space="0" w:color="auto"/>
            </w:tcBorders>
          </w:tcPr>
          <w:p w14:paraId="479DD26B" w14:textId="77777777" w:rsidR="007003AD" w:rsidRDefault="00000000">
            <w:r>
              <w:t>2</w:t>
            </w:r>
          </w:p>
        </w:tc>
        <w:tc>
          <w:tcPr>
            <w:tcW w:w="1293" w:type="dxa"/>
            <w:tcBorders>
              <w:top w:val="single" w:sz="4" w:space="0" w:color="auto"/>
              <w:left w:val="single" w:sz="4" w:space="0" w:color="auto"/>
              <w:bottom w:val="single" w:sz="4" w:space="0" w:color="auto"/>
              <w:right w:val="single" w:sz="4" w:space="0" w:color="auto"/>
            </w:tcBorders>
          </w:tcPr>
          <w:p w14:paraId="0C9E400C" w14:textId="77777777" w:rsidR="007003AD" w:rsidRDefault="00000000">
            <w:r>
              <w:t>повне</w:t>
            </w:r>
          </w:p>
        </w:tc>
        <w:tc>
          <w:tcPr>
            <w:tcW w:w="904" w:type="dxa"/>
            <w:tcBorders>
              <w:top w:val="single" w:sz="4" w:space="0" w:color="auto"/>
              <w:left w:val="single" w:sz="4" w:space="0" w:color="auto"/>
              <w:bottom w:val="single" w:sz="4" w:space="0" w:color="auto"/>
              <w:right w:val="single" w:sz="4" w:space="0" w:color="auto"/>
            </w:tcBorders>
          </w:tcPr>
          <w:p w14:paraId="2E0BB26D" w14:textId="77777777" w:rsidR="007003AD" w:rsidRDefault="00000000">
            <w:r>
              <w:t>лялечка</w:t>
            </w:r>
          </w:p>
        </w:tc>
        <w:tc>
          <w:tcPr>
            <w:tcW w:w="1174" w:type="dxa"/>
            <w:tcBorders>
              <w:top w:val="single" w:sz="4" w:space="0" w:color="auto"/>
              <w:left w:val="single" w:sz="4" w:space="0" w:color="auto"/>
              <w:bottom w:val="single" w:sz="4" w:space="0" w:color="auto"/>
              <w:right w:val="single" w:sz="4" w:space="0" w:color="auto"/>
            </w:tcBorders>
          </w:tcPr>
          <w:p w14:paraId="11C8BD91" w14:textId="77777777" w:rsidR="007003AD" w:rsidRDefault="00000000">
            <w:r>
              <w:t>ґрунт</w:t>
            </w:r>
          </w:p>
        </w:tc>
      </w:tr>
    </w:tbl>
    <w:p w14:paraId="414D167C" w14:textId="77777777" w:rsidR="007003AD" w:rsidRPr="00BF5696" w:rsidRDefault="00000000">
      <w:pPr>
        <w:pStyle w:val="21"/>
        <w:rPr>
          <w:lang w:val="ru-RU"/>
        </w:rPr>
      </w:pPr>
      <w:r w:rsidRPr="00BF5696">
        <w:rPr>
          <w:lang w:val="ru-RU"/>
        </w:rPr>
        <w:t>Завдання 3. Фенологічний календар розвитку (Цибулева муха)</w:t>
      </w:r>
    </w:p>
    <w:p w14:paraId="45646F5C" w14:textId="77777777" w:rsidR="007003AD" w:rsidRPr="00BF5696" w:rsidRDefault="00000000">
      <w:pPr>
        <w:rPr>
          <w:lang w:val="ru-RU"/>
        </w:rPr>
      </w:pPr>
      <w:r w:rsidRPr="00BF5696">
        <w:rPr>
          <w:lang w:val="ru-RU"/>
        </w:rPr>
        <w:t>Квітень – виліт імаго (+). Травень – відкладання яєць (•). Червень – розвиток личинок (--), пошкодження рослин (▲▲▲). Липень – лялечка. Серпень – друге покоління імаго. Вересень – личинки. Жовтень – лялечка, зимівля (в ґрунті).</w:t>
      </w:r>
    </w:p>
    <w:p w14:paraId="3910EDDF" w14:textId="77777777" w:rsidR="007003AD" w:rsidRPr="00BF5696" w:rsidRDefault="00000000">
      <w:pPr>
        <w:pStyle w:val="21"/>
        <w:rPr>
          <w:lang w:val="ru-RU"/>
        </w:rPr>
      </w:pPr>
      <w:r w:rsidRPr="00BF5696">
        <w:rPr>
          <w:lang w:val="ru-RU"/>
        </w:rPr>
        <w:t>Завдання 4. Визначення за рисунками</w:t>
      </w:r>
    </w:p>
    <w:p w14:paraId="5982487F" w14:textId="77777777" w:rsidR="007003AD" w:rsidRPr="00BF5696" w:rsidRDefault="00000000">
      <w:pPr>
        <w:rPr>
          <w:lang w:val="ru-RU"/>
        </w:rPr>
      </w:pPr>
      <w:r w:rsidRPr="00BF5696">
        <w:rPr>
          <w:lang w:val="ru-RU"/>
        </w:rPr>
        <w:t>Рис.49: 1 – капустяна міль (метелик); 2 – гусениця; 3 – пошкоджений листок.</w:t>
      </w:r>
      <w:r w:rsidRPr="00BF5696">
        <w:rPr>
          <w:lang w:val="ru-RU"/>
        </w:rPr>
        <w:br/>
        <w:t>Рис.50: 1 – самка капустяного білана; 2 – самець; 3 – гусениця.</w:t>
      </w:r>
      <w:r w:rsidRPr="00BF5696">
        <w:rPr>
          <w:lang w:val="ru-RU"/>
        </w:rPr>
        <w:br/>
        <w:t>Рис.51: 1 – виїмчаста хрестоцвіта блішка; 2 – стебловий капустяний скритохоботник; 3 – ріпаковий квіткогриз.</w:t>
      </w:r>
      <w:r w:rsidRPr="00BF5696">
        <w:rPr>
          <w:lang w:val="ru-RU"/>
        </w:rPr>
        <w:br/>
        <w:t>Рис.52: а) жук баштанної корівки; б) личинка.</w:t>
      </w:r>
    </w:p>
    <w:p w14:paraId="76240AB9" w14:textId="77777777" w:rsidR="007003AD" w:rsidRPr="00BF5696" w:rsidRDefault="00000000">
      <w:pPr>
        <w:pStyle w:val="21"/>
        <w:rPr>
          <w:lang w:val="ru-RU"/>
        </w:rPr>
      </w:pPr>
      <w:r w:rsidRPr="00BF5696">
        <w:rPr>
          <w:lang w:val="ru-RU"/>
        </w:rPr>
        <w:t>Висновок</w:t>
      </w:r>
    </w:p>
    <w:p w14:paraId="5FBC4C33" w14:textId="77777777" w:rsidR="007003AD" w:rsidRPr="00BF5696" w:rsidRDefault="00000000">
      <w:pPr>
        <w:rPr>
          <w:lang w:val="ru-RU"/>
        </w:rPr>
      </w:pPr>
      <w:r w:rsidRPr="00BF5696">
        <w:rPr>
          <w:lang w:val="ru-RU"/>
        </w:rPr>
        <w:t>Під час лабораторної роботи було вивчено основних шкідників овочевих культур, їх морфологічні ознаки, типи пошкодження рослин та особливості розвитку. Отримані знання дозволяють розпізнавати шкідників за зовнішніми ознаками та характером пошкодження рослин.</w:t>
      </w:r>
    </w:p>
    <w:sectPr w:rsidR="007003AD" w:rsidRPr="00BF569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624427457">
    <w:abstractNumId w:val="8"/>
  </w:num>
  <w:num w:numId="2" w16cid:durableId="1709261347">
    <w:abstractNumId w:val="6"/>
  </w:num>
  <w:num w:numId="3" w16cid:durableId="1342972179">
    <w:abstractNumId w:val="5"/>
  </w:num>
  <w:num w:numId="4" w16cid:durableId="1173446907">
    <w:abstractNumId w:val="4"/>
  </w:num>
  <w:num w:numId="5" w16cid:durableId="1623338709">
    <w:abstractNumId w:val="7"/>
  </w:num>
  <w:num w:numId="6" w16cid:durableId="766928149">
    <w:abstractNumId w:val="3"/>
  </w:num>
  <w:num w:numId="7" w16cid:durableId="1962029200">
    <w:abstractNumId w:val="2"/>
  </w:num>
  <w:num w:numId="8" w16cid:durableId="186677331">
    <w:abstractNumId w:val="1"/>
  </w:num>
  <w:num w:numId="9" w16cid:durableId="260531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65CE"/>
    <w:rsid w:val="0029639D"/>
    <w:rsid w:val="00326F90"/>
    <w:rsid w:val="007003AD"/>
    <w:rsid w:val="00AA1D8D"/>
    <w:rsid w:val="00B47730"/>
    <w:rsid w:val="00BF5696"/>
    <w:rsid w:val="00CB0664"/>
    <w:rsid w:val="00F27EA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B5DF82"/>
  <w14:defaultImageDpi w14:val="300"/>
  <w15:docId w15:val="{FCE5D60A-33CC-43DF-9582-B0FC8FD91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454</Words>
  <Characters>2589</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3037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2</cp:revision>
  <dcterms:created xsi:type="dcterms:W3CDTF">2013-12-23T23:15:00Z</dcterms:created>
  <dcterms:modified xsi:type="dcterms:W3CDTF">2026-03-06T18:24:00Z</dcterms:modified>
  <cp:category/>
</cp:coreProperties>
</file>