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6A46" w:rsidRPr="0020280C" w:rsidRDefault="0020280C">
      <w:pPr>
        <w:rPr>
          <w:b/>
          <w:lang w:val="ru-RU"/>
        </w:rPr>
      </w:pPr>
      <w:r>
        <w:rPr>
          <w:lang w:val="ru-RU"/>
        </w:rPr>
        <w:t xml:space="preserve">                                        </w:t>
      </w:r>
      <w:proofErr w:type="spellStart"/>
      <w:r w:rsidR="00194C9C" w:rsidRPr="0020280C">
        <w:rPr>
          <w:b/>
          <w:lang w:val="ru-RU"/>
        </w:rPr>
        <w:t>Практичне</w:t>
      </w:r>
      <w:proofErr w:type="spellEnd"/>
      <w:r w:rsidR="00194C9C" w:rsidRPr="0020280C">
        <w:rPr>
          <w:b/>
          <w:lang w:val="ru-RU"/>
        </w:rPr>
        <w:t xml:space="preserve"> </w:t>
      </w:r>
      <w:proofErr w:type="spellStart"/>
      <w:r w:rsidR="00194C9C" w:rsidRPr="0020280C">
        <w:rPr>
          <w:b/>
          <w:lang w:val="ru-RU"/>
        </w:rPr>
        <w:t>заняття</w:t>
      </w:r>
      <w:proofErr w:type="spellEnd"/>
      <w:r w:rsidR="00194C9C" w:rsidRPr="0020280C">
        <w:rPr>
          <w:b/>
          <w:lang w:val="ru-RU"/>
        </w:rPr>
        <w:t xml:space="preserve"> 3</w:t>
      </w:r>
    </w:p>
    <w:p w:rsidR="00B16A46" w:rsidRPr="0020280C" w:rsidRDefault="0020280C">
      <w:pPr>
        <w:rPr>
          <w:lang w:val="ru-RU"/>
        </w:rPr>
      </w:pPr>
      <w:r w:rsidRPr="0020280C">
        <w:rPr>
          <w:b/>
          <w:lang w:val="ru-RU"/>
        </w:rPr>
        <w:t>Тема:</w:t>
      </w:r>
      <w:r>
        <w:rPr>
          <w:lang w:val="ru-RU"/>
        </w:rPr>
        <w:t xml:space="preserve"> </w:t>
      </w:r>
      <w:proofErr w:type="spellStart"/>
      <w:r w:rsidR="00194C9C" w:rsidRPr="0020280C">
        <w:rPr>
          <w:lang w:val="ru-RU"/>
        </w:rPr>
        <w:t>Визначення</w:t>
      </w:r>
      <w:proofErr w:type="spellEnd"/>
      <w:r w:rsidR="00194C9C" w:rsidRPr="0020280C">
        <w:rPr>
          <w:lang w:val="ru-RU"/>
        </w:rPr>
        <w:t xml:space="preserve"> </w:t>
      </w:r>
      <w:proofErr w:type="spellStart"/>
      <w:r w:rsidR="00194C9C" w:rsidRPr="0020280C">
        <w:rPr>
          <w:lang w:val="ru-RU"/>
        </w:rPr>
        <w:t>показників</w:t>
      </w:r>
      <w:proofErr w:type="spellEnd"/>
      <w:r w:rsidR="00194C9C" w:rsidRPr="0020280C">
        <w:rPr>
          <w:lang w:val="ru-RU"/>
        </w:rPr>
        <w:t xml:space="preserve"> </w:t>
      </w:r>
      <w:proofErr w:type="spellStart"/>
      <w:r w:rsidR="00194C9C" w:rsidRPr="0020280C">
        <w:rPr>
          <w:lang w:val="ru-RU"/>
        </w:rPr>
        <w:t>якості</w:t>
      </w:r>
      <w:proofErr w:type="spellEnd"/>
      <w:r w:rsidR="00194C9C" w:rsidRPr="0020280C">
        <w:rPr>
          <w:lang w:val="ru-RU"/>
        </w:rPr>
        <w:t xml:space="preserve"> та </w:t>
      </w:r>
      <w:proofErr w:type="spellStart"/>
      <w:r w:rsidR="00194C9C" w:rsidRPr="0020280C">
        <w:rPr>
          <w:lang w:val="ru-RU"/>
        </w:rPr>
        <w:t>кількісно-якісний</w:t>
      </w:r>
      <w:proofErr w:type="spellEnd"/>
      <w:r w:rsidR="00194C9C" w:rsidRPr="0020280C">
        <w:rPr>
          <w:lang w:val="ru-RU"/>
        </w:rPr>
        <w:t xml:space="preserve"> </w:t>
      </w:r>
      <w:proofErr w:type="spellStart"/>
      <w:proofErr w:type="gramStart"/>
      <w:r w:rsidR="00194C9C" w:rsidRPr="0020280C">
        <w:rPr>
          <w:lang w:val="ru-RU"/>
        </w:rPr>
        <w:t>обл</w:t>
      </w:r>
      <w:proofErr w:type="gramEnd"/>
      <w:r w:rsidR="00194C9C" w:rsidRPr="0020280C">
        <w:rPr>
          <w:lang w:val="ru-RU"/>
        </w:rPr>
        <w:t>ік</w:t>
      </w:r>
      <w:proofErr w:type="spellEnd"/>
      <w:r w:rsidR="00194C9C" w:rsidRPr="0020280C">
        <w:rPr>
          <w:lang w:val="ru-RU"/>
        </w:rPr>
        <w:t xml:space="preserve"> зерна</w:t>
      </w:r>
    </w:p>
    <w:p w:rsidR="00B16A46" w:rsidRPr="0020280C" w:rsidRDefault="00194C9C">
      <w:pPr>
        <w:rPr>
          <w:lang w:val="ru-RU"/>
        </w:rPr>
      </w:pPr>
      <w:r w:rsidRPr="0020280C">
        <w:rPr>
          <w:b/>
          <w:lang w:val="ru-RU"/>
        </w:rPr>
        <w:t>Мета:</w:t>
      </w:r>
      <w:r w:rsidRPr="0020280C">
        <w:rPr>
          <w:lang w:val="ru-RU"/>
        </w:rPr>
        <w:t xml:space="preserve"> </w:t>
      </w:r>
      <w:proofErr w:type="spellStart"/>
      <w:r w:rsidRPr="0020280C">
        <w:rPr>
          <w:lang w:val="ru-RU"/>
        </w:rPr>
        <w:t>закріпити</w:t>
      </w:r>
      <w:proofErr w:type="spellEnd"/>
      <w:r w:rsidRPr="0020280C">
        <w:rPr>
          <w:lang w:val="ru-RU"/>
        </w:rPr>
        <w:t xml:space="preserve"> </w:t>
      </w:r>
      <w:proofErr w:type="spellStart"/>
      <w:r w:rsidRPr="0020280C">
        <w:rPr>
          <w:lang w:val="ru-RU"/>
        </w:rPr>
        <w:t>вміння</w:t>
      </w:r>
      <w:proofErr w:type="spellEnd"/>
      <w:r w:rsidRPr="0020280C">
        <w:rPr>
          <w:lang w:val="ru-RU"/>
        </w:rPr>
        <w:t xml:space="preserve"> </w:t>
      </w:r>
      <w:proofErr w:type="spellStart"/>
      <w:r w:rsidRPr="0020280C">
        <w:rPr>
          <w:lang w:val="ru-RU"/>
        </w:rPr>
        <w:t>визначати</w:t>
      </w:r>
      <w:proofErr w:type="spellEnd"/>
      <w:r w:rsidRPr="0020280C">
        <w:rPr>
          <w:lang w:val="ru-RU"/>
        </w:rPr>
        <w:t xml:space="preserve"> </w:t>
      </w:r>
      <w:proofErr w:type="spellStart"/>
      <w:r w:rsidRPr="0020280C">
        <w:rPr>
          <w:lang w:val="ru-RU"/>
        </w:rPr>
        <w:t>показники</w:t>
      </w:r>
      <w:proofErr w:type="spellEnd"/>
      <w:r w:rsidRPr="0020280C">
        <w:rPr>
          <w:lang w:val="ru-RU"/>
        </w:rPr>
        <w:t xml:space="preserve"> </w:t>
      </w:r>
      <w:proofErr w:type="spellStart"/>
      <w:r w:rsidRPr="0020280C">
        <w:rPr>
          <w:lang w:val="ru-RU"/>
        </w:rPr>
        <w:t>якості</w:t>
      </w:r>
      <w:proofErr w:type="spellEnd"/>
      <w:r w:rsidRPr="0020280C">
        <w:rPr>
          <w:lang w:val="ru-RU"/>
        </w:rPr>
        <w:t xml:space="preserve"> зерна: </w:t>
      </w:r>
      <w:proofErr w:type="spellStart"/>
      <w:r w:rsidRPr="0020280C">
        <w:rPr>
          <w:lang w:val="ru-RU"/>
        </w:rPr>
        <w:t>органолептичне</w:t>
      </w:r>
      <w:proofErr w:type="spellEnd"/>
      <w:r w:rsidRPr="0020280C">
        <w:rPr>
          <w:lang w:val="ru-RU"/>
        </w:rPr>
        <w:t xml:space="preserve"> </w:t>
      </w:r>
      <w:proofErr w:type="spellStart"/>
      <w:r w:rsidRPr="0020280C">
        <w:rPr>
          <w:lang w:val="ru-RU"/>
        </w:rPr>
        <w:t>оцінювання</w:t>
      </w:r>
      <w:proofErr w:type="spellEnd"/>
      <w:r w:rsidRPr="0020280C">
        <w:rPr>
          <w:lang w:val="ru-RU"/>
        </w:rPr>
        <w:t xml:space="preserve">, </w:t>
      </w:r>
      <w:proofErr w:type="spellStart"/>
      <w:r w:rsidRPr="0020280C">
        <w:rPr>
          <w:lang w:val="ru-RU"/>
        </w:rPr>
        <w:t>вологість</w:t>
      </w:r>
      <w:proofErr w:type="spellEnd"/>
      <w:r w:rsidRPr="0020280C">
        <w:rPr>
          <w:lang w:val="ru-RU"/>
        </w:rPr>
        <w:t xml:space="preserve">, </w:t>
      </w:r>
      <w:proofErr w:type="spellStart"/>
      <w:r w:rsidRPr="0020280C">
        <w:rPr>
          <w:lang w:val="ru-RU"/>
        </w:rPr>
        <w:t>вмі</w:t>
      </w:r>
      <w:proofErr w:type="gramStart"/>
      <w:r w:rsidRPr="0020280C">
        <w:rPr>
          <w:lang w:val="ru-RU"/>
        </w:rPr>
        <w:t>ст</w:t>
      </w:r>
      <w:proofErr w:type="spellEnd"/>
      <w:proofErr w:type="gramEnd"/>
      <w:r w:rsidRPr="0020280C">
        <w:rPr>
          <w:lang w:val="ru-RU"/>
        </w:rPr>
        <w:t xml:space="preserve"> </w:t>
      </w:r>
      <w:proofErr w:type="spellStart"/>
      <w:r w:rsidRPr="0020280C">
        <w:rPr>
          <w:lang w:val="ru-RU"/>
        </w:rPr>
        <w:t>домішок</w:t>
      </w:r>
      <w:proofErr w:type="spellEnd"/>
      <w:r w:rsidRPr="0020280C">
        <w:rPr>
          <w:lang w:val="ru-RU"/>
        </w:rPr>
        <w:t xml:space="preserve"> та </w:t>
      </w:r>
      <w:proofErr w:type="spellStart"/>
      <w:r w:rsidRPr="0020280C">
        <w:rPr>
          <w:lang w:val="ru-RU"/>
        </w:rPr>
        <w:t>зараженості</w:t>
      </w:r>
      <w:proofErr w:type="spellEnd"/>
      <w:r w:rsidRPr="0020280C">
        <w:rPr>
          <w:lang w:val="ru-RU"/>
        </w:rPr>
        <w:t xml:space="preserve"> </w:t>
      </w:r>
      <w:proofErr w:type="spellStart"/>
      <w:r w:rsidRPr="0020280C">
        <w:rPr>
          <w:lang w:val="ru-RU"/>
        </w:rPr>
        <w:t>його</w:t>
      </w:r>
      <w:proofErr w:type="spellEnd"/>
      <w:r w:rsidRPr="0020280C">
        <w:rPr>
          <w:lang w:val="ru-RU"/>
        </w:rPr>
        <w:t xml:space="preserve"> </w:t>
      </w:r>
      <w:proofErr w:type="spellStart"/>
      <w:r w:rsidRPr="0020280C">
        <w:rPr>
          <w:lang w:val="ru-RU"/>
        </w:rPr>
        <w:t>шкідниками</w:t>
      </w:r>
      <w:proofErr w:type="spellEnd"/>
      <w:r w:rsidRPr="0020280C">
        <w:rPr>
          <w:lang w:val="ru-RU"/>
        </w:rPr>
        <w:t xml:space="preserve">, </w:t>
      </w:r>
      <w:proofErr w:type="spellStart"/>
      <w:r w:rsidRPr="0020280C">
        <w:rPr>
          <w:lang w:val="ru-RU"/>
        </w:rPr>
        <w:t>з’ясувати</w:t>
      </w:r>
      <w:proofErr w:type="spellEnd"/>
      <w:r w:rsidRPr="0020280C">
        <w:rPr>
          <w:lang w:val="ru-RU"/>
        </w:rPr>
        <w:t xml:space="preserve"> </w:t>
      </w:r>
      <w:proofErr w:type="spellStart"/>
      <w:r w:rsidRPr="0020280C">
        <w:rPr>
          <w:lang w:val="ru-RU"/>
        </w:rPr>
        <w:t>особливості</w:t>
      </w:r>
      <w:proofErr w:type="spellEnd"/>
      <w:r w:rsidRPr="0020280C">
        <w:rPr>
          <w:lang w:val="ru-RU"/>
        </w:rPr>
        <w:t xml:space="preserve"> </w:t>
      </w:r>
      <w:proofErr w:type="spellStart"/>
      <w:r w:rsidRPr="0020280C">
        <w:rPr>
          <w:lang w:val="ru-RU"/>
        </w:rPr>
        <w:t>зберігання</w:t>
      </w:r>
      <w:proofErr w:type="spellEnd"/>
      <w:r w:rsidRPr="0020280C">
        <w:rPr>
          <w:lang w:val="ru-RU"/>
        </w:rPr>
        <w:t xml:space="preserve"> зерна </w:t>
      </w:r>
      <w:proofErr w:type="spellStart"/>
      <w:r w:rsidRPr="0020280C">
        <w:rPr>
          <w:lang w:val="ru-RU"/>
        </w:rPr>
        <w:t>окремих</w:t>
      </w:r>
      <w:proofErr w:type="spellEnd"/>
      <w:r w:rsidRPr="0020280C">
        <w:rPr>
          <w:lang w:val="ru-RU"/>
        </w:rPr>
        <w:t xml:space="preserve"> культур, </w:t>
      </w:r>
      <w:proofErr w:type="spellStart"/>
      <w:r w:rsidRPr="0020280C">
        <w:rPr>
          <w:lang w:val="ru-RU"/>
        </w:rPr>
        <w:t>кількісно-якісного</w:t>
      </w:r>
      <w:proofErr w:type="spellEnd"/>
      <w:r w:rsidRPr="0020280C">
        <w:rPr>
          <w:lang w:val="ru-RU"/>
        </w:rPr>
        <w:t xml:space="preserve"> </w:t>
      </w:r>
      <w:proofErr w:type="spellStart"/>
      <w:r w:rsidRPr="0020280C">
        <w:rPr>
          <w:lang w:val="ru-RU"/>
        </w:rPr>
        <w:t>обліку</w:t>
      </w:r>
      <w:proofErr w:type="spellEnd"/>
      <w:r w:rsidRPr="0020280C">
        <w:rPr>
          <w:lang w:val="ru-RU"/>
        </w:rPr>
        <w:t xml:space="preserve"> зерна.</w:t>
      </w:r>
    </w:p>
    <w:p w:rsidR="00B16A46" w:rsidRPr="0020280C" w:rsidRDefault="00194C9C">
      <w:pPr>
        <w:rPr>
          <w:lang w:val="ru-RU"/>
        </w:rPr>
      </w:pPr>
      <w:proofErr w:type="spellStart"/>
      <w:r w:rsidRPr="0020280C">
        <w:rPr>
          <w:b/>
          <w:lang w:val="ru-RU"/>
        </w:rPr>
        <w:t>Матеріали</w:t>
      </w:r>
      <w:proofErr w:type="spellEnd"/>
      <w:r w:rsidRPr="0020280C">
        <w:rPr>
          <w:b/>
          <w:lang w:val="ru-RU"/>
        </w:rPr>
        <w:t xml:space="preserve"> та </w:t>
      </w:r>
      <w:proofErr w:type="spellStart"/>
      <w:r w:rsidRPr="0020280C">
        <w:rPr>
          <w:b/>
          <w:lang w:val="ru-RU"/>
        </w:rPr>
        <w:t>обладнання</w:t>
      </w:r>
      <w:proofErr w:type="spellEnd"/>
      <w:r w:rsidRPr="0020280C">
        <w:rPr>
          <w:b/>
          <w:lang w:val="ru-RU"/>
        </w:rPr>
        <w:t>:</w:t>
      </w:r>
      <w:r w:rsidRPr="0020280C">
        <w:rPr>
          <w:lang w:val="ru-RU"/>
        </w:rPr>
        <w:t xml:space="preserve"> </w:t>
      </w:r>
      <w:proofErr w:type="spellStart"/>
      <w:r w:rsidRPr="0020280C">
        <w:rPr>
          <w:lang w:val="ru-RU"/>
        </w:rPr>
        <w:t>еталон</w:t>
      </w:r>
      <w:proofErr w:type="spellEnd"/>
      <w:r w:rsidRPr="0020280C">
        <w:rPr>
          <w:lang w:val="ru-RU"/>
        </w:rPr>
        <w:t xml:space="preserve"> на зерно, </w:t>
      </w:r>
      <w:proofErr w:type="spellStart"/>
      <w:r w:rsidRPr="0020280C">
        <w:rPr>
          <w:lang w:val="ru-RU"/>
        </w:rPr>
        <w:t>набі</w:t>
      </w:r>
      <w:proofErr w:type="gramStart"/>
      <w:r w:rsidRPr="0020280C">
        <w:rPr>
          <w:lang w:val="ru-RU"/>
        </w:rPr>
        <w:t>р</w:t>
      </w:r>
      <w:proofErr w:type="spellEnd"/>
      <w:proofErr w:type="gramEnd"/>
      <w:r w:rsidRPr="0020280C">
        <w:rPr>
          <w:lang w:val="ru-RU"/>
        </w:rPr>
        <w:t xml:space="preserve"> сит, шпатель, лупа, </w:t>
      </w:r>
      <w:proofErr w:type="spellStart"/>
      <w:r w:rsidRPr="0020280C">
        <w:rPr>
          <w:lang w:val="ru-RU"/>
        </w:rPr>
        <w:t>аналізна</w:t>
      </w:r>
      <w:proofErr w:type="spellEnd"/>
      <w:r w:rsidRPr="0020280C">
        <w:rPr>
          <w:lang w:val="ru-RU"/>
        </w:rPr>
        <w:t xml:space="preserve"> </w:t>
      </w:r>
      <w:proofErr w:type="spellStart"/>
      <w:r w:rsidRPr="0020280C">
        <w:rPr>
          <w:lang w:val="ru-RU"/>
        </w:rPr>
        <w:t>дошка</w:t>
      </w:r>
      <w:proofErr w:type="spellEnd"/>
      <w:r w:rsidRPr="0020280C">
        <w:rPr>
          <w:lang w:val="ru-RU"/>
        </w:rPr>
        <w:t xml:space="preserve">, зерно </w:t>
      </w:r>
      <w:proofErr w:type="spellStart"/>
      <w:r w:rsidRPr="0020280C">
        <w:rPr>
          <w:lang w:val="ru-RU"/>
        </w:rPr>
        <w:t>пшениці</w:t>
      </w:r>
      <w:proofErr w:type="spellEnd"/>
      <w:r w:rsidRPr="0020280C">
        <w:rPr>
          <w:lang w:val="ru-RU"/>
        </w:rPr>
        <w:t xml:space="preserve">, </w:t>
      </w:r>
      <w:proofErr w:type="spellStart"/>
      <w:r w:rsidRPr="0020280C">
        <w:rPr>
          <w:lang w:val="ru-RU"/>
        </w:rPr>
        <w:t>бюкси</w:t>
      </w:r>
      <w:proofErr w:type="spellEnd"/>
      <w:r w:rsidRPr="0020280C">
        <w:rPr>
          <w:lang w:val="ru-RU"/>
        </w:rPr>
        <w:t xml:space="preserve">, </w:t>
      </w:r>
      <w:proofErr w:type="spellStart"/>
      <w:r w:rsidRPr="0020280C">
        <w:rPr>
          <w:lang w:val="ru-RU"/>
        </w:rPr>
        <w:t>терези</w:t>
      </w:r>
      <w:proofErr w:type="spellEnd"/>
      <w:r w:rsidRPr="0020280C">
        <w:rPr>
          <w:lang w:val="ru-RU"/>
        </w:rPr>
        <w:t xml:space="preserve">, </w:t>
      </w:r>
      <w:proofErr w:type="spellStart"/>
      <w:r w:rsidRPr="0020280C">
        <w:rPr>
          <w:lang w:val="ru-RU"/>
        </w:rPr>
        <w:t>лабораторний</w:t>
      </w:r>
      <w:proofErr w:type="spellEnd"/>
      <w:r w:rsidRPr="0020280C">
        <w:rPr>
          <w:lang w:val="ru-RU"/>
        </w:rPr>
        <w:t xml:space="preserve"> </w:t>
      </w:r>
      <w:proofErr w:type="spellStart"/>
      <w:r w:rsidRPr="0020280C">
        <w:rPr>
          <w:lang w:val="ru-RU"/>
        </w:rPr>
        <w:t>млинок</w:t>
      </w:r>
      <w:proofErr w:type="spellEnd"/>
      <w:r w:rsidRPr="0020280C">
        <w:rPr>
          <w:lang w:val="ru-RU"/>
        </w:rPr>
        <w:t xml:space="preserve">, вода, колба на 100 мл, </w:t>
      </w:r>
      <w:proofErr w:type="spellStart"/>
      <w:r w:rsidRPr="0020280C">
        <w:rPr>
          <w:lang w:val="ru-RU"/>
        </w:rPr>
        <w:t>скло</w:t>
      </w:r>
      <w:proofErr w:type="spellEnd"/>
      <w:r w:rsidRPr="0020280C">
        <w:rPr>
          <w:lang w:val="ru-RU"/>
        </w:rPr>
        <w:t xml:space="preserve">, </w:t>
      </w:r>
      <w:proofErr w:type="spellStart"/>
      <w:r w:rsidRPr="0020280C">
        <w:rPr>
          <w:lang w:val="ru-RU"/>
        </w:rPr>
        <w:t>кип’ячена</w:t>
      </w:r>
      <w:proofErr w:type="spellEnd"/>
      <w:r w:rsidRPr="0020280C">
        <w:rPr>
          <w:lang w:val="ru-RU"/>
        </w:rPr>
        <w:t xml:space="preserve"> вода, термометр, склянка, </w:t>
      </w:r>
      <w:proofErr w:type="spellStart"/>
      <w:r w:rsidRPr="0020280C">
        <w:rPr>
          <w:lang w:val="ru-RU"/>
        </w:rPr>
        <w:t>гаряча</w:t>
      </w:r>
      <w:proofErr w:type="spellEnd"/>
      <w:r w:rsidRPr="0020280C">
        <w:rPr>
          <w:lang w:val="ru-RU"/>
        </w:rPr>
        <w:t xml:space="preserve"> вода.</w:t>
      </w:r>
    </w:p>
    <w:p w:rsidR="00B16A46" w:rsidRPr="0020280C" w:rsidRDefault="00194C9C">
      <w:pPr>
        <w:rPr>
          <w:b/>
          <w:lang w:val="ru-RU"/>
        </w:rPr>
      </w:pPr>
      <w:proofErr w:type="spellStart"/>
      <w:r w:rsidRPr="0020280C">
        <w:rPr>
          <w:b/>
          <w:lang w:val="ru-RU"/>
        </w:rPr>
        <w:t>Методичні</w:t>
      </w:r>
      <w:proofErr w:type="spellEnd"/>
      <w:r w:rsidRPr="0020280C">
        <w:rPr>
          <w:b/>
          <w:lang w:val="ru-RU"/>
        </w:rPr>
        <w:t xml:space="preserve"> </w:t>
      </w:r>
      <w:proofErr w:type="spellStart"/>
      <w:r w:rsidRPr="0020280C">
        <w:rPr>
          <w:b/>
          <w:lang w:val="ru-RU"/>
        </w:rPr>
        <w:t>вказівки</w:t>
      </w:r>
      <w:proofErr w:type="spellEnd"/>
      <w:r w:rsidR="0020280C">
        <w:rPr>
          <w:b/>
          <w:lang w:val="ru-RU"/>
        </w:rPr>
        <w:br/>
      </w:r>
      <w:proofErr w:type="spellStart"/>
      <w:r w:rsidRPr="0020280C">
        <w:rPr>
          <w:lang w:val="ru-RU"/>
        </w:rPr>
        <w:t>Вивчити</w:t>
      </w:r>
      <w:proofErr w:type="spellEnd"/>
      <w:r w:rsidRPr="0020280C">
        <w:rPr>
          <w:lang w:val="ru-RU"/>
        </w:rPr>
        <w:t xml:space="preserve"> методики та </w:t>
      </w:r>
      <w:proofErr w:type="spellStart"/>
      <w:r w:rsidRPr="0020280C">
        <w:rPr>
          <w:lang w:val="ru-RU"/>
        </w:rPr>
        <w:t>виконати</w:t>
      </w:r>
      <w:proofErr w:type="spellEnd"/>
      <w:r w:rsidRPr="0020280C">
        <w:rPr>
          <w:lang w:val="ru-RU"/>
        </w:rPr>
        <w:t xml:space="preserve"> </w:t>
      </w:r>
      <w:proofErr w:type="spellStart"/>
      <w:proofErr w:type="gramStart"/>
      <w:r w:rsidRPr="0020280C">
        <w:rPr>
          <w:lang w:val="ru-RU"/>
        </w:rPr>
        <w:t>досл</w:t>
      </w:r>
      <w:proofErr w:type="gramEnd"/>
      <w:r w:rsidRPr="0020280C">
        <w:rPr>
          <w:lang w:val="ru-RU"/>
        </w:rPr>
        <w:t>іди</w:t>
      </w:r>
      <w:proofErr w:type="spellEnd"/>
      <w:r w:rsidRPr="0020280C">
        <w:rPr>
          <w:lang w:val="ru-RU"/>
        </w:rPr>
        <w:t xml:space="preserve"> з </w:t>
      </w:r>
      <w:proofErr w:type="spellStart"/>
      <w:r w:rsidRPr="0020280C">
        <w:rPr>
          <w:lang w:val="ru-RU"/>
        </w:rPr>
        <w:t>визначення</w:t>
      </w:r>
      <w:proofErr w:type="spellEnd"/>
      <w:r w:rsidRPr="0020280C">
        <w:rPr>
          <w:lang w:val="ru-RU"/>
        </w:rPr>
        <w:t xml:space="preserve"> </w:t>
      </w:r>
      <w:proofErr w:type="spellStart"/>
      <w:r w:rsidRPr="0020280C">
        <w:rPr>
          <w:lang w:val="ru-RU"/>
        </w:rPr>
        <w:t>органолептичних</w:t>
      </w:r>
      <w:proofErr w:type="spellEnd"/>
      <w:r w:rsidRPr="0020280C">
        <w:rPr>
          <w:lang w:val="ru-RU"/>
        </w:rPr>
        <w:t xml:space="preserve"> </w:t>
      </w:r>
      <w:proofErr w:type="spellStart"/>
      <w:r w:rsidRPr="0020280C">
        <w:rPr>
          <w:lang w:val="ru-RU"/>
        </w:rPr>
        <w:t>показників</w:t>
      </w:r>
      <w:proofErr w:type="spellEnd"/>
      <w:r w:rsidRPr="0020280C">
        <w:rPr>
          <w:lang w:val="ru-RU"/>
        </w:rPr>
        <w:t xml:space="preserve"> </w:t>
      </w:r>
      <w:proofErr w:type="spellStart"/>
      <w:r w:rsidRPr="0020280C">
        <w:rPr>
          <w:lang w:val="ru-RU"/>
        </w:rPr>
        <w:t>якості</w:t>
      </w:r>
      <w:proofErr w:type="spellEnd"/>
      <w:r w:rsidRPr="0020280C">
        <w:rPr>
          <w:lang w:val="ru-RU"/>
        </w:rPr>
        <w:t xml:space="preserve"> зерна </w:t>
      </w:r>
      <w:proofErr w:type="spellStart"/>
      <w:r w:rsidRPr="0020280C">
        <w:rPr>
          <w:lang w:val="ru-RU"/>
        </w:rPr>
        <w:t>пшениці</w:t>
      </w:r>
      <w:proofErr w:type="spellEnd"/>
      <w:r w:rsidRPr="0020280C">
        <w:rPr>
          <w:lang w:val="ru-RU"/>
        </w:rPr>
        <w:t xml:space="preserve">, </w:t>
      </w:r>
      <w:proofErr w:type="spellStart"/>
      <w:r w:rsidRPr="0020280C">
        <w:rPr>
          <w:lang w:val="ru-RU"/>
        </w:rPr>
        <w:t>вологості</w:t>
      </w:r>
      <w:proofErr w:type="spellEnd"/>
      <w:r w:rsidRPr="0020280C">
        <w:rPr>
          <w:lang w:val="ru-RU"/>
        </w:rPr>
        <w:t xml:space="preserve">, </w:t>
      </w:r>
      <w:proofErr w:type="spellStart"/>
      <w:r w:rsidRPr="0020280C">
        <w:rPr>
          <w:lang w:val="ru-RU"/>
        </w:rPr>
        <w:t>вмісту</w:t>
      </w:r>
      <w:proofErr w:type="spellEnd"/>
      <w:r w:rsidRPr="0020280C">
        <w:rPr>
          <w:lang w:val="ru-RU"/>
        </w:rPr>
        <w:t xml:space="preserve"> </w:t>
      </w:r>
      <w:proofErr w:type="spellStart"/>
      <w:r w:rsidRPr="0020280C">
        <w:rPr>
          <w:lang w:val="ru-RU"/>
        </w:rPr>
        <w:t>домішок</w:t>
      </w:r>
      <w:proofErr w:type="spellEnd"/>
      <w:r w:rsidRPr="0020280C">
        <w:rPr>
          <w:lang w:val="ru-RU"/>
        </w:rPr>
        <w:t xml:space="preserve"> та </w:t>
      </w:r>
      <w:proofErr w:type="spellStart"/>
      <w:r w:rsidRPr="0020280C">
        <w:rPr>
          <w:lang w:val="ru-RU"/>
        </w:rPr>
        <w:t>зараженості</w:t>
      </w:r>
      <w:proofErr w:type="spellEnd"/>
      <w:r w:rsidRPr="0020280C">
        <w:rPr>
          <w:lang w:val="ru-RU"/>
        </w:rPr>
        <w:t xml:space="preserve"> </w:t>
      </w:r>
      <w:proofErr w:type="spellStart"/>
      <w:r w:rsidRPr="0020280C">
        <w:rPr>
          <w:lang w:val="ru-RU"/>
        </w:rPr>
        <w:t>шкідниками</w:t>
      </w:r>
      <w:proofErr w:type="spellEnd"/>
      <w:r w:rsidRPr="0020280C">
        <w:rPr>
          <w:lang w:val="ru-RU"/>
        </w:rPr>
        <w:t xml:space="preserve">, </w:t>
      </w:r>
      <w:proofErr w:type="spellStart"/>
      <w:r w:rsidRPr="0020280C">
        <w:rPr>
          <w:lang w:val="ru-RU"/>
        </w:rPr>
        <w:t>з’ясувати</w:t>
      </w:r>
      <w:proofErr w:type="spellEnd"/>
      <w:r w:rsidRPr="0020280C">
        <w:rPr>
          <w:lang w:val="ru-RU"/>
        </w:rPr>
        <w:t xml:space="preserve"> </w:t>
      </w:r>
      <w:proofErr w:type="spellStart"/>
      <w:r w:rsidRPr="0020280C">
        <w:rPr>
          <w:lang w:val="ru-RU"/>
        </w:rPr>
        <w:t>особливості</w:t>
      </w:r>
      <w:proofErr w:type="spellEnd"/>
      <w:r w:rsidRPr="0020280C">
        <w:rPr>
          <w:lang w:val="ru-RU"/>
        </w:rPr>
        <w:t xml:space="preserve"> </w:t>
      </w:r>
      <w:proofErr w:type="spellStart"/>
      <w:r w:rsidRPr="0020280C">
        <w:rPr>
          <w:lang w:val="ru-RU"/>
        </w:rPr>
        <w:t>зберігання</w:t>
      </w:r>
      <w:proofErr w:type="spellEnd"/>
      <w:r w:rsidRPr="0020280C">
        <w:rPr>
          <w:lang w:val="ru-RU"/>
        </w:rPr>
        <w:t xml:space="preserve"> зерна </w:t>
      </w:r>
      <w:proofErr w:type="spellStart"/>
      <w:r w:rsidRPr="0020280C">
        <w:rPr>
          <w:lang w:val="ru-RU"/>
        </w:rPr>
        <w:t>окремих</w:t>
      </w:r>
      <w:proofErr w:type="spellEnd"/>
      <w:r w:rsidRPr="0020280C">
        <w:rPr>
          <w:lang w:val="ru-RU"/>
        </w:rPr>
        <w:t xml:space="preserve"> культур, </w:t>
      </w:r>
      <w:proofErr w:type="spellStart"/>
      <w:r w:rsidRPr="0020280C">
        <w:rPr>
          <w:lang w:val="ru-RU"/>
        </w:rPr>
        <w:t>кількісно-якісного</w:t>
      </w:r>
      <w:proofErr w:type="spellEnd"/>
      <w:r w:rsidRPr="0020280C">
        <w:rPr>
          <w:lang w:val="ru-RU"/>
        </w:rPr>
        <w:t xml:space="preserve"> </w:t>
      </w:r>
      <w:proofErr w:type="spellStart"/>
      <w:r w:rsidRPr="0020280C">
        <w:rPr>
          <w:lang w:val="ru-RU"/>
        </w:rPr>
        <w:t>обліку</w:t>
      </w:r>
      <w:proofErr w:type="spellEnd"/>
      <w:r w:rsidRPr="0020280C">
        <w:rPr>
          <w:lang w:val="ru-RU"/>
        </w:rPr>
        <w:t xml:space="preserve"> зерна.</w:t>
      </w:r>
    </w:p>
    <w:p w:rsidR="000B2897" w:rsidRDefault="0020280C">
      <w:pPr>
        <w:rPr>
          <w:b/>
          <w:lang w:val="ru-RU"/>
        </w:rPr>
      </w:pPr>
      <w:r>
        <w:rPr>
          <w:b/>
          <w:lang w:val="ru-RU"/>
        </w:rPr>
        <w:br/>
      </w:r>
      <w:r w:rsidRPr="0020280C">
        <w:rPr>
          <w:b/>
          <w:lang w:val="ru-RU"/>
        </w:rPr>
        <w:t xml:space="preserve"> </w:t>
      </w:r>
      <w:proofErr w:type="spellStart"/>
      <w:r w:rsidR="00194C9C" w:rsidRPr="0020280C">
        <w:rPr>
          <w:b/>
          <w:lang w:val="ru-RU"/>
        </w:rPr>
        <w:t>Завдання</w:t>
      </w:r>
      <w:proofErr w:type="spellEnd"/>
      <w:r w:rsidR="00194C9C" w:rsidRPr="0020280C">
        <w:rPr>
          <w:b/>
          <w:lang w:val="ru-RU"/>
        </w:rPr>
        <w:t xml:space="preserve"> 1. </w:t>
      </w:r>
      <w:proofErr w:type="spellStart"/>
      <w:r w:rsidR="00194C9C" w:rsidRPr="0020280C">
        <w:rPr>
          <w:b/>
          <w:lang w:val="ru-RU"/>
        </w:rPr>
        <w:t>Вивчити</w:t>
      </w:r>
      <w:proofErr w:type="spellEnd"/>
      <w:r w:rsidR="00194C9C" w:rsidRPr="0020280C">
        <w:rPr>
          <w:b/>
          <w:lang w:val="ru-RU"/>
        </w:rPr>
        <w:t xml:space="preserve"> методику </w:t>
      </w:r>
      <w:proofErr w:type="spellStart"/>
      <w:r w:rsidR="00194C9C" w:rsidRPr="0020280C">
        <w:rPr>
          <w:b/>
          <w:lang w:val="ru-RU"/>
        </w:rPr>
        <w:t>проведення</w:t>
      </w:r>
      <w:proofErr w:type="spellEnd"/>
      <w:r w:rsidR="00194C9C" w:rsidRPr="0020280C">
        <w:rPr>
          <w:b/>
          <w:lang w:val="ru-RU"/>
        </w:rPr>
        <w:t xml:space="preserve"> </w:t>
      </w:r>
      <w:proofErr w:type="spellStart"/>
      <w:r w:rsidR="00194C9C" w:rsidRPr="0020280C">
        <w:rPr>
          <w:b/>
          <w:lang w:val="ru-RU"/>
        </w:rPr>
        <w:t>органолептичного</w:t>
      </w:r>
      <w:proofErr w:type="spellEnd"/>
      <w:r w:rsidR="00194C9C" w:rsidRPr="0020280C">
        <w:rPr>
          <w:b/>
          <w:lang w:val="ru-RU"/>
        </w:rPr>
        <w:t xml:space="preserve"> </w:t>
      </w:r>
      <w:proofErr w:type="spellStart"/>
      <w:r w:rsidR="00194C9C" w:rsidRPr="0020280C">
        <w:rPr>
          <w:b/>
          <w:lang w:val="ru-RU"/>
        </w:rPr>
        <w:t>оцінювання</w:t>
      </w:r>
      <w:proofErr w:type="spellEnd"/>
      <w:r w:rsidR="00194C9C" w:rsidRPr="0020280C">
        <w:rPr>
          <w:b/>
          <w:lang w:val="ru-RU"/>
        </w:rPr>
        <w:t xml:space="preserve"> зерна та </w:t>
      </w:r>
      <w:proofErr w:type="spellStart"/>
      <w:r w:rsidR="00194C9C" w:rsidRPr="0020280C">
        <w:rPr>
          <w:b/>
          <w:lang w:val="ru-RU"/>
        </w:rPr>
        <w:t>визначити</w:t>
      </w:r>
      <w:proofErr w:type="spellEnd"/>
      <w:r w:rsidR="00194C9C" w:rsidRPr="0020280C">
        <w:rPr>
          <w:b/>
          <w:lang w:val="ru-RU"/>
        </w:rPr>
        <w:t xml:space="preserve"> </w:t>
      </w:r>
      <w:proofErr w:type="spellStart"/>
      <w:r w:rsidR="00194C9C" w:rsidRPr="0020280C">
        <w:rPr>
          <w:b/>
          <w:lang w:val="ru-RU"/>
        </w:rPr>
        <w:t>показники</w:t>
      </w:r>
      <w:proofErr w:type="spellEnd"/>
      <w:r w:rsidR="00194C9C" w:rsidRPr="0020280C">
        <w:rPr>
          <w:b/>
          <w:lang w:val="ru-RU"/>
        </w:rPr>
        <w:t xml:space="preserve"> </w:t>
      </w:r>
      <w:proofErr w:type="spellStart"/>
      <w:r w:rsidR="00194C9C" w:rsidRPr="0020280C">
        <w:rPr>
          <w:b/>
          <w:lang w:val="ru-RU"/>
        </w:rPr>
        <w:t>свіжості</w:t>
      </w:r>
      <w:proofErr w:type="spellEnd"/>
      <w:r w:rsidR="00194C9C" w:rsidRPr="0020280C">
        <w:rPr>
          <w:b/>
          <w:lang w:val="ru-RU"/>
        </w:rPr>
        <w:t xml:space="preserve"> </w:t>
      </w:r>
      <w:proofErr w:type="spellStart"/>
      <w:r w:rsidR="00194C9C" w:rsidRPr="0020280C">
        <w:rPr>
          <w:b/>
          <w:lang w:val="ru-RU"/>
        </w:rPr>
        <w:t>різного</w:t>
      </w:r>
      <w:proofErr w:type="spellEnd"/>
      <w:r w:rsidR="00194C9C" w:rsidRPr="0020280C">
        <w:rPr>
          <w:b/>
          <w:lang w:val="ru-RU"/>
        </w:rPr>
        <w:t xml:space="preserve"> за </w:t>
      </w:r>
      <w:proofErr w:type="spellStart"/>
      <w:r w:rsidR="00194C9C" w:rsidRPr="0020280C">
        <w:rPr>
          <w:b/>
          <w:lang w:val="ru-RU"/>
        </w:rPr>
        <w:t>якістю</w:t>
      </w:r>
      <w:proofErr w:type="spellEnd"/>
      <w:r w:rsidR="00194C9C" w:rsidRPr="0020280C">
        <w:rPr>
          <w:b/>
          <w:lang w:val="ru-RU"/>
        </w:rPr>
        <w:t xml:space="preserve"> зерна </w:t>
      </w:r>
      <w:proofErr w:type="spellStart"/>
      <w:r w:rsidR="00194C9C" w:rsidRPr="0020280C">
        <w:rPr>
          <w:b/>
          <w:lang w:val="ru-RU"/>
        </w:rPr>
        <w:t>пшениці</w:t>
      </w:r>
      <w:proofErr w:type="spellEnd"/>
      <w:r w:rsidR="00194C9C" w:rsidRPr="0020280C">
        <w:rPr>
          <w:b/>
          <w:lang w:val="ru-RU"/>
        </w:rPr>
        <w:t>.</w:t>
      </w:r>
      <w:r>
        <w:rPr>
          <w:b/>
          <w:lang w:val="ru-RU"/>
        </w:rPr>
        <w:br/>
      </w:r>
      <w:r w:rsidR="00700A49" w:rsidRPr="00194C9C">
        <w:rPr>
          <w:lang w:val="ru-RU"/>
        </w:rPr>
        <w:t xml:space="preserve">А) </w:t>
      </w:r>
      <w:proofErr w:type="spellStart"/>
      <w:r w:rsidRPr="00194C9C">
        <w:rPr>
          <w:lang w:val="ru-RU"/>
        </w:rPr>
        <w:t>Визначити</w:t>
      </w:r>
      <w:proofErr w:type="spellEnd"/>
      <w:r w:rsidRPr="00194C9C">
        <w:rPr>
          <w:lang w:val="ru-RU"/>
        </w:rPr>
        <w:t xml:space="preserve"> </w:t>
      </w:r>
      <w:proofErr w:type="spellStart"/>
      <w:r w:rsidRPr="00194C9C">
        <w:rPr>
          <w:lang w:val="ru-RU"/>
        </w:rPr>
        <w:t>колір</w:t>
      </w:r>
      <w:proofErr w:type="spellEnd"/>
      <w:r w:rsidRPr="00194C9C">
        <w:rPr>
          <w:lang w:val="ru-RU"/>
        </w:rPr>
        <w:t xml:space="preserve"> </w:t>
      </w:r>
      <w:proofErr w:type="spellStart"/>
      <w:proofErr w:type="gramStart"/>
      <w:r w:rsidRPr="00194C9C">
        <w:rPr>
          <w:lang w:val="ru-RU"/>
        </w:rPr>
        <w:t>р</w:t>
      </w:r>
      <w:proofErr w:type="gramEnd"/>
      <w:r w:rsidRPr="00194C9C">
        <w:rPr>
          <w:lang w:val="ru-RU"/>
        </w:rPr>
        <w:t>ізного</w:t>
      </w:r>
      <w:proofErr w:type="spellEnd"/>
      <w:r w:rsidRPr="00194C9C">
        <w:rPr>
          <w:lang w:val="ru-RU"/>
        </w:rPr>
        <w:t xml:space="preserve"> за </w:t>
      </w:r>
      <w:proofErr w:type="spellStart"/>
      <w:r w:rsidRPr="00194C9C">
        <w:rPr>
          <w:lang w:val="ru-RU"/>
        </w:rPr>
        <w:t>якістю</w:t>
      </w:r>
      <w:proofErr w:type="spellEnd"/>
      <w:r w:rsidRPr="00194C9C">
        <w:rPr>
          <w:lang w:val="ru-RU"/>
        </w:rPr>
        <w:t xml:space="preserve"> зерна </w:t>
      </w:r>
      <w:proofErr w:type="spellStart"/>
      <w:r w:rsidRPr="00194C9C">
        <w:rPr>
          <w:lang w:val="ru-RU"/>
        </w:rPr>
        <w:t>пшениці</w:t>
      </w:r>
      <w:proofErr w:type="spellEnd"/>
      <w:r w:rsidRPr="00194C9C">
        <w:rPr>
          <w:lang w:val="ru-RU"/>
        </w:rPr>
        <w:t xml:space="preserve">. </w:t>
      </w:r>
      <w:proofErr w:type="spellStart"/>
      <w:r w:rsidRPr="00194C9C">
        <w:rPr>
          <w:lang w:val="ru-RU"/>
        </w:rPr>
        <w:t>З'ясувати</w:t>
      </w:r>
      <w:proofErr w:type="spellEnd"/>
      <w:r w:rsidRPr="00194C9C">
        <w:rPr>
          <w:lang w:val="ru-RU"/>
        </w:rPr>
        <w:t xml:space="preserve"> причини </w:t>
      </w:r>
      <w:proofErr w:type="spellStart"/>
      <w:r w:rsidRPr="00194C9C">
        <w:rPr>
          <w:lang w:val="ru-RU"/>
        </w:rPr>
        <w:t>відхилень</w:t>
      </w:r>
      <w:proofErr w:type="spellEnd"/>
      <w:r w:rsidRPr="00194C9C">
        <w:rPr>
          <w:lang w:val="ru-RU"/>
        </w:rPr>
        <w:t xml:space="preserve"> </w:t>
      </w:r>
      <w:proofErr w:type="spellStart"/>
      <w:r w:rsidRPr="00194C9C">
        <w:rPr>
          <w:lang w:val="ru-RU"/>
        </w:rPr>
        <w:t>від</w:t>
      </w:r>
      <w:proofErr w:type="spellEnd"/>
      <w:r w:rsidRPr="00194C9C">
        <w:rPr>
          <w:lang w:val="ru-RU"/>
        </w:rPr>
        <w:t xml:space="preserve"> стандарту. </w:t>
      </w:r>
      <w:proofErr w:type="spellStart"/>
      <w:r w:rsidRPr="00194C9C">
        <w:rPr>
          <w:lang w:val="ru-RU"/>
        </w:rPr>
        <w:t>Результати</w:t>
      </w:r>
      <w:proofErr w:type="spellEnd"/>
      <w:r w:rsidRPr="00194C9C">
        <w:rPr>
          <w:lang w:val="ru-RU"/>
        </w:rPr>
        <w:t xml:space="preserve"> </w:t>
      </w:r>
      <w:proofErr w:type="spellStart"/>
      <w:r w:rsidRPr="00194C9C">
        <w:rPr>
          <w:lang w:val="ru-RU"/>
        </w:rPr>
        <w:t>досліджень</w:t>
      </w:r>
      <w:proofErr w:type="spellEnd"/>
      <w:r w:rsidRPr="00194C9C">
        <w:rPr>
          <w:lang w:val="ru-RU"/>
        </w:rPr>
        <w:t xml:space="preserve"> занести до табл. 3.1</w:t>
      </w:r>
      <w:r w:rsidR="00700A49" w:rsidRPr="00194C9C">
        <w:rPr>
          <w:lang w:val="ru-RU"/>
        </w:rPr>
        <w:t xml:space="preserve">                                                                                    </w:t>
      </w:r>
      <w:r w:rsidR="00194C9C">
        <w:rPr>
          <w:sz w:val="24"/>
          <w:szCs w:val="24"/>
          <w:lang w:val="ru-RU"/>
        </w:rPr>
        <w:t xml:space="preserve">  </w:t>
      </w:r>
      <w:proofErr w:type="spellStart"/>
      <w:r w:rsidR="00700A49" w:rsidRPr="00700A49">
        <w:rPr>
          <w:sz w:val="24"/>
          <w:szCs w:val="24"/>
          <w:lang w:val="ru-RU"/>
        </w:rPr>
        <w:t>Таблиця</w:t>
      </w:r>
      <w:proofErr w:type="spellEnd"/>
      <w:r w:rsidR="00700A49" w:rsidRPr="00700A49">
        <w:rPr>
          <w:sz w:val="24"/>
          <w:szCs w:val="24"/>
          <w:lang w:val="ru-RU"/>
        </w:rPr>
        <w:t xml:space="preserve"> 3.1</w:t>
      </w:r>
      <w:proofErr w:type="gramStart"/>
      <w:r w:rsidRPr="00700A49">
        <w:rPr>
          <w:lang w:val="ru-RU"/>
        </w:rPr>
        <w:br/>
      </w:r>
      <w:r w:rsidR="00700A49">
        <w:rPr>
          <w:b/>
          <w:lang w:val="ru-RU"/>
        </w:rPr>
        <w:t>П</w:t>
      </w:r>
      <w:proofErr w:type="gramEnd"/>
      <w:r w:rsidR="00700A49">
        <w:rPr>
          <w:b/>
          <w:lang w:val="ru-RU"/>
        </w:rPr>
        <w:t xml:space="preserve">ричини </w:t>
      </w:r>
      <w:proofErr w:type="spellStart"/>
      <w:r w:rsidR="00700A49">
        <w:rPr>
          <w:b/>
          <w:lang w:val="ru-RU"/>
        </w:rPr>
        <w:t>відхилень</w:t>
      </w:r>
      <w:proofErr w:type="spellEnd"/>
      <w:r w:rsidR="00700A49">
        <w:rPr>
          <w:b/>
          <w:lang w:val="ru-RU"/>
        </w:rPr>
        <w:t xml:space="preserve"> </w:t>
      </w:r>
      <w:proofErr w:type="spellStart"/>
      <w:r w:rsidR="00700A49">
        <w:rPr>
          <w:b/>
          <w:lang w:val="ru-RU"/>
        </w:rPr>
        <w:t>забарвлення</w:t>
      </w:r>
      <w:proofErr w:type="spellEnd"/>
      <w:r w:rsidR="00700A49">
        <w:rPr>
          <w:b/>
          <w:lang w:val="ru-RU"/>
        </w:rPr>
        <w:t xml:space="preserve"> зерна</w:t>
      </w:r>
    </w:p>
    <w:tbl>
      <w:tblPr>
        <w:tblStyle w:val="aff0"/>
        <w:tblW w:w="0" w:type="auto"/>
        <w:tblBorders>
          <w:bottom w:val="none" w:sz="0" w:space="0" w:color="auto"/>
        </w:tblBorders>
        <w:tblLook w:val="04A0" w:firstRow="1" w:lastRow="0" w:firstColumn="1" w:lastColumn="0" w:noHBand="0" w:noVBand="1"/>
      </w:tblPr>
      <w:tblGrid>
        <w:gridCol w:w="1526"/>
        <w:gridCol w:w="2551"/>
        <w:gridCol w:w="4563"/>
      </w:tblGrid>
      <w:tr w:rsidR="000B2897" w:rsidTr="00300778">
        <w:tc>
          <w:tcPr>
            <w:tcW w:w="1526" w:type="dxa"/>
            <w:vAlign w:val="center"/>
            <w:hideMark/>
          </w:tcPr>
          <w:p w:rsidR="000B2897" w:rsidRPr="00300778" w:rsidRDefault="000B2897" w:rsidP="00300778">
            <w:pPr>
              <w:spacing w:after="200" w:line="276" w:lineRule="auto"/>
              <w:jc w:val="center"/>
              <w:rPr>
                <w:b/>
                <w:sz w:val="22"/>
              </w:rPr>
            </w:pPr>
            <w:r w:rsidRPr="00300778">
              <w:rPr>
                <w:b/>
              </w:rPr>
              <w:t xml:space="preserve">№ </w:t>
            </w:r>
            <w:proofErr w:type="spellStart"/>
            <w:r w:rsidRPr="00300778">
              <w:rPr>
                <w:b/>
              </w:rPr>
              <w:t>зразка</w:t>
            </w:r>
            <w:proofErr w:type="spellEnd"/>
          </w:p>
        </w:tc>
        <w:tc>
          <w:tcPr>
            <w:tcW w:w="2551" w:type="dxa"/>
            <w:vAlign w:val="center"/>
            <w:hideMark/>
          </w:tcPr>
          <w:p w:rsidR="000B2897" w:rsidRPr="00300778" w:rsidRDefault="000B2897" w:rsidP="00300778">
            <w:pPr>
              <w:spacing w:after="200" w:line="276" w:lineRule="auto"/>
              <w:jc w:val="center"/>
              <w:rPr>
                <w:b/>
                <w:sz w:val="22"/>
              </w:rPr>
            </w:pPr>
            <w:proofErr w:type="spellStart"/>
            <w:r w:rsidRPr="00300778">
              <w:rPr>
                <w:b/>
              </w:rPr>
              <w:t>Забарвлення</w:t>
            </w:r>
            <w:proofErr w:type="spellEnd"/>
          </w:p>
        </w:tc>
        <w:tc>
          <w:tcPr>
            <w:tcW w:w="4563" w:type="dxa"/>
            <w:vAlign w:val="center"/>
            <w:hideMark/>
          </w:tcPr>
          <w:p w:rsidR="000B2897" w:rsidRPr="00300778" w:rsidRDefault="000B2897" w:rsidP="00300778">
            <w:pPr>
              <w:spacing w:after="200" w:line="276" w:lineRule="auto"/>
              <w:jc w:val="center"/>
              <w:rPr>
                <w:b/>
                <w:sz w:val="22"/>
              </w:rPr>
            </w:pPr>
            <w:proofErr w:type="spellStart"/>
            <w:r w:rsidRPr="00300778">
              <w:rPr>
                <w:b/>
              </w:rPr>
              <w:t>Причина</w:t>
            </w:r>
            <w:proofErr w:type="spellEnd"/>
            <w:r w:rsidRPr="00300778">
              <w:rPr>
                <w:b/>
              </w:rPr>
              <w:t xml:space="preserve"> </w:t>
            </w:r>
            <w:proofErr w:type="spellStart"/>
            <w:r w:rsidRPr="00300778">
              <w:rPr>
                <w:b/>
              </w:rPr>
              <w:t>відхилень</w:t>
            </w:r>
            <w:proofErr w:type="spellEnd"/>
          </w:p>
        </w:tc>
      </w:tr>
      <w:tr w:rsidR="000B2897" w:rsidRPr="007D48CA" w:rsidTr="00300778">
        <w:tc>
          <w:tcPr>
            <w:tcW w:w="1526" w:type="dxa"/>
            <w:vAlign w:val="center"/>
            <w:hideMark/>
          </w:tcPr>
          <w:p w:rsidR="000B2897" w:rsidRPr="00300778" w:rsidRDefault="000B2897" w:rsidP="00300778">
            <w:pPr>
              <w:spacing w:after="200" w:line="276" w:lineRule="auto"/>
              <w:jc w:val="center"/>
              <w:rPr>
                <w:b/>
                <w:sz w:val="22"/>
              </w:rPr>
            </w:pPr>
            <w:r w:rsidRPr="00300778">
              <w:rPr>
                <w:b/>
              </w:rPr>
              <w:t>1</w:t>
            </w:r>
          </w:p>
        </w:tc>
        <w:tc>
          <w:tcPr>
            <w:tcW w:w="2551" w:type="dxa"/>
            <w:hideMark/>
          </w:tcPr>
          <w:p w:rsidR="000B2897" w:rsidRDefault="000B2897">
            <w:pPr>
              <w:spacing w:after="200" w:line="276" w:lineRule="auto"/>
              <w:rPr>
                <w:sz w:val="22"/>
              </w:rPr>
            </w:pPr>
            <w:proofErr w:type="spellStart"/>
            <w:r>
              <w:t>характерний</w:t>
            </w:r>
            <w:proofErr w:type="spellEnd"/>
            <w:r>
              <w:t xml:space="preserve"> </w:t>
            </w:r>
            <w:proofErr w:type="spellStart"/>
            <w:r>
              <w:t>колір</w:t>
            </w:r>
            <w:proofErr w:type="spellEnd"/>
            <w:r>
              <w:t xml:space="preserve"> </w:t>
            </w:r>
            <w:proofErr w:type="spellStart"/>
            <w:r>
              <w:t>та</w:t>
            </w:r>
            <w:proofErr w:type="spellEnd"/>
            <w:r>
              <w:t xml:space="preserve"> </w:t>
            </w:r>
            <w:proofErr w:type="spellStart"/>
            <w:r>
              <w:t>блиск</w:t>
            </w:r>
            <w:proofErr w:type="spellEnd"/>
          </w:p>
        </w:tc>
        <w:tc>
          <w:tcPr>
            <w:tcW w:w="4563" w:type="dxa"/>
            <w:hideMark/>
          </w:tcPr>
          <w:p w:rsidR="000B2897" w:rsidRPr="00300778" w:rsidRDefault="000B2897">
            <w:pPr>
              <w:spacing w:after="200" w:line="276" w:lineRule="auto"/>
              <w:rPr>
                <w:szCs w:val="28"/>
                <w:lang w:val="ru-RU"/>
              </w:rPr>
            </w:pPr>
            <w:r w:rsidRPr="00300778">
              <w:rPr>
                <w:szCs w:val="28"/>
                <w:lang w:val="ru-RU"/>
              </w:rPr>
              <w:t xml:space="preserve">Зерно </w:t>
            </w:r>
            <w:proofErr w:type="spellStart"/>
            <w:r w:rsidRPr="00300778">
              <w:rPr>
                <w:szCs w:val="28"/>
                <w:lang w:val="ru-RU"/>
              </w:rPr>
              <w:t>здорове</w:t>
            </w:r>
            <w:proofErr w:type="spellEnd"/>
            <w:r w:rsidRPr="00300778">
              <w:rPr>
                <w:szCs w:val="28"/>
                <w:lang w:val="ru-RU"/>
              </w:rPr>
              <w:t xml:space="preserve">, </w:t>
            </w:r>
            <w:proofErr w:type="spellStart"/>
            <w:r w:rsidRPr="00300778">
              <w:rPr>
                <w:szCs w:val="28"/>
                <w:lang w:val="ru-RU"/>
              </w:rPr>
              <w:t>достигле</w:t>
            </w:r>
            <w:proofErr w:type="spellEnd"/>
            <w:r w:rsidRPr="00300778">
              <w:rPr>
                <w:szCs w:val="28"/>
                <w:lang w:val="ru-RU"/>
              </w:rPr>
              <w:t xml:space="preserve">, правильно </w:t>
            </w:r>
            <w:proofErr w:type="spellStart"/>
            <w:r w:rsidRPr="00300778">
              <w:rPr>
                <w:szCs w:val="28"/>
                <w:lang w:val="ru-RU"/>
              </w:rPr>
              <w:t>зберігалось</w:t>
            </w:r>
            <w:proofErr w:type="spellEnd"/>
          </w:p>
        </w:tc>
      </w:tr>
      <w:tr w:rsidR="000B2897" w:rsidRPr="007D48CA" w:rsidTr="00300778">
        <w:tc>
          <w:tcPr>
            <w:tcW w:w="1526" w:type="dxa"/>
            <w:vAlign w:val="center"/>
            <w:hideMark/>
          </w:tcPr>
          <w:p w:rsidR="000B2897" w:rsidRPr="00300778" w:rsidRDefault="000B2897" w:rsidP="00300778">
            <w:pPr>
              <w:spacing w:after="200" w:line="276" w:lineRule="auto"/>
              <w:jc w:val="center"/>
              <w:rPr>
                <w:b/>
                <w:sz w:val="22"/>
              </w:rPr>
            </w:pPr>
            <w:r w:rsidRPr="00300778">
              <w:rPr>
                <w:b/>
              </w:rPr>
              <w:t>2</w:t>
            </w:r>
          </w:p>
        </w:tc>
        <w:tc>
          <w:tcPr>
            <w:tcW w:w="2551" w:type="dxa"/>
            <w:hideMark/>
          </w:tcPr>
          <w:p w:rsidR="000B2897" w:rsidRDefault="000B2897">
            <w:pPr>
              <w:spacing w:after="200" w:line="276" w:lineRule="auto"/>
              <w:rPr>
                <w:sz w:val="22"/>
              </w:rPr>
            </w:pPr>
            <w:proofErr w:type="spellStart"/>
            <w:r>
              <w:t>зеленкувате</w:t>
            </w:r>
            <w:proofErr w:type="spellEnd"/>
          </w:p>
        </w:tc>
        <w:tc>
          <w:tcPr>
            <w:tcW w:w="4563" w:type="dxa"/>
            <w:hideMark/>
          </w:tcPr>
          <w:p w:rsidR="000B2897" w:rsidRPr="000B2897" w:rsidRDefault="000B2897">
            <w:pPr>
              <w:spacing w:after="200" w:line="276" w:lineRule="auto"/>
              <w:rPr>
                <w:sz w:val="22"/>
                <w:lang w:val="ru-RU"/>
              </w:rPr>
            </w:pPr>
            <w:proofErr w:type="spellStart"/>
            <w:r w:rsidRPr="000B2897">
              <w:rPr>
                <w:lang w:val="ru-RU"/>
              </w:rPr>
              <w:t>Недостигле</w:t>
            </w:r>
            <w:proofErr w:type="spellEnd"/>
            <w:r w:rsidRPr="000B2897">
              <w:rPr>
                <w:lang w:val="ru-RU"/>
              </w:rPr>
              <w:t xml:space="preserve"> зерно</w:t>
            </w:r>
            <w:r>
              <w:rPr>
                <w:lang w:val="ru-RU"/>
              </w:rPr>
              <w:t>/</w:t>
            </w:r>
            <w:proofErr w:type="spellStart"/>
            <w:r>
              <w:rPr>
                <w:lang w:val="ru-RU"/>
              </w:rPr>
              <w:t>зібране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r>
              <w:rPr>
                <w:lang w:val="ru-RU"/>
              </w:rPr>
              <w:t>надто</w:t>
            </w:r>
            <w:proofErr w:type="spellEnd"/>
            <w:r>
              <w:rPr>
                <w:lang w:val="ru-RU"/>
              </w:rPr>
              <w:t xml:space="preserve"> рано,</w:t>
            </w:r>
            <w:r w:rsidRPr="000B2897">
              <w:rPr>
                <w:lang w:val="ru-RU"/>
              </w:rPr>
              <w:t xml:space="preserve"> </w:t>
            </w:r>
            <w:proofErr w:type="spellStart"/>
            <w:proofErr w:type="gramStart"/>
            <w:r w:rsidRPr="000B2897">
              <w:rPr>
                <w:lang w:val="ru-RU"/>
              </w:rPr>
              <w:t>п</w:t>
            </w:r>
            <w:proofErr w:type="gramEnd"/>
            <w:r w:rsidRPr="000B2897">
              <w:rPr>
                <w:lang w:val="ru-RU"/>
              </w:rPr>
              <w:t>ідвищена</w:t>
            </w:r>
            <w:proofErr w:type="spellEnd"/>
            <w:r w:rsidRPr="000B2897">
              <w:rPr>
                <w:lang w:val="ru-RU"/>
              </w:rPr>
              <w:t xml:space="preserve"> </w:t>
            </w:r>
            <w:proofErr w:type="spellStart"/>
            <w:r w:rsidRPr="000B2897">
              <w:rPr>
                <w:lang w:val="ru-RU"/>
              </w:rPr>
              <w:t>вологість</w:t>
            </w:r>
            <w:proofErr w:type="spellEnd"/>
          </w:p>
        </w:tc>
      </w:tr>
      <w:tr w:rsidR="000B2897" w:rsidRPr="007D48CA" w:rsidTr="00300778">
        <w:tc>
          <w:tcPr>
            <w:tcW w:w="1526" w:type="dxa"/>
            <w:vAlign w:val="center"/>
            <w:hideMark/>
          </w:tcPr>
          <w:p w:rsidR="000B2897" w:rsidRPr="00300778" w:rsidRDefault="000B2897" w:rsidP="00300778">
            <w:pPr>
              <w:spacing w:after="200" w:line="276" w:lineRule="auto"/>
              <w:jc w:val="center"/>
              <w:rPr>
                <w:b/>
                <w:sz w:val="22"/>
              </w:rPr>
            </w:pPr>
            <w:r w:rsidRPr="00300778">
              <w:rPr>
                <w:b/>
              </w:rPr>
              <w:t>3</w:t>
            </w:r>
          </w:p>
        </w:tc>
        <w:tc>
          <w:tcPr>
            <w:tcW w:w="2551" w:type="dxa"/>
            <w:hideMark/>
          </w:tcPr>
          <w:p w:rsidR="000B2897" w:rsidRDefault="000B2897">
            <w:pPr>
              <w:spacing w:after="200" w:line="276" w:lineRule="auto"/>
              <w:rPr>
                <w:sz w:val="22"/>
              </w:rPr>
            </w:pPr>
            <w:proofErr w:type="spellStart"/>
            <w:r>
              <w:t>тьмяне</w:t>
            </w:r>
            <w:proofErr w:type="spellEnd"/>
          </w:p>
        </w:tc>
        <w:tc>
          <w:tcPr>
            <w:tcW w:w="4563" w:type="dxa"/>
            <w:hideMark/>
          </w:tcPr>
          <w:p w:rsidR="000B2897" w:rsidRPr="000B2897" w:rsidRDefault="000B2897">
            <w:pPr>
              <w:spacing w:after="200" w:line="276" w:lineRule="auto"/>
              <w:rPr>
                <w:sz w:val="22"/>
                <w:lang w:val="ru-RU"/>
              </w:rPr>
            </w:pPr>
            <w:proofErr w:type="spellStart"/>
            <w:r w:rsidRPr="000B2897">
              <w:rPr>
                <w:lang w:val="ru-RU"/>
              </w:rPr>
              <w:t>Зволоження</w:t>
            </w:r>
            <w:proofErr w:type="spellEnd"/>
            <w:r>
              <w:rPr>
                <w:lang w:val="uk-UA"/>
              </w:rPr>
              <w:t xml:space="preserve"> й повторне </w:t>
            </w:r>
            <w:proofErr w:type="spellStart"/>
            <w:proofErr w:type="gramStart"/>
            <w:r>
              <w:rPr>
                <w:lang w:val="uk-UA"/>
              </w:rPr>
              <w:t>п</w:t>
            </w:r>
            <w:proofErr w:type="gramEnd"/>
            <w:r>
              <w:rPr>
                <w:lang w:val="uk-UA"/>
              </w:rPr>
              <w:t>ідсушевання</w:t>
            </w:r>
            <w:proofErr w:type="spellEnd"/>
            <w:r w:rsidRPr="000B2897">
              <w:rPr>
                <w:lang w:val="ru-RU"/>
              </w:rPr>
              <w:t>,</w:t>
            </w:r>
            <w:r>
              <w:rPr>
                <w:lang w:val="uk-UA"/>
              </w:rPr>
              <w:t xml:space="preserve"> «вивітрювання»,</w:t>
            </w:r>
            <w:r w:rsidRPr="000B2897">
              <w:rPr>
                <w:lang w:val="ru-RU"/>
              </w:rPr>
              <w:t xml:space="preserve"> </w:t>
            </w:r>
            <w:r w:rsidRPr="000B2897">
              <w:rPr>
                <w:lang w:val="ru-RU"/>
              </w:rPr>
              <w:lastRenderedPageBreak/>
              <w:t xml:space="preserve">початок </w:t>
            </w:r>
            <w:proofErr w:type="spellStart"/>
            <w:r w:rsidRPr="000B2897">
              <w:rPr>
                <w:lang w:val="ru-RU"/>
              </w:rPr>
              <w:t>самозігрівання</w:t>
            </w:r>
            <w:proofErr w:type="spellEnd"/>
          </w:p>
        </w:tc>
      </w:tr>
      <w:tr w:rsidR="000B2897" w:rsidRPr="007D48CA" w:rsidTr="00300778">
        <w:tc>
          <w:tcPr>
            <w:tcW w:w="1526" w:type="dxa"/>
            <w:vAlign w:val="center"/>
            <w:hideMark/>
          </w:tcPr>
          <w:p w:rsidR="000B2897" w:rsidRPr="00300778" w:rsidRDefault="000B2897" w:rsidP="00300778">
            <w:pPr>
              <w:spacing w:after="200" w:line="276" w:lineRule="auto"/>
              <w:jc w:val="center"/>
              <w:rPr>
                <w:b/>
                <w:sz w:val="22"/>
              </w:rPr>
            </w:pPr>
            <w:r w:rsidRPr="00300778">
              <w:rPr>
                <w:b/>
              </w:rPr>
              <w:lastRenderedPageBreak/>
              <w:t>4</w:t>
            </w:r>
          </w:p>
        </w:tc>
        <w:tc>
          <w:tcPr>
            <w:tcW w:w="2551" w:type="dxa"/>
            <w:hideMark/>
          </w:tcPr>
          <w:p w:rsidR="000B2897" w:rsidRDefault="000B2897">
            <w:pPr>
              <w:spacing w:after="200" w:line="276" w:lineRule="auto"/>
              <w:rPr>
                <w:sz w:val="22"/>
              </w:rPr>
            </w:pPr>
            <w:proofErr w:type="spellStart"/>
            <w:r>
              <w:t>світлі</w:t>
            </w:r>
            <w:proofErr w:type="spellEnd"/>
            <w:r>
              <w:t xml:space="preserve"> </w:t>
            </w:r>
            <w:proofErr w:type="spellStart"/>
            <w:r>
              <w:t>плями</w:t>
            </w:r>
            <w:proofErr w:type="spellEnd"/>
          </w:p>
        </w:tc>
        <w:tc>
          <w:tcPr>
            <w:tcW w:w="4563" w:type="dxa"/>
            <w:hideMark/>
          </w:tcPr>
          <w:p w:rsidR="000B2897" w:rsidRPr="000B2897" w:rsidRDefault="000B2897">
            <w:pPr>
              <w:spacing w:after="200" w:line="276" w:lineRule="auto"/>
              <w:rPr>
                <w:sz w:val="22"/>
                <w:lang w:val="ru-RU"/>
              </w:rPr>
            </w:pPr>
            <w:proofErr w:type="spellStart"/>
            <w:r w:rsidRPr="000B2897">
              <w:rPr>
                <w:lang w:val="ru-RU"/>
              </w:rPr>
              <w:t>Пошкодження</w:t>
            </w:r>
            <w:proofErr w:type="spellEnd"/>
            <w:r w:rsidRPr="000B2897">
              <w:rPr>
                <w:lang w:val="ru-RU"/>
              </w:rPr>
              <w:t xml:space="preserve"> </w:t>
            </w:r>
            <w:proofErr w:type="spellStart"/>
            <w:r w:rsidRPr="000B2897">
              <w:rPr>
                <w:lang w:val="ru-RU"/>
              </w:rPr>
              <w:t>оболонки</w:t>
            </w:r>
            <w:proofErr w:type="spellEnd"/>
            <w:r w:rsidRPr="000B2897">
              <w:rPr>
                <w:lang w:val="ru-RU"/>
              </w:rPr>
              <w:t>,</w:t>
            </w:r>
            <w:r>
              <w:rPr>
                <w:lang w:val="uk-UA"/>
              </w:rPr>
              <w:t xml:space="preserve"> «вибілювання» від зволоження,</w:t>
            </w:r>
            <w:r w:rsidRPr="000B2897">
              <w:rPr>
                <w:lang w:val="ru-RU"/>
              </w:rPr>
              <w:t xml:space="preserve"> </w:t>
            </w:r>
            <w:proofErr w:type="spellStart"/>
            <w:r w:rsidRPr="000B2897">
              <w:rPr>
                <w:lang w:val="ru-RU"/>
              </w:rPr>
              <w:t>початкове</w:t>
            </w:r>
            <w:proofErr w:type="spellEnd"/>
            <w:r w:rsidRPr="000B2897">
              <w:rPr>
                <w:lang w:val="ru-RU"/>
              </w:rPr>
              <w:t xml:space="preserve"> </w:t>
            </w:r>
            <w:proofErr w:type="spellStart"/>
            <w:proofErr w:type="gramStart"/>
            <w:r w:rsidRPr="000B2897">
              <w:rPr>
                <w:lang w:val="ru-RU"/>
              </w:rPr>
              <w:t>пл</w:t>
            </w:r>
            <w:proofErr w:type="gramEnd"/>
            <w:r w:rsidRPr="000B2897">
              <w:rPr>
                <w:lang w:val="ru-RU"/>
              </w:rPr>
              <w:t>існявіння</w:t>
            </w:r>
            <w:proofErr w:type="spellEnd"/>
          </w:p>
        </w:tc>
      </w:tr>
      <w:tr w:rsidR="000B2897" w:rsidRPr="007D48CA" w:rsidTr="00300778">
        <w:tc>
          <w:tcPr>
            <w:tcW w:w="1526" w:type="dxa"/>
            <w:vAlign w:val="center"/>
            <w:hideMark/>
          </w:tcPr>
          <w:p w:rsidR="000B2897" w:rsidRPr="00300778" w:rsidRDefault="000B2897" w:rsidP="00300778">
            <w:pPr>
              <w:spacing w:after="200" w:line="276" w:lineRule="auto"/>
              <w:jc w:val="center"/>
              <w:rPr>
                <w:b/>
                <w:sz w:val="22"/>
              </w:rPr>
            </w:pPr>
            <w:r w:rsidRPr="00300778">
              <w:rPr>
                <w:b/>
              </w:rPr>
              <w:t>5</w:t>
            </w:r>
          </w:p>
        </w:tc>
        <w:tc>
          <w:tcPr>
            <w:tcW w:w="2551" w:type="dxa"/>
            <w:hideMark/>
          </w:tcPr>
          <w:p w:rsidR="000B2897" w:rsidRDefault="000B2897">
            <w:pPr>
              <w:spacing w:after="200" w:line="276" w:lineRule="auto"/>
              <w:rPr>
                <w:sz w:val="22"/>
              </w:rPr>
            </w:pPr>
            <w:proofErr w:type="spellStart"/>
            <w:r>
              <w:t>без</w:t>
            </w:r>
            <w:proofErr w:type="spellEnd"/>
            <w:r>
              <w:t xml:space="preserve"> </w:t>
            </w:r>
            <w:proofErr w:type="spellStart"/>
            <w:r>
              <w:t>блиску</w:t>
            </w:r>
            <w:proofErr w:type="spellEnd"/>
          </w:p>
        </w:tc>
        <w:tc>
          <w:tcPr>
            <w:tcW w:w="4563" w:type="dxa"/>
            <w:hideMark/>
          </w:tcPr>
          <w:p w:rsidR="000B2897" w:rsidRPr="000B2897" w:rsidRDefault="000B2897">
            <w:pPr>
              <w:spacing w:after="200" w:line="276" w:lineRule="auto"/>
              <w:rPr>
                <w:sz w:val="22"/>
                <w:lang w:val="uk-UA"/>
              </w:rPr>
            </w:pPr>
            <w:proofErr w:type="spellStart"/>
            <w:proofErr w:type="gramStart"/>
            <w:r w:rsidRPr="000B2897">
              <w:rPr>
                <w:lang w:val="ru-RU"/>
              </w:rPr>
              <w:t>Стар</w:t>
            </w:r>
            <w:proofErr w:type="gramEnd"/>
            <w:r w:rsidRPr="000B2897">
              <w:rPr>
                <w:lang w:val="ru-RU"/>
              </w:rPr>
              <w:t>іння</w:t>
            </w:r>
            <w:proofErr w:type="spellEnd"/>
            <w:r w:rsidRPr="000B2897">
              <w:rPr>
                <w:lang w:val="ru-RU"/>
              </w:rPr>
              <w:t xml:space="preserve"> зерна</w:t>
            </w:r>
            <w:r>
              <w:rPr>
                <w:lang w:val="uk-UA"/>
              </w:rPr>
              <w:t>, тертя/травмування,</w:t>
            </w:r>
            <w:r w:rsidRPr="000B2897">
              <w:rPr>
                <w:lang w:val="ru-RU"/>
              </w:rPr>
              <w:t xml:space="preserve"> </w:t>
            </w:r>
            <w:proofErr w:type="spellStart"/>
            <w:r w:rsidRPr="000B2897">
              <w:rPr>
                <w:lang w:val="ru-RU"/>
              </w:rPr>
              <w:t>пересушування</w:t>
            </w:r>
            <w:proofErr w:type="spellEnd"/>
            <w:r>
              <w:rPr>
                <w:lang w:val="uk-UA"/>
              </w:rPr>
              <w:t xml:space="preserve"> або тривале зберігання</w:t>
            </w:r>
          </w:p>
        </w:tc>
      </w:tr>
      <w:tr w:rsidR="000B2897" w:rsidRPr="007D48CA" w:rsidTr="00300778">
        <w:tc>
          <w:tcPr>
            <w:tcW w:w="1526" w:type="dxa"/>
            <w:vAlign w:val="center"/>
            <w:hideMark/>
          </w:tcPr>
          <w:p w:rsidR="000B2897" w:rsidRPr="00300778" w:rsidRDefault="000B2897" w:rsidP="00300778">
            <w:pPr>
              <w:spacing w:after="200" w:line="276" w:lineRule="auto"/>
              <w:jc w:val="center"/>
              <w:rPr>
                <w:b/>
                <w:sz w:val="22"/>
              </w:rPr>
            </w:pPr>
            <w:r w:rsidRPr="00300778">
              <w:rPr>
                <w:b/>
              </w:rPr>
              <w:t>6</w:t>
            </w:r>
          </w:p>
        </w:tc>
        <w:tc>
          <w:tcPr>
            <w:tcW w:w="2551" w:type="dxa"/>
            <w:hideMark/>
          </w:tcPr>
          <w:p w:rsidR="000B2897" w:rsidRDefault="000B2897">
            <w:pPr>
              <w:spacing w:after="200" w:line="276" w:lineRule="auto"/>
              <w:rPr>
                <w:sz w:val="22"/>
              </w:rPr>
            </w:pPr>
            <w:proofErr w:type="spellStart"/>
            <w:r>
              <w:t>білувате</w:t>
            </w:r>
            <w:proofErr w:type="spellEnd"/>
            <w:r>
              <w:t xml:space="preserve">, </w:t>
            </w:r>
            <w:proofErr w:type="spellStart"/>
            <w:r>
              <w:t>тьмяне</w:t>
            </w:r>
            <w:proofErr w:type="spellEnd"/>
          </w:p>
        </w:tc>
        <w:tc>
          <w:tcPr>
            <w:tcW w:w="4563" w:type="dxa"/>
            <w:hideMark/>
          </w:tcPr>
          <w:p w:rsidR="000B2897" w:rsidRPr="000B2897" w:rsidRDefault="000B2897">
            <w:pPr>
              <w:spacing w:after="200" w:line="276" w:lineRule="auto"/>
              <w:rPr>
                <w:sz w:val="22"/>
                <w:lang w:val="uk-UA"/>
              </w:rPr>
            </w:pPr>
            <w:proofErr w:type="spellStart"/>
            <w:r w:rsidRPr="000B2897">
              <w:rPr>
                <w:lang w:val="ru-RU"/>
              </w:rPr>
              <w:t>Ураження</w:t>
            </w:r>
            <w:proofErr w:type="spellEnd"/>
            <w:r w:rsidRPr="000B2897">
              <w:rPr>
                <w:lang w:val="ru-RU"/>
              </w:rPr>
              <w:t xml:space="preserve"> грибами</w:t>
            </w:r>
            <w:r>
              <w:rPr>
                <w:lang w:val="uk-UA"/>
              </w:rPr>
              <w:t xml:space="preserve"> (</w:t>
            </w:r>
            <w:proofErr w:type="gramStart"/>
            <w:r>
              <w:rPr>
                <w:lang w:val="uk-UA"/>
              </w:rPr>
              <w:t>пл</w:t>
            </w:r>
            <w:proofErr w:type="gramEnd"/>
            <w:r>
              <w:rPr>
                <w:lang w:val="uk-UA"/>
              </w:rPr>
              <w:t>існяві)</w:t>
            </w:r>
            <w:r w:rsidRPr="000B2897">
              <w:rPr>
                <w:lang w:val="ru-RU"/>
              </w:rPr>
              <w:t xml:space="preserve">, </w:t>
            </w:r>
            <w:proofErr w:type="spellStart"/>
            <w:r w:rsidRPr="000B2897">
              <w:rPr>
                <w:lang w:val="ru-RU"/>
              </w:rPr>
              <w:t>перезволоження</w:t>
            </w:r>
            <w:proofErr w:type="spellEnd"/>
            <w:r>
              <w:rPr>
                <w:lang w:val="uk-UA"/>
              </w:rPr>
              <w:t>, можливе самозігрівання</w:t>
            </w:r>
          </w:p>
        </w:tc>
      </w:tr>
      <w:tr w:rsidR="000B2897" w:rsidRPr="00300778" w:rsidTr="00300778">
        <w:tc>
          <w:tcPr>
            <w:tcW w:w="1526" w:type="dxa"/>
            <w:vAlign w:val="center"/>
            <w:hideMark/>
          </w:tcPr>
          <w:p w:rsidR="000B2897" w:rsidRPr="00300778" w:rsidRDefault="000B2897" w:rsidP="00300778">
            <w:pPr>
              <w:spacing w:after="200" w:line="276" w:lineRule="auto"/>
              <w:jc w:val="center"/>
              <w:rPr>
                <w:b/>
                <w:sz w:val="22"/>
              </w:rPr>
            </w:pPr>
            <w:r w:rsidRPr="00300778">
              <w:rPr>
                <w:b/>
              </w:rPr>
              <w:t>7</w:t>
            </w:r>
          </w:p>
        </w:tc>
        <w:tc>
          <w:tcPr>
            <w:tcW w:w="2551" w:type="dxa"/>
            <w:hideMark/>
          </w:tcPr>
          <w:p w:rsidR="000B2897" w:rsidRDefault="000B2897">
            <w:pPr>
              <w:spacing w:after="200" w:line="276" w:lineRule="auto"/>
              <w:rPr>
                <w:sz w:val="22"/>
              </w:rPr>
            </w:pPr>
            <w:proofErr w:type="spellStart"/>
            <w:r>
              <w:t>червонуватий</w:t>
            </w:r>
            <w:proofErr w:type="spellEnd"/>
            <w:r>
              <w:t xml:space="preserve"> </w:t>
            </w:r>
            <w:proofErr w:type="spellStart"/>
            <w:r>
              <w:t>відтінок</w:t>
            </w:r>
            <w:proofErr w:type="spellEnd"/>
          </w:p>
        </w:tc>
        <w:tc>
          <w:tcPr>
            <w:tcW w:w="4563" w:type="dxa"/>
            <w:hideMark/>
          </w:tcPr>
          <w:p w:rsidR="000B2897" w:rsidRPr="00300778" w:rsidRDefault="000B2897">
            <w:pPr>
              <w:spacing w:after="200" w:line="276" w:lineRule="auto"/>
              <w:rPr>
                <w:sz w:val="22"/>
              </w:rPr>
            </w:pPr>
            <w:r>
              <w:rPr>
                <w:lang w:val="uk-UA"/>
              </w:rPr>
              <w:t>Фузаріоз/у</w:t>
            </w:r>
            <w:proofErr w:type="spellStart"/>
            <w:r w:rsidRPr="000B2897">
              <w:rPr>
                <w:lang w:val="ru-RU"/>
              </w:rPr>
              <w:t>ра</w:t>
            </w:r>
            <w:r>
              <w:rPr>
                <w:lang w:val="ru-RU"/>
              </w:rPr>
              <w:t>ження</w:t>
            </w:r>
            <w:proofErr w:type="spellEnd"/>
            <w:r w:rsidRPr="00300778">
              <w:t xml:space="preserve"> </w:t>
            </w:r>
            <w:r>
              <w:rPr>
                <w:lang w:val="ru-RU"/>
              </w:rPr>
              <w:t>грибами</w:t>
            </w:r>
            <w:r w:rsidRPr="00300778">
              <w:t xml:space="preserve"> </w:t>
            </w:r>
            <w:proofErr w:type="spellStart"/>
            <w:r>
              <w:rPr>
                <w:lang w:val="ru-RU"/>
              </w:rPr>
              <w:t>або</w:t>
            </w:r>
            <w:proofErr w:type="spellEnd"/>
            <w:r w:rsidRPr="00300778">
              <w:t xml:space="preserve"> </w:t>
            </w:r>
            <w:proofErr w:type="spellStart"/>
            <w:r>
              <w:rPr>
                <w:lang w:val="ru-RU"/>
              </w:rPr>
              <w:t>підігрівання</w:t>
            </w:r>
            <w:proofErr w:type="spellEnd"/>
            <w:r w:rsidRPr="00300778">
              <w:t xml:space="preserve"> </w:t>
            </w:r>
            <w:r>
              <w:rPr>
                <w:lang w:val="ru-RU"/>
              </w:rPr>
              <w:t>при</w:t>
            </w:r>
            <w:r w:rsidRPr="00300778">
              <w:t xml:space="preserve"> </w:t>
            </w:r>
            <w:proofErr w:type="spellStart"/>
            <w:r>
              <w:rPr>
                <w:lang w:val="ru-RU"/>
              </w:rPr>
              <w:t>зберіганні</w:t>
            </w:r>
            <w:proofErr w:type="spellEnd"/>
            <w:r w:rsidR="00300778" w:rsidRPr="00300778">
              <w:t xml:space="preserve"> (</w:t>
            </w:r>
            <w:proofErr w:type="spellStart"/>
            <w:r w:rsidR="00300778">
              <w:rPr>
                <w:lang w:val="ru-RU"/>
              </w:rPr>
              <w:t>побуріння</w:t>
            </w:r>
            <w:proofErr w:type="spellEnd"/>
            <w:r w:rsidR="00300778" w:rsidRPr="00300778">
              <w:t>)</w:t>
            </w:r>
          </w:p>
        </w:tc>
      </w:tr>
    </w:tbl>
    <w:p w:rsidR="00700A49" w:rsidRPr="00700A49" w:rsidRDefault="00700A49">
      <w:pPr>
        <w:rPr>
          <w:lang w:val="ru-RU"/>
        </w:rPr>
      </w:pPr>
      <w:r w:rsidRPr="007D48CA">
        <w:rPr>
          <w:b/>
        </w:rPr>
        <w:br/>
      </w:r>
      <w:r>
        <w:rPr>
          <w:b/>
          <w:lang w:val="ru-RU"/>
        </w:rPr>
        <w:t xml:space="preserve">Б) </w:t>
      </w:r>
      <w:proofErr w:type="spellStart"/>
      <w:r>
        <w:rPr>
          <w:b/>
          <w:lang w:val="ru-RU"/>
        </w:rPr>
        <w:t>Визначити</w:t>
      </w:r>
      <w:proofErr w:type="spellEnd"/>
      <w:r>
        <w:rPr>
          <w:b/>
          <w:lang w:val="ru-RU"/>
        </w:rPr>
        <w:t xml:space="preserve"> запах </w:t>
      </w:r>
      <w:proofErr w:type="spellStart"/>
      <w:proofErr w:type="gramStart"/>
      <w:r>
        <w:rPr>
          <w:b/>
          <w:lang w:val="ru-RU"/>
        </w:rPr>
        <w:t>р</w:t>
      </w:r>
      <w:proofErr w:type="gramEnd"/>
      <w:r>
        <w:rPr>
          <w:b/>
          <w:lang w:val="ru-RU"/>
        </w:rPr>
        <w:t>ізного</w:t>
      </w:r>
      <w:proofErr w:type="spellEnd"/>
      <w:r>
        <w:rPr>
          <w:b/>
          <w:lang w:val="ru-RU"/>
        </w:rPr>
        <w:t xml:space="preserve"> за </w:t>
      </w:r>
      <w:proofErr w:type="spellStart"/>
      <w:r>
        <w:rPr>
          <w:b/>
          <w:lang w:val="ru-RU"/>
        </w:rPr>
        <w:t>якістю</w:t>
      </w:r>
      <w:proofErr w:type="spellEnd"/>
      <w:r>
        <w:rPr>
          <w:b/>
          <w:lang w:val="ru-RU"/>
        </w:rPr>
        <w:t xml:space="preserve"> </w:t>
      </w:r>
      <w:r w:rsidRPr="0020280C">
        <w:rPr>
          <w:b/>
          <w:lang w:val="ru-RU"/>
        </w:rPr>
        <w:t>зерна</w:t>
      </w:r>
      <w:r>
        <w:rPr>
          <w:b/>
          <w:lang w:val="ru-RU"/>
        </w:rPr>
        <w:t xml:space="preserve"> </w:t>
      </w:r>
      <w:proofErr w:type="spellStart"/>
      <w:r>
        <w:rPr>
          <w:b/>
          <w:lang w:val="ru-RU"/>
        </w:rPr>
        <w:t>пшениці</w:t>
      </w:r>
      <w:proofErr w:type="spellEnd"/>
      <w:r>
        <w:rPr>
          <w:b/>
          <w:lang w:val="ru-RU"/>
        </w:rPr>
        <w:t xml:space="preserve">. </w:t>
      </w:r>
      <w:proofErr w:type="spellStart"/>
      <w:r w:rsidRPr="00700A49">
        <w:rPr>
          <w:lang w:val="ru-RU"/>
        </w:rPr>
        <w:t>З'ясувати</w:t>
      </w:r>
      <w:proofErr w:type="spellEnd"/>
      <w:r w:rsidRPr="00700A49">
        <w:rPr>
          <w:lang w:val="ru-RU"/>
        </w:rPr>
        <w:t xml:space="preserve"> причини </w:t>
      </w:r>
      <w:proofErr w:type="spellStart"/>
      <w:r w:rsidRPr="00700A49">
        <w:rPr>
          <w:lang w:val="ru-RU"/>
        </w:rPr>
        <w:t>відхилень</w:t>
      </w:r>
      <w:proofErr w:type="spellEnd"/>
      <w:r w:rsidRPr="00700A49">
        <w:rPr>
          <w:lang w:val="ru-RU"/>
        </w:rPr>
        <w:t xml:space="preserve"> </w:t>
      </w:r>
      <w:proofErr w:type="spellStart"/>
      <w:r w:rsidRPr="00700A49">
        <w:rPr>
          <w:lang w:val="ru-RU"/>
        </w:rPr>
        <w:t>від</w:t>
      </w:r>
      <w:proofErr w:type="spellEnd"/>
      <w:r w:rsidRPr="00700A49">
        <w:rPr>
          <w:lang w:val="ru-RU"/>
        </w:rPr>
        <w:t xml:space="preserve"> стандарту. </w:t>
      </w:r>
      <w:proofErr w:type="spellStart"/>
      <w:r w:rsidRPr="00700A49">
        <w:rPr>
          <w:lang w:val="ru-RU"/>
        </w:rPr>
        <w:t>Результати</w:t>
      </w:r>
      <w:proofErr w:type="spellEnd"/>
      <w:r w:rsidRPr="00700A49">
        <w:rPr>
          <w:lang w:val="ru-RU"/>
        </w:rPr>
        <w:t xml:space="preserve"> </w:t>
      </w:r>
      <w:proofErr w:type="spellStart"/>
      <w:r w:rsidRPr="00700A49">
        <w:rPr>
          <w:lang w:val="ru-RU"/>
        </w:rPr>
        <w:t>дослідж</w:t>
      </w:r>
      <w:r>
        <w:rPr>
          <w:lang w:val="ru-RU"/>
        </w:rPr>
        <w:t>ень</w:t>
      </w:r>
      <w:proofErr w:type="spellEnd"/>
      <w:r>
        <w:rPr>
          <w:lang w:val="ru-RU"/>
        </w:rPr>
        <w:t xml:space="preserve"> занести до табл. 3.2</w:t>
      </w:r>
      <w:r w:rsidRPr="00700A49">
        <w:rPr>
          <w:lang w:val="ru-RU"/>
        </w:rPr>
        <w:t xml:space="preserve">                                                                             </w:t>
      </w:r>
      <w:r>
        <w:rPr>
          <w:lang w:val="ru-RU"/>
        </w:rPr>
        <w:t xml:space="preserve">     </w:t>
      </w:r>
      <w:r w:rsidRPr="00700A49">
        <w:rPr>
          <w:lang w:val="ru-RU"/>
        </w:rPr>
        <w:t xml:space="preserve">  </w:t>
      </w:r>
      <w:proofErr w:type="spellStart"/>
      <w:r>
        <w:rPr>
          <w:sz w:val="24"/>
          <w:szCs w:val="24"/>
          <w:lang w:val="ru-RU"/>
        </w:rPr>
        <w:t>Таблиця</w:t>
      </w:r>
      <w:proofErr w:type="spellEnd"/>
      <w:r>
        <w:rPr>
          <w:sz w:val="24"/>
          <w:szCs w:val="24"/>
          <w:lang w:val="ru-RU"/>
        </w:rPr>
        <w:t xml:space="preserve"> 3.2</w:t>
      </w:r>
      <w:proofErr w:type="gramStart"/>
      <w:r>
        <w:rPr>
          <w:sz w:val="24"/>
          <w:szCs w:val="24"/>
          <w:lang w:val="ru-RU"/>
        </w:rPr>
        <w:br/>
      </w:r>
      <w:r>
        <w:rPr>
          <w:b/>
          <w:lang w:val="ru-RU"/>
        </w:rPr>
        <w:t>П</w:t>
      </w:r>
      <w:proofErr w:type="gramEnd"/>
      <w:r>
        <w:rPr>
          <w:b/>
          <w:lang w:val="ru-RU"/>
        </w:rPr>
        <w:t xml:space="preserve">ричини </w:t>
      </w:r>
      <w:proofErr w:type="spellStart"/>
      <w:r>
        <w:rPr>
          <w:b/>
          <w:lang w:val="ru-RU"/>
        </w:rPr>
        <w:t>відхилень</w:t>
      </w:r>
      <w:proofErr w:type="spellEnd"/>
      <w:r>
        <w:rPr>
          <w:b/>
          <w:lang w:val="ru-RU"/>
        </w:rPr>
        <w:t xml:space="preserve"> запаху зерна</w:t>
      </w:r>
    </w:p>
    <w:tbl>
      <w:tblPr>
        <w:tblStyle w:val="aff0"/>
        <w:tblW w:w="0" w:type="auto"/>
        <w:tblLook w:val="04A0" w:firstRow="1" w:lastRow="0" w:firstColumn="1" w:lastColumn="0" w:noHBand="0" w:noVBand="1"/>
      </w:tblPr>
      <w:tblGrid>
        <w:gridCol w:w="1039"/>
        <w:gridCol w:w="3115"/>
        <w:gridCol w:w="4779"/>
      </w:tblGrid>
      <w:tr w:rsidR="00700A49" w:rsidTr="00700A49">
        <w:tc>
          <w:tcPr>
            <w:tcW w:w="962" w:type="dxa"/>
            <w:vAlign w:val="center"/>
          </w:tcPr>
          <w:p w:rsidR="00700A49" w:rsidRPr="00E7741A" w:rsidRDefault="00700A49" w:rsidP="00700A49">
            <w:pPr>
              <w:jc w:val="center"/>
              <w:rPr>
                <w:b/>
                <w:lang w:val="ru-RU"/>
              </w:rPr>
            </w:pPr>
            <w:r w:rsidRPr="00E7741A">
              <w:rPr>
                <w:b/>
                <w:lang w:val="ru-RU"/>
              </w:rPr>
              <w:t xml:space="preserve">№ </w:t>
            </w:r>
            <w:proofErr w:type="spellStart"/>
            <w:r w:rsidRPr="00E7741A">
              <w:rPr>
                <w:b/>
                <w:lang w:val="ru-RU"/>
              </w:rPr>
              <w:t>зразка</w:t>
            </w:r>
            <w:proofErr w:type="spellEnd"/>
          </w:p>
        </w:tc>
        <w:tc>
          <w:tcPr>
            <w:tcW w:w="3115" w:type="dxa"/>
            <w:vAlign w:val="center"/>
          </w:tcPr>
          <w:p w:rsidR="00700A49" w:rsidRPr="00E7741A" w:rsidRDefault="00700A49" w:rsidP="00700A49">
            <w:pPr>
              <w:jc w:val="center"/>
              <w:rPr>
                <w:b/>
                <w:lang w:val="ru-RU"/>
              </w:rPr>
            </w:pPr>
            <w:r w:rsidRPr="00E7741A">
              <w:rPr>
                <w:b/>
                <w:lang w:val="ru-RU"/>
              </w:rPr>
              <w:t>Запах</w:t>
            </w:r>
          </w:p>
        </w:tc>
        <w:tc>
          <w:tcPr>
            <w:tcW w:w="4779" w:type="dxa"/>
            <w:vAlign w:val="center"/>
          </w:tcPr>
          <w:p w:rsidR="00700A49" w:rsidRPr="00E7741A" w:rsidRDefault="00700A49" w:rsidP="00700A49">
            <w:pPr>
              <w:jc w:val="center"/>
              <w:rPr>
                <w:b/>
                <w:lang w:val="ru-RU"/>
              </w:rPr>
            </w:pPr>
            <w:r w:rsidRPr="00E7741A">
              <w:rPr>
                <w:b/>
                <w:lang w:val="ru-RU"/>
              </w:rPr>
              <w:t xml:space="preserve">Причина </w:t>
            </w:r>
            <w:proofErr w:type="spellStart"/>
            <w:r w:rsidRPr="00E7741A">
              <w:rPr>
                <w:b/>
                <w:lang w:val="ru-RU"/>
              </w:rPr>
              <w:t>відхилень</w:t>
            </w:r>
            <w:proofErr w:type="spellEnd"/>
          </w:p>
        </w:tc>
      </w:tr>
      <w:tr w:rsidR="00700A49" w:rsidTr="00700A49">
        <w:tc>
          <w:tcPr>
            <w:tcW w:w="962" w:type="dxa"/>
            <w:vAlign w:val="center"/>
          </w:tcPr>
          <w:p w:rsidR="00700A49" w:rsidRPr="00E7741A" w:rsidRDefault="00700A49" w:rsidP="00700A49">
            <w:pPr>
              <w:jc w:val="center"/>
              <w:rPr>
                <w:b/>
                <w:lang w:val="ru-RU"/>
              </w:rPr>
            </w:pPr>
            <w:r w:rsidRPr="00E7741A">
              <w:rPr>
                <w:b/>
                <w:lang w:val="ru-RU"/>
              </w:rPr>
              <w:t>1</w:t>
            </w:r>
          </w:p>
        </w:tc>
        <w:tc>
          <w:tcPr>
            <w:tcW w:w="3115" w:type="dxa"/>
          </w:tcPr>
          <w:p w:rsidR="00700A49" w:rsidRDefault="00700A49">
            <w:pPr>
              <w:rPr>
                <w:lang w:val="ru-RU"/>
              </w:rPr>
            </w:pPr>
            <w:proofErr w:type="spellStart"/>
            <w:r>
              <w:rPr>
                <w:lang w:val="ru-RU"/>
              </w:rPr>
              <w:t>слабкий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r>
              <w:rPr>
                <w:lang w:val="ru-RU"/>
              </w:rPr>
              <w:t>маловідчутний</w:t>
            </w:r>
            <w:proofErr w:type="spellEnd"/>
          </w:p>
        </w:tc>
        <w:tc>
          <w:tcPr>
            <w:tcW w:w="4779" w:type="dxa"/>
          </w:tcPr>
          <w:p w:rsidR="00700A49" w:rsidRDefault="00300778">
            <w:pPr>
              <w:rPr>
                <w:lang w:val="ru-RU"/>
              </w:rPr>
            </w:pPr>
            <w:r w:rsidRPr="00300778">
              <w:rPr>
                <w:lang w:val="ru-RU"/>
              </w:rPr>
              <w:t>Норма для здорового зерна</w:t>
            </w:r>
          </w:p>
        </w:tc>
      </w:tr>
      <w:tr w:rsidR="00700A49" w:rsidRPr="007D48CA" w:rsidTr="00700A49">
        <w:tc>
          <w:tcPr>
            <w:tcW w:w="962" w:type="dxa"/>
            <w:vAlign w:val="center"/>
          </w:tcPr>
          <w:p w:rsidR="00700A49" w:rsidRPr="00E7741A" w:rsidRDefault="00700A49" w:rsidP="00700A49">
            <w:pPr>
              <w:jc w:val="center"/>
              <w:rPr>
                <w:b/>
                <w:lang w:val="ru-RU"/>
              </w:rPr>
            </w:pPr>
            <w:r w:rsidRPr="00E7741A">
              <w:rPr>
                <w:b/>
                <w:lang w:val="ru-RU"/>
              </w:rPr>
              <w:t>2</w:t>
            </w:r>
          </w:p>
        </w:tc>
        <w:tc>
          <w:tcPr>
            <w:tcW w:w="3115" w:type="dxa"/>
          </w:tcPr>
          <w:p w:rsidR="00700A49" w:rsidRDefault="00700A49">
            <w:pPr>
              <w:rPr>
                <w:lang w:val="ru-RU"/>
              </w:rPr>
            </w:pPr>
            <w:proofErr w:type="spellStart"/>
            <w:r>
              <w:rPr>
                <w:lang w:val="ru-RU"/>
              </w:rPr>
              <w:t>полинний</w:t>
            </w:r>
            <w:proofErr w:type="spellEnd"/>
          </w:p>
        </w:tc>
        <w:tc>
          <w:tcPr>
            <w:tcW w:w="4779" w:type="dxa"/>
          </w:tcPr>
          <w:p w:rsidR="00700A49" w:rsidRDefault="00300778">
            <w:pPr>
              <w:rPr>
                <w:lang w:val="ru-RU"/>
              </w:rPr>
            </w:pPr>
            <w:proofErr w:type="spellStart"/>
            <w:r w:rsidRPr="00300778">
              <w:rPr>
                <w:lang w:val="ru-RU"/>
              </w:rPr>
              <w:t>Домішка</w:t>
            </w:r>
            <w:proofErr w:type="spellEnd"/>
            <w:r w:rsidRPr="00300778">
              <w:rPr>
                <w:lang w:val="ru-RU"/>
              </w:rPr>
              <w:t xml:space="preserve"> </w:t>
            </w:r>
            <w:proofErr w:type="spellStart"/>
            <w:r w:rsidRPr="00300778">
              <w:rPr>
                <w:lang w:val="ru-RU"/>
              </w:rPr>
              <w:t>полину</w:t>
            </w:r>
            <w:proofErr w:type="spellEnd"/>
            <w:r w:rsidRPr="00300778">
              <w:rPr>
                <w:lang w:val="ru-RU"/>
              </w:rPr>
              <w:t>/</w:t>
            </w:r>
            <w:proofErr w:type="spellStart"/>
            <w:r w:rsidRPr="00300778">
              <w:rPr>
                <w:lang w:val="ru-RU"/>
              </w:rPr>
              <w:t>інших</w:t>
            </w:r>
            <w:proofErr w:type="spellEnd"/>
            <w:r w:rsidRPr="00300778">
              <w:rPr>
                <w:lang w:val="ru-RU"/>
              </w:rPr>
              <w:t xml:space="preserve"> </w:t>
            </w:r>
            <w:proofErr w:type="gramStart"/>
            <w:r w:rsidRPr="00300778">
              <w:rPr>
                <w:lang w:val="ru-RU"/>
              </w:rPr>
              <w:t>пахучих</w:t>
            </w:r>
            <w:proofErr w:type="gramEnd"/>
            <w:r w:rsidRPr="00300778">
              <w:rPr>
                <w:lang w:val="ru-RU"/>
              </w:rPr>
              <w:t xml:space="preserve"> </w:t>
            </w:r>
            <w:proofErr w:type="spellStart"/>
            <w:r w:rsidRPr="00300778">
              <w:rPr>
                <w:lang w:val="ru-RU"/>
              </w:rPr>
              <w:t>бур’янів</w:t>
            </w:r>
            <w:proofErr w:type="spellEnd"/>
          </w:p>
        </w:tc>
      </w:tr>
      <w:tr w:rsidR="00700A49" w:rsidRPr="007D48CA" w:rsidTr="00700A49">
        <w:tc>
          <w:tcPr>
            <w:tcW w:w="962" w:type="dxa"/>
            <w:vAlign w:val="center"/>
          </w:tcPr>
          <w:p w:rsidR="00700A49" w:rsidRPr="00E7741A" w:rsidRDefault="00700A49" w:rsidP="00700A49">
            <w:pPr>
              <w:jc w:val="center"/>
              <w:rPr>
                <w:b/>
                <w:lang w:val="ru-RU"/>
              </w:rPr>
            </w:pPr>
            <w:r w:rsidRPr="00E7741A">
              <w:rPr>
                <w:b/>
                <w:lang w:val="ru-RU"/>
              </w:rPr>
              <w:t>3</w:t>
            </w:r>
          </w:p>
        </w:tc>
        <w:tc>
          <w:tcPr>
            <w:tcW w:w="3115" w:type="dxa"/>
          </w:tcPr>
          <w:p w:rsidR="00700A49" w:rsidRDefault="00700A49">
            <w:pPr>
              <w:rPr>
                <w:lang w:val="ru-RU"/>
              </w:rPr>
            </w:pPr>
            <w:proofErr w:type="spellStart"/>
            <w:r>
              <w:rPr>
                <w:lang w:val="ru-RU"/>
              </w:rPr>
              <w:t>часниковий</w:t>
            </w:r>
            <w:proofErr w:type="spellEnd"/>
          </w:p>
        </w:tc>
        <w:tc>
          <w:tcPr>
            <w:tcW w:w="4779" w:type="dxa"/>
          </w:tcPr>
          <w:p w:rsidR="00700A49" w:rsidRDefault="00300778">
            <w:pPr>
              <w:rPr>
                <w:lang w:val="ru-RU"/>
              </w:rPr>
            </w:pPr>
            <w:proofErr w:type="spellStart"/>
            <w:r w:rsidRPr="00300778">
              <w:rPr>
                <w:lang w:val="ru-RU"/>
              </w:rPr>
              <w:t>Домішка</w:t>
            </w:r>
            <w:proofErr w:type="spellEnd"/>
            <w:r w:rsidRPr="00300778">
              <w:rPr>
                <w:lang w:val="ru-RU"/>
              </w:rPr>
              <w:t xml:space="preserve"> </w:t>
            </w:r>
            <w:proofErr w:type="spellStart"/>
            <w:r w:rsidRPr="00300778">
              <w:rPr>
                <w:lang w:val="ru-RU"/>
              </w:rPr>
              <w:t>часнику</w:t>
            </w:r>
            <w:proofErr w:type="spellEnd"/>
            <w:r w:rsidRPr="00300778">
              <w:rPr>
                <w:lang w:val="ru-RU"/>
              </w:rPr>
              <w:t xml:space="preserve"> </w:t>
            </w:r>
            <w:proofErr w:type="spellStart"/>
            <w:r w:rsidRPr="00300778">
              <w:rPr>
                <w:lang w:val="ru-RU"/>
              </w:rPr>
              <w:t>польового</w:t>
            </w:r>
            <w:proofErr w:type="spellEnd"/>
            <w:r w:rsidRPr="00300778">
              <w:rPr>
                <w:lang w:val="ru-RU"/>
              </w:rPr>
              <w:t>/</w:t>
            </w:r>
            <w:proofErr w:type="spellStart"/>
            <w:r w:rsidRPr="00300778">
              <w:rPr>
                <w:lang w:val="ru-RU"/>
              </w:rPr>
              <w:t>цибулевих</w:t>
            </w:r>
            <w:proofErr w:type="spellEnd"/>
            <w:r w:rsidRPr="00300778">
              <w:rPr>
                <w:lang w:val="ru-RU"/>
              </w:rPr>
              <w:t xml:space="preserve">, </w:t>
            </w:r>
            <w:proofErr w:type="spellStart"/>
            <w:r w:rsidRPr="00300778">
              <w:rPr>
                <w:lang w:val="ru-RU"/>
              </w:rPr>
              <w:t>бур’яни</w:t>
            </w:r>
            <w:proofErr w:type="spellEnd"/>
          </w:p>
        </w:tc>
      </w:tr>
      <w:tr w:rsidR="00700A49" w:rsidTr="00700A49">
        <w:tc>
          <w:tcPr>
            <w:tcW w:w="962" w:type="dxa"/>
            <w:vAlign w:val="center"/>
          </w:tcPr>
          <w:p w:rsidR="00700A49" w:rsidRPr="00E7741A" w:rsidRDefault="00700A49" w:rsidP="00700A49">
            <w:pPr>
              <w:jc w:val="center"/>
              <w:rPr>
                <w:b/>
                <w:lang w:val="ru-RU"/>
              </w:rPr>
            </w:pPr>
            <w:r w:rsidRPr="00E7741A">
              <w:rPr>
                <w:b/>
                <w:lang w:val="ru-RU"/>
              </w:rPr>
              <w:t>4</w:t>
            </w:r>
          </w:p>
        </w:tc>
        <w:tc>
          <w:tcPr>
            <w:tcW w:w="3115" w:type="dxa"/>
          </w:tcPr>
          <w:p w:rsidR="00700A49" w:rsidRDefault="00700A49">
            <w:pPr>
              <w:rPr>
                <w:lang w:val="ru-RU"/>
              </w:rPr>
            </w:pPr>
            <w:proofErr w:type="spellStart"/>
            <w:r>
              <w:rPr>
                <w:lang w:val="ru-RU"/>
              </w:rPr>
              <w:t>оселедцевий</w:t>
            </w:r>
            <w:proofErr w:type="spellEnd"/>
          </w:p>
        </w:tc>
        <w:tc>
          <w:tcPr>
            <w:tcW w:w="4779" w:type="dxa"/>
          </w:tcPr>
          <w:p w:rsidR="00700A49" w:rsidRDefault="00300778">
            <w:pPr>
              <w:rPr>
                <w:lang w:val="ru-RU"/>
              </w:rPr>
            </w:pPr>
            <w:proofErr w:type="spellStart"/>
            <w:r w:rsidRPr="00300778">
              <w:rPr>
                <w:lang w:val="ru-RU"/>
              </w:rPr>
              <w:t>Самозігрівання</w:t>
            </w:r>
            <w:proofErr w:type="spellEnd"/>
            <w:r w:rsidRPr="00300778">
              <w:rPr>
                <w:lang w:val="ru-RU"/>
              </w:rPr>
              <w:t xml:space="preserve">, </w:t>
            </w:r>
            <w:proofErr w:type="spellStart"/>
            <w:r w:rsidRPr="00300778">
              <w:rPr>
                <w:lang w:val="ru-RU"/>
              </w:rPr>
              <w:t>мікробіологічні</w:t>
            </w:r>
            <w:proofErr w:type="spellEnd"/>
            <w:r w:rsidRPr="00300778">
              <w:rPr>
                <w:lang w:val="ru-RU"/>
              </w:rPr>
              <w:t xml:space="preserve"> </w:t>
            </w:r>
            <w:proofErr w:type="spellStart"/>
            <w:r w:rsidRPr="00300778">
              <w:rPr>
                <w:lang w:val="ru-RU"/>
              </w:rPr>
              <w:t>процеси</w:t>
            </w:r>
            <w:proofErr w:type="spellEnd"/>
            <w:r w:rsidRPr="00300778">
              <w:rPr>
                <w:lang w:val="ru-RU"/>
              </w:rPr>
              <w:t xml:space="preserve">, </w:t>
            </w:r>
            <w:proofErr w:type="spellStart"/>
            <w:r w:rsidRPr="00300778">
              <w:rPr>
                <w:lang w:val="ru-RU"/>
              </w:rPr>
              <w:t>псування</w:t>
            </w:r>
            <w:proofErr w:type="spellEnd"/>
          </w:p>
        </w:tc>
      </w:tr>
      <w:tr w:rsidR="00700A49" w:rsidRPr="007D48CA" w:rsidTr="00700A49">
        <w:tc>
          <w:tcPr>
            <w:tcW w:w="962" w:type="dxa"/>
            <w:vAlign w:val="center"/>
          </w:tcPr>
          <w:p w:rsidR="00700A49" w:rsidRPr="00E7741A" w:rsidRDefault="00700A49" w:rsidP="00700A49">
            <w:pPr>
              <w:jc w:val="center"/>
              <w:rPr>
                <w:b/>
                <w:lang w:val="ru-RU"/>
              </w:rPr>
            </w:pPr>
            <w:r w:rsidRPr="00E7741A">
              <w:rPr>
                <w:b/>
                <w:lang w:val="ru-RU"/>
              </w:rPr>
              <w:t>5</w:t>
            </w:r>
          </w:p>
        </w:tc>
        <w:tc>
          <w:tcPr>
            <w:tcW w:w="3115" w:type="dxa"/>
          </w:tcPr>
          <w:p w:rsidR="00700A49" w:rsidRDefault="00700A49">
            <w:pPr>
              <w:rPr>
                <w:lang w:val="ru-RU"/>
              </w:rPr>
            </w:pPr>
            <w:proofErr w:type="spellStart"/>
            <w:r>
              <w:rPr>
                <w:lang w:val="ru-RU"/>
              </w:rPr>
              <w:t>димний</w:t>
            </w:r>
            <w:proofErr w:type="spellEnd"/>
          </w:p>
        </w:tc>
        <w:tc>
          <w:tcPr>
            <w:tcW w:w="4779" w:type="dxa"/>
          </w:tcPr>
          <w:p w:rsidR="00700A49" w:rsidRDefault="00300778">
            <w:pPr>
              <w:rPr>
                <w:lang w:val="ru-RU"/>
              </w:rPr>
            </w:pPr>
            <w:proofErr w:type="spellStart"/>
            <w:r w:rsidRPr="00300778">
              <w:rPr>
                <w:lang w:val="ru-RU"/>
              </w:rPr>
              <w:t>Вплив</w:t>
            </w:r>
            <w:proofErr w:type="spellEnd"/>
            <w:r w:rsidRPr="00300778">
              <w:rPr>
                <w:lang w:val="ru-RU"/>
              </w:rPr>
              <w:t xml:space="preserve"> </w:t>
            </w:r>
            <w:proofErr w:type="spellStart"/>
            <w:r w:rsidRPr="00300778">
              <w:rPr>
                <w:lang w:val="ru-RU"/>
              </w:rPr>
              <w:t>диму</w:t>
            </w:r>
            <w:proofErr w:type="spellEnd"/>
            <w:r w:rsidRPr="00300778">
              <w:rPr>
                <w:lang w:val="ru-RU"/>
              </w:rPr>
              <w:t xml:space="preserve"> (сушка/</w:t>
            </w:r>
            <w:proofErr w:type="spellStart"/>
            <w:r w:rsidRPr="00300778">
              <w:rPr>
                <w:lang w:val="ru-RU"/>
              </w:rPr>
              <w:t>пожежа</w:t>
            </w:r>
            <w:proofErr w:type="spellEnd"/>
            <w:r w:rsidRPr="00300778">
              <w:rPr>
                <w:lang w:val="ru-RU"/>
              </w:rPr>
              <w:t>/</w:t>
            </w:r>
            <w:proofErr w:type="spellStart"/>
            <w:r w:rsidRPr="00300778">
              <w:rPr>
                <w:lang w:val="ru-RU"/>
              </w:rPr>
              <w:t>зберігання</w:t>
            </w:r>
            <w:proofErr w:type="spellEnd"/>
            <w:r w:rsidRPr="00300778">
              <w:rPr>
                <w:lang w:val="ru-RU"/>
              </w:rPr>
              <w:t xml:space="preserve"> </w:t>
            </w:r>
            <w:proofErr w:type="spellStart"/>
            <w:r w:rsidRPr="00300778">
              <w:rPr>
                <w:lang w:val="ru-RU"/>
              </w:rPr>
              <w:t>біля</w:t>
            </w:r>
            <w:proofErr w:type="spellEnd"/>
            <w:r w:rsidRPr="00300778">
              <w:rPr>
                <w:lang w:val="ru-RU"/>
              </w:rPr>
              <w:t xml:space="preserve"> </w:t>
            </w:r>
            <w:proofErr w:type="spellStart"/>
            <w:r w:rsidRPr="00300778">
              <w:rPr>
                <w:lang w:val="ru-RU"/>
              </w:rPr>
              <w:t>джерел</w:t>
            </w:r>
            <w:proofErr w:type="spellEnd"/>
            <w:r w:rsidRPr="00300778">
              <w:rPr>
                <w:lang w:val="ru-RU"/>
              </w:rPr>
              <w:t xml:space="preserve"> </w:t>
            </w:r>
            <w:proofErr w:type="spellStart"/>
            <w:r w:rsidRPr="00300778">
              <w:rPr>
                <w:lang w:val="ru-RU"/>
              </w:rPr>
              <w:t>диму</w:t>
            </w:r>
            <w:proofErr w:type="spellEnd"/>
            <w:r w:rsidRPr="00300778">
              <w:rPr>
                <w:lang w:val="ru-RU"/>
              </w:rPr>
              <w:t>)</w:t>
            </w:r>
          </w:p>
        </w:tc>
      </w:tr>
      <w:tr w:rsidR="00700A49" w:rsidRPr="007D48CA" w:rsidTr="00700A49">
        <w:tc>
          <w:tcPr>
            <w:tcW w:w="962" w:type="dxa"/>
            <w:vAlign w:val="center"/>
          </w:tcPr>
          <w:p w:rsidR="00700A49" w:rsidRPr="00E7741A" w:rsidRDefault="00700A49" w:rsidP="00700A49">
            <w:pPr>
              <w:jc w:val="center"/>
              <w:rPr>
                <w:b/>
                <w:lang w:val="ru-RU"/>
              </w:rPr>
            </w:pPr>
            <w:r w:rsidRPr="00E7741A">
              <w:rPr>
                <w:b/>
                <w:lang w:val="ru-RU"/>
              </w:rPr>
              <w:t>6</w:t>
            </w:r>
          </w:p>
        </w:tc>
        <w:tc>
          <w:tcPr>
            <w:tcW w:w="3115" w:type="dxa"/>
          </w:tcPr>
          <w:p w:rsidR="00700A49" w:rsidRDefault="00700A49">
            <w:pPr>
              <w:rPr>
                <w:lang w:val="ru-RU"/>
              </w:rPr>
            </w:pPr>
            <w:r>
              <w:rPr>
                <w:lang w:val="ru-RU"/>
              </w:rPr>
              <w:t xml:space="preserve">запах </w:t>
            </w:r>
            <w:proofErr w:type="spellStart"/>
            <w:r>
              <w:rPr>
                <w:lang w:val="ru-RU"/>
              </w:rPr>
              <w:t>нафтопродукті</w:t>
            </w:r>
            <w:proofErr w:type="gramStart"/>
            <w:r>
              <w:rPr>
                <w:lang w:val="ru-RU"/>
              </w:rPr>
              <w:t>в</w:t>
            </w:r>
            <w:proofErr w:type="spellEnd"/>
            <w:proofErr w:type="gramEnd"/>
          </w:p>
        </w:tc>
        <w:tc>
          <w:tcPr>
            <w:tcW w:w="4779" w:type="dxa"/>
          </w:tcPr>
          <w:p w:rsidR="00700A49" w:rsidRDefault="00300778">
            <w:pPr>
              <w:rPr>
                <w:lang w:val="ru-RU"/>
              </w:rPr>
            </w:pPr>
            <w:proofErr w:type="spellStart"/>
            <w:r w:rsidRPr="00300778">
              <w:rPr>
                <w:lang w:val="ru-RU"/>
              </w:rPr>
              <w:t>Забруднення</w:t>
            </w:r>
            <w:proofErr w:type="spellEnd"/>
            <w:r w:rsidRPr="00300778">
              <w:rPr>
                <w:lang w:val="ru-RU"/>
              </w:rPr>
              <w:t xml:space="preserve"> </w:t>
            </w:r>
            <w:proofErr w:type="spellStart"/>
            <w:r w:rsidRPr="00300778">
              <w:rPr>
                <w:lang w:val="ru-RU"/>
              </w:rPr>
              <w:t>паливом</w:t>
            </w:r>
            <w:proofErr w:type="spellEnd"/>
            <w:r w:rsidRPr="00300778">
              <w:rPr>
                <w:lang w:val="ru-RU"/>
              </w:rPr>
              <w:t>/</w:t>
            </w:r>
            <w:proofErr w:type="spellStart"/>
            <w:r w:rsidRPr="00300778">
              <w:rPr>
                <w:lang w:val="ru-RU"/>
              </w:rPr>
              <w:t>мастилами</w:t>
            </w:r>
            <w:proofErr w:type="spellEnd"/>
            <w:r w:rsidRPr="00300778">
              <w:rPr>
                <w:lang w:val="ru-RU"/>
              </w:rPr>
              <w:t xml:space="preserve"> </w:t>
            </w:r>
            <w:proofErr w:type="spellStart"/>
            <w:proofErr w:type="gramStart"/>
            <w:r w:rsidRPr="00300778">
              <w:rPr>
                <w:lang w:val="ru-RU"/>
              </w:rPr>
              <w:t>п</w:t>
            </w:r>
            <w:proofErr w:type="gramEnd"/>
            <w:r w:rsidRPr="00300778">
              <w:rPr>
                <w:lang w:val="ru-RU"/>
              </w:rPr>
              <w:t>ід</w:t>
            </w:r>
            <w:proofErr w:type="spellEnd"/>
            <w:r w:rsidRPr="00300778">
              <w:rPr>
                <w:lang w:val="ru-RU"/>
              </w:rPr>
              <w:t xml:space="preserve"> час </w:t>
            </w:r>
            <w:proofErr w:type="spellStart"/>
            <w:r w:rsidRPr="00300778">
              <w:rPr>
                <w:lang w:val="ru-RU"/>
              </w:rPr>
              <w:t>перевезення</w:t>
            </w:r>
            <w:proofErr w:type="spellEnd"/>
            <w:r w:rsidRPr="00300778">
              <w:rPr>
                <w:lang w:val="ru-RU"/>
              </w:rPr>
              <w:t>/</w:t>
            </w:r>
            <w:proofErr w:type="spellStart"/>
            <w:r w:rsidRPr="00300778">
              <w:rPr>
                <w:lang w:val="ru-RU"/>
              </w:rPr>
              <w:t>зберігання</w:t>
            </w:r>
            <w:proofErr w:type="spellEnd"/>
          </w:p>
        </w:tc>
      </w:tr>
      <w:tr w:rsidR="00700A49" w:rsidRPr="007D48CA" w:rsidTr="00700A49">
        <w:tc>
          <w:tcPr>
            <w:tcW w:w="962" w:type="dxa"/>
            <w:vAlign w:val="center"/>
          </w:tcPr>
          <w:p w:rsidR="00700A49" w:rsidRPr="00E7741A" w:rsidRDefault="00700A49" w:rsidP="00700A49">
            <w:pPr>
              <w:jc w:val="center"/>
              <w:rPr>
                <w:b/>
                <w:lang w:val="ru-RU"/>
              </w:rPr>
            </w:pPr>
            <w:r w:rsidRPr="00E7741A">
              <w:rPr>
                <w:b/>
                <w:lang w:val="ru-RU"/>
              </w:rPr>
              <w:t>7</w:t>
            </w:r>
          </w:p>
        </w:tc>
        <w:tc>
          <w:tcPr>
            <w:tcW w:w="3115" w:type="dxa"/>
          </w:tcPr>
          <w:p w:rsidR="00700A49" w:rsidRDefault="00700A49">
            <w:pPr>
              <w:rPr>
                <w:lang w:val="ru-RU"/>
              </w:rPr>
            </w:pPr>
            <w:proofErr w:type="spellStart"/>
            <w:r>
              <w:rPr>
                <w:lang w:val="ru-RU"/>
              </w:rPr>
              <w:t>комірний</w:t>
            </w:r>
            <w:proofErr w:type="spellEnd"/>
          </w:p>
        </w:tc>
        <w:tc>
          <w:tcPr>
            <w:tcW w:w="4779" w:type="dxa"/>
          </w:tcPr>
          <w:p w:rsidR="00700A49" w:rsidRDefault="00300778">
            <w:pPr>
              <w:rPr>
                <w:lang w:val="ru-RU"/>
              </w:rPr>
            </w:pPr>
            <w:proofErr w:type="spellStart"/>
            <w:r w:rsidRPr="00300778">
              <w:rPr>
                <w:lang w:val="ru-RU"/>
              </w:rPr>
              <w:t>Зараження</w:t>
            </w:r>
            <w:proofErr w:type="spellEnd"/>
            <w:r w:rsidRPr="00300778">
              <w:rPr>
                <w:lang w:val="ru-RU"/>
              </w:rPr>
              <w:t xml:space="preserve"> </w:t>
            </w:r>
            <w:proofErr w:type="spellStart"/>
            <w:r w:rsidRPr="00300778">
              <w:rPr>
                <w:lang w:val="ru-RU"/>
              </w:rPr>
              <w:t>комірними</w:t>
            </w:r>
            <w:proofErr w:type="spellEnd"/>
            <w:r w:rsidRPr="00300778">
              <w:rPr>
                <w:lang w:val="ru-RU"/>
              </w:rPr>
              <w:t xml:space="preserve"> </w:t>
            </w:r>
            <w:proofErr w:type="spellStart"/>
            <w:r w:rsidRPr="00300778">
              <w:rPr>
                <w:lang w:val="ru-RU"/>
              </w:rPr>
              <w:t>шкідниками</w:t>
            </w:r>
            <w:proofErr w:type="spellEnd"/>
            <w:r w:rsidRPr="00300778">
              <w:rPr>
                <w:lang w:val="ru-RU"/>
              </w:rPr>
              <w:t xml:space="preserve">, </w:t>
            </w:r>
            <w:proofErr w:type="spellStart"/>
            <w:r w:rsidRPr="00300778">
              <w:rPr>
                <w:lang w:val="ru-RU"/>
              </w:rPr>
              <w:lastRenderedPageBreak/>
              <w:t>продукти</w:t>
            </w:r>
            <w:proofErr w:type="spellEnd"/>
            <w:r w:rsidRPr="00300778">
              <w:rPr>
                <w:lang w:val="ru-RU"/>
              </w:rPr>
              <w:t xml:space="preserve"> </w:t>
            </w:r>
            <w:proofErr w:type="spellStart"/>
            <w:r w:rsidRPr="00300778">
              <w:rPr>
                <w:lang w:val="ru-RU"/>
              </w:rPr>
              <w:t>їх</w:t>
            </w:r>
            <w:proofErr w:type="spellEnd"/>
            <w:r w:rsidRPr="00300778">
              <w:rPr>
                <w:lang w:val="ru-RU"/>
              </w:rPr>
              <w:t xml:space="preserve"> </w:t>
            </w:r>
            <w:proofErr w:type="spellStart"/>
            <w:r w:rsidRPr="00300778">
              <w:rPr>
                <w:lang w:val="ru-RU"/>
              </w:rPr>
              <w:t>життєдіяльності</w:t>
            </w:r>
            <w:proofErr w:type="spellEnd"/>
          </w:p>
        </w:tc>
      </w:tr>
      <w:tr w:rsidR="00700A49" w:rsidRPr="007D48CA" w:rsidTr="00700A49">
        <w:tc>
          <w:tcPr>
            <w:tcW w:w="962" w:type="dxa"/>
            <w:vAlign w:val="center"/>
          </w:tcPr>
          <w:p w:rsidR="00700A49" w:rsidRPr="00E7741A" w:rsidRDefault="00700A49" w:rsidP="00700A49">
            <w:pPr>
              <w:jc w:val="center"/>
              <w:rPr>
                <w:b/>
                <w:lang w:val="ru-RU"/>
              </w:rPr>
            </w:pPr>
            <w:r w:rsidRPr="00E7741A">
              <w:rPr>
                <w:b/>
                <w:lang w:val="ru-RU"/>
              </w:rPr>
              <w:lastRenderedPageBreak/>
              <w:t>8</w:t>
            </w:r>
          </w:p>
        </w:tc>
        <w:tc>
          <w:tcPr>
            <w:tcW w:w="3115" w:type="dxa"/>
          </w:tcPr>
          <w:p w:rsidR="00700A49" w:rsidRDefault="00700A49">
            <w:pPr>
              <w:rPr>
                <w:lang w:val="ru-RU"/>
              </w:rPr>
            </w:pPr>
            <w:proofErr w:type="spellStart"/>
            <w:r>
              <w:rPr>
                <w:lang w:val="ru-RU"/>
              </w:rPr>
              <w:t>солодовий</w:t>
            </w:r>
            <w:proofErr w:type="spellEnd"/>
          </w:p>
        </w:tc>
        <w:tc>
          <w:tcPr>
            <w:tcW w:w="4779" w:type="dxa"/>
          </w:tcPr>
          <w:p w:rsidR="00700A49" w:rsidRDefault="00300778">
            <w:pPr>
              <w:rPr>
                <w:lang w:val="ru-RU"/>
              </w:rPr>
            </w:pPr>
            <w:r w:rsidRPr="00300778">
              <w:rPr>
                <w:lang w:val="ru-RU"/>
              </w:rPr>
              <w:t xml:space="preserve">Початок </w:t>
            </w:r>
            <w:proofErr w:type="spellStart"/>
            <w:r w:rsidRPr="00300778">
              <w:rPr>
                <w:lang w:val="ru-RU"/>
              </w:rPr>
              <w:t>проростання</w:t>
            </w:r>
            <w:proofErr w:type="spellEnd"/>
            <w:r w:rsidRPr="00300778">
              <w:rPr>
                <w:lang w:val="ru-RU"/>
              </w:rPr>
              <w:t xml:space="preserve"> зерна (</w:t>
            </w:r>
            <w:proofErr w:type="spellStart"/>
            <w:r w:rsidRPr="00300778">
              <w:rPr>
                <w:lang w:val="ru-RU"/>
              </w:rPr>
              <w:t>ферментативні</w:t>
            </w:r>
            <w:proofErr w:type="spellEnd"/>
            <w:r w:rsidRPr="00300778">
              <w:rPr>
                <w:lang w:val="ru-RU"/>
              </w:rPr>
              <w:t xml:space="preserve"> </w:t>
            </w:r>
            <w:proofErr w:type="spellStart"/>
            <w:r w:rsidRPr="00300778">
              <w:rPr>
                <w:lang w:val="ru-RU"/>
              </w:rPr>
              <w:t>процеси</w:t>
            </w:r>
            <w:proofErr w:type="spellEnd"/>
            <w:r w:rsidRPr="00300778">
              <w:rPr>
                <w:lang w:val="ru-RU"/>
              </w:rPr>
              <w:t>)</w:t>
            </w:r>
          </w:p>
        </w:tc>
      </w:tr>
      <w:tr w:rsidR="00700A49" w:rsidTr="00700A49">
        <w:tc>
          <w:tcPr>
            <w:tcW w:w="962" w:type="dxa"/>
            <w:vAlign w:val="center"/>
          </w:tcPr>
          <w:p w:rsidR="00700A49" w:rsidRPr="00E7741A" w:rsidRDefault="00700A49" w:rsidP="00700A49">
            <w:pPr>
              <w:jc w:val="center"/>
              <w:rPr>
                <w:b/>
                <w:lang w:val="ru-RU"/>
              </w:rPr>
            </w:pPr>
            <w:r w:rsidRPr="00E7741A">
              <w:rPr>
                <w:b/>
                <w:lang w:val="ru-RU"/>
              </w:rPr>
              <w:t>9</w:t>
            </w:r>
          </w:p>
        </w:tc>
        <w:tc>
          <w:tcPr>
            <w:tcW w:w="3115" w:type="dxa"/>
          </w:tcPr>
          <w:p w:rsidR="00700A49" w:rsidRDefault="00700A49">
            <w:pPr>
              <w:rPr>
                <w:lang w:val="ru-RU"/>
              </w:rPr>
            </w:pPr>
            <w:proofErr w:type="spellStart"/>
            <w:proofErr w:type="gramStart"/>
            <w:r>
              <w:rPr>
                <w:lang w:val="ru-RU"/>
              </w:rPr>
              <w:t>пл</w:t>
            </w:r>
            <w:proofErr w:type="gramEnd"/>
            <w:r>
              <w:rPr>
                <w:lang w:val="ru-RU"/>
              </w:rPr>
              <w:t>ісеневий</w:t>
            </w:r>
            <w:proofErr w:type="spellEnd"/>
          </w:p>
        </w:tc>
        <w:tc>
          <w:tcPr>
            <w:tcW w:w="4779" w:type="dxa"/>
          </w:tcPr>
          <w:p w:rsidR="00700A49" w:rsidRDefault="00300778">
            <w:pPr>
              <w:rPr>
                <w:lang w:val="ru-RU"/>
              </w:rPr>
            </w:pPr>
            <w:proofErr w:type="spellStart"/>
            <w:proofErr w:type="gramStart"/>
            <w:r w:rsidRPr="00300778">
              <w:rPr>
                <w:lang w:val="ru-RU"/>
              </w:rPr>
              <w:t>П</w:t>
            </w:r>
            <w:proofErr w:type="gramEnd"/>
            <w:r w:rsidRPr="00300778">
              <w:rPr>
                <w:lang w:val="ru-RU"/>
              </w:rPr>
              <w:t>ідвищена</w:t>
            </w:r>
            <w:proofErr w:type="spellEnd"/>
            <w:r w:rsidRPr="00300778">
              <w:rPr>
                <w:lang w:val="ru-RU"/>
              </w:rPr>
              <w:t xml:space="preserve"> </w:t>
            </w:r>
            <w:proofErr w:type="spellStart"/>
            <w:r w:rsidRPr="00300778">
              <w:rPr>
                <w:lang w:val="ru-RU"/>
              </w:rPr>
              <w:t>вологість</w:t>
            </w:r>
            <w:proofErr w:type="spellEnd"/>
            <w:r w:rsidRPr="00300778">
              <w:rPr>
                <w:lang w:val="ru-RU"/>
              </w:rPr>
              <w:t xml:space="preserve">, </w:t>
            </w:r>
            <w:proofErr w:type="spellStart"/>
            <w:r w:rsidRPr="00300778">
              <w:rPr>
                <w:lang w:val="ru-RU"/>
              </w:rPr>
              <w:t>розвиток</w:t>
            </w:r>
            <w:proofErr w:type="spellEnd"/>
            <w:r w:rsidRPr="00300778">
              <w:rPr>
                <w:lang w:val="ru-RU"/>
              </w:rPr>
              <w:t xml:space="preserve"> </w:t>
            </w:r>
            <w:proofErr w:type="spellStart"/>
            <w:r w:rsidRPr="00300778">
              <w:rPr>
                <w:lang w:val="ru-RU"/>
              </w:rPr>
              <w:t>плісені</w:t>
            </w:r>
            <w:proofErr w:type="spellEnd"/>
          </w:p>
        </w:tc>
      </w:tr>
    </w:tbl>
    <w:p w:rsidR="00700A49" w:rsidRDefault="00700A49">
      <w:pPr>
        <w:rPr>
          <w:b/>
          <w:lang w:val="ru-RU"/>
        </w:rPr>
      </w:pPr>
      <w:r w:rsidRPr="00700A49">
        <w:rPr>
          <w:lang w:val="ru-RU"/>
        </w:rPr>
        <w:br/>
      </w:r>
      <w:r>
        <w:rPr>
          <w:b/>
          <w:lang w:val="ru-RU"/>
        </w:rPr>
        <w:t xml:space="preserve">В) </w:t>
      </w:r>
      <w:proofErr w:type="spellStart"/>
      <w:r>
        <w:rPr>
          <w:b/>
          <w:lang w:val="ru-RU"/>
        </w:rPr>
        <w:t>Визначити</w:t>
      </w:r>
      <w:proofErr w:type="spellEnd"/>
      <w:r>
        <w:rPr>
          <w:b/>
          <w:lang w:val="ru-RU"/>
        </w:rPr>
        <w:t xml:space="preserve"> смак </w:t>
      </w:r>
      <w:proofErr w:type="spellStart"/>
      <w:proofErr w:type="gramStart"/>
      <w:r>
        <w:rPr>
          <w:b/>
          <w:lang w:val="ru-RU"/>
        </w:rPr>
        <w:t>р</w:t>
      </w:r>
      <w:proofErr w:type="gramEnd"/>
      <w:r>
        <w:rPr>
          <w:b/>
          <w:lang w:val="ru-RU"/>
        </w:rPr>
        <w:t>ізного</w:t>
      </w:r>
      <w:proofErr w:type="spellEnd"/>
      <w:r>
        <w:rPr>
          <w:b/>
          <w:lang w:val="ru-RU"/>
        </w:rPr>
        <w:t xml:space="preserve"> за </w:t>
      </w:r>
      <w:proofErr w:type="spellStart"/>
      <w:r>
        <w:rPr>
          <w:b/>
          <w:lang w:val="ru-RU"/>
        </w:rPr>
        <w:t>якістю</w:t>
      </w:r>
      <w:proofErr w:type="spellEnd"/>
      <w:r>
        <w:rPr>
          <w:b/>
          <w:lang w:val="ru-RU"/>
        </w:rPr>
        <w:t xml:space="preserve"> </w:t>
      </w:r>
      <w:r w:rsidRPr="0020280C">
        <w:rPr>
          <w:b/>
          <w:lang w:val="ru-RU"/>
        </w:rPr>
        <w:t>зерна</w:t>
      </w:r>
      <w:r>
        <w:rPr>
          <w:b/>
          <w:lang w:val="ru-RU"/>
        </w:rPr>
        <w:t xml:space="preserve"> </w:t>
      </w:r>
      <w:proofErr w:type="spellStart"/>
      <w:r>
        <w:rPr>
          <w:b/>
          <w:lang w:val="ru-RU"/>
        </w:rPr>
        <w:t>пшениці</w:t>
      </w:r>
      <w:proofErr w:type="spellEnd"/>
      <w:r>
        <w:rPr>
          <w:b/>
          <w:lang w:val="ru-RU"/>
        </w:rPr>
        <w:t xml:space="preserve">. </w:t>
      </w:r>
      <w:proofErr w:type="spellStart"/>
      <w:r w:rsidRPr="00700A49">
        <w:rPr>
          <w:lang w:val="ru-RU"/>
        </w:rPr>
        <w:t>З'ясувати</w:t>
      </w:r>
      <w:proofErr w:type="spellEnd"/>
      <w:r w:rsidRPr="00700A49">
        <w:rPr>
          <w:lang w:val="ru-RU"/>
        </w:rPr>
        <w:t xml:space="preserve"> причини </w:t>
      </w:r>
      <w:proofErr w:type="spellStart"/>
      <w:r w:rsidRPr="00700A49">
        <w:rPr>
          <w:lang w:val="ru-RU"/>
        </w:rPr>
        <w:t>відхилень</w:t>
      </w:r>
      <w:proofErr w:type="spellEnd"/>
      <w:r w:rsidRPr="00700A49">
        <w:rPr>
          <w:lang w:val="ru-RU"/>
        </w:rPr>
        <w:t xml:space="preserve"> </w:t>
      </w:r>
      <w:proofErr w:type="spellStart"/>
      <w:r w:rsidRPr="00700A49">
        <w:rPr>
          <w:lang w:val="ru-RU"/>
        </w:rPr>
        <w:t>від</w:t>
      </w:r>
      <w:proofErr w:type="spellEnd"/>
      <w:r w:rsidRPr="00700A49">
        <w:rPr>
          <w:lang w:val="ru-RU"/>
        </w:rPr>
        <w:t xml:space="preserve"> стандарту. </w:t>
      </w:r>
      <w:proofErr w:type="spellStart"/>
      <w:r w:rsidRPr="00700A49">
        <w:rPr>
          <w:lang w:val="ru-RU"/>
        </w:rPr>
        <w:t>Результати</w:t>
      </w:r>
      <w:proofErr w:type="spellEnd"/>
      <w:r w:rsidRPr="00700A49">
        <w:rPr>
          <w:lang w:val="ru-RU"/>
        </w:rPr>
        <w:t xml:space="preserve"> </w:t>
      </w:r>
      <w:proofErr w:type="spellStart"/>
      <w:r w:rsidRPr="00700A49">
        <w:rPr>
          <w:lang w:val="ru-RU"/>
        </w:rPr>
        <w:t>дослідж</w:t>
      </w:r>
      <w:r>
        <w:rPr>
          <w:lang w:val="ru-RU"/>
        </w:rPr>
        <w:t>ень</w:t>
      </w:r>
      <w:proofErr w:type="spellEnd"/>
      <w:r>
        <w:rPr>
          <w:lang w:val="ru-RU"/>
        </w:rPr>
        <w:t xml:space="preserve"> занести до табл. 3.3</w:t>
      </w:r>
      <w:r w:rsidRPr="00700A49">
        <w:rPr>
          <w:lang w:val="ru-RU"/>
        </w:rPr>
        <w:t xml:space="preserve">                                                                             </w:t>
      </w:r>
      <w:r>
        <w:rPr>
          <w:lang w:val="ru-RU"/>
        </w:rPr>
        <w:t xml:space="preserve">     </w:t>
      </w:r>
      <w:r w:rsidRPr="00700A49">
        <w:rPr>
          <w:lang w:val="ru-RU"/>
        </w:rPr>
        <w:t xml:space="preserve">  </w:t>
      </w:r>
      <w:proofErr w:type="spellStart"/>
      <w:r>
        <w:rPr>
          <w:sz w:val="24"/>
          <w:szCs w:val="24"/>
          <w:lang w:val="ru-RU"/>
        </w:rPr>
        <w:t>Таблиця</w:t>
      </w:r>
      <w:proofErr w:type="spellEnd"/>
      <w:r>
        <w:rPr>
          <w:sz w:val="24"/>
          <w:szCs w:val="24"/>
          <w:lang w:val="ru-RU"/>
        </w:rPr>
        <w:t xml:space="preserve"> 3.3</w:t>
      </w:r>
      <w:proofErr w:type="gramStart"/>
      <w:r>
        <w:rPr>
          <w:sz w:val="24"/>
          <w:szCs w:val="24"/>
          <w:lang w:val="ru-RU"/>
        </w:rPr>
        <w:br/>
      </w:r>
      <w:r>
        <w:rPr>
          <w:b/>
          <w:lang w:val="ru-RU"/>
        </w:rPr>
        <w:t>П</w:t>
      </w:r>
      <w:proofErr w:type="gramEnd"/>
      <w:r>
        <w:rPr>
          <w:b/>
          <w:lang w:val="ru-RU"/>
        </w:rPr>
        <w:t xml:space="preserve">ричини </w:t>
      </w:r>
      <w:proofErr w:type="spellStart"/>
      <w:r>
        <w:rPr>
          <w:b/>
          <w:lang w:val="ru-RU"/>
        </w:rPr>
        <w:t>відхилень</w:t>
      </w:r>
      <w:proofErr w:type="spellEnd"/>
      <w:r>
        <w:rPr>
          <w:b/>
          <w:lang w:val="ru-RU"/>
        </w:rPr>
        <w:t xml:space="preserve"> смаку зерна</w:t>
      </w:r>
    </w:p>
    <w:tbl>
      <w:tblPr>
        <w:tblStyle w:val="aff0"/>
        <w:tblW w:w="0" w:type="auto"/>
        <w:tblLayout w:type="fixed"/>
        <w:tblLook w:val="04A0" w:firstRow="1" w:lastRow="0" w:firstColumn="1" w:lastColumn="0" w:noHBand="0" w:noVBand="1"/>
      </w:tblPr>
      <w:tblGrid>
        <w:gridCol w:w="1101"/>
        <w:gridCol w:w="2409"/>
        <w:gridCol w:w="5346"/>
      </w:tblGrid>
      <w:tr w:rsidR="00700A49" w:rsidTr="00E7741A">
        <w:tc>
          <w:tcPr>
            <w:tcW w:w="1101" w:type="dxa"/>
            <w:vAlign w:val="center"/>
          </w:tcPr>
          <w:p w:rsidR="00700A49" w:rsidRDefault="00700A49" w:rsidP="00E7741A">
            <w:pPr>
              <w:jc w:val="center"/>
              <w:rPr>
                <w:b/>
                <w:lang w:val="ru-RU"/>
              </w:rPr>
            </w:pPr>
            <w:r w:rsidRPr="00700A49">
              <w:rPr>
                <w:b/>
                <w:lang w:val="ru-RU"/>
              </w:rPr>
              <w:t xml:space="preserve">№ </w:t>
            </w:r>
            <w:proofErr w:type="spellStart"/>
            <w:r w:rsidRPr="00700A49">
              <w:rPr>
                <w:b/>
                <w:lang w:val="ru-RU"/>
              </w:rPr>
              <w:t>зразка</w:t>
            </w:r>
            <w:proofErr w:type="spellEnd"/>
          </w:p>
        </w:tc>
        <w:tc>
          <w:tcPr>
            <w:tcW w:w="2409" w:type="dxa"/>
            <w:vAlign w:val="center"/>
          </w:tcPr>
          <w:p w:rsidR="00700A49" w:rsidRDefault="00E7741A" w:rsidP="00E7741A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Смак</w:t>
            </w:r>
          </w:p>
        </w:tc>
        <w:tc>
          <w:tcPr>
            <w:tcW w:w="5346" w:type="dxa"/>
            <w:vAlign w:val="center"/>
          </w:tcPr>
          <w:p w:rsidR="00700A49" w:rsidRDefault="00E7741A" w:rsidP="00E7741A">
            <w:pPr>
              <w:jc w:val="center"/>
              <w:rPr>
                <w:b/>
                <w:lang w:val="ru-RU"/>
              </w:rPr>
            </w:pPr>
            <w:r w:rsidRPr="00E7741A">
              <w:rPr>
                <w:b/>
                <w:lang w:val="ru-RU"/>
              </w:rPr>
              <w:t xml:space="preserve">Причина </w:t>
            </w:r>
            <w:proofErr w:type="spellStart"/>
            <w:r w:rsidRPr="00E7741A">
              <w:rPr>
                <w:b/>
                <w:lang w:val="ru-RU"/>
              </w:rPr>
              <w:t>відхилень</w:t>
            </w:r>
            <w:proofErr w:type="spellEnd"/>
          </w:p>
        </w:tc>
      </w:tr>
      <w:tr w:rsidR="00700A49" w:rsidTr="00E7741A">
        <w:tc>
          <w:tcPr>
            <w:tcW w:w="1101" w:type="dxa"/>
            <w:vAlign w:val="center"/>
          </w:tcPr>
          <w:p w:rsidR="00700A49" w:rsidRDefault="00E7741A" w:rsidP="00E7741A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1</w:t>
            </w:r>
          </w:p>
        </w:tc>
        <w:tc>
          <w:tcPr>
            <w:tcW w:w="2409" w:type="dxa"/>
          </w:tcPr>
          <w:p w:rsidR="00700A49" w:rsidRPr="00E7741A" w:rsidRDefault="00E7741A">
            <w:pPr>
              <w:rPr>
                <w:lang w:val="ru-RU"/>
              </w:rPr>
            </w:pPr>
            <w:proofErr w:type="spellStart"/>
            <w:r>
              <w:rPr>
                <w:lang w:val="ru-RU"/>
              </w:rPr>
              <w:t>слабковиражений</w:t>
            </w:r>
            <w:proofErr w:type="spellEnd"/>
          </w:p>
        </w:tc>
        <w:tc>
          <w:tcPr>
            <w:tcW w:w="5346" w:type="dxa"/>
          </w:tcPr>
          <w:p w:rsidR="00700A49" w:rsidRPr="00300778" w:rsidRDefault="00300778">
            <w:pPr>
              <w:rPr>
                <w:lang w:val="ru-RU"/>
              </w:rPr>
            </w:pPr>
            <w:r w:rsidRPr="00300778">
              <w:rPr>
                <w:lang w:val="ru-RU"/>
              </w:rPr>
              <w:t>Норма</w:t>
            </w:r>
          </w:p>
        </w:tc>
      </w:tr>
      <w:tr w:rsidR="00700A49" w:rsidTr="00E7741A">
        <w:tc>
          <w:tcPr>
            <w:tcW w:w="1101" w:type="dxa"/>
            <w:vAlign w:val="center"/>
          </w:tcPr>
          <w:p w:rsidR="00700A49" w:rsidRDefault="00E7741A" w:rsidP="00E7741A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2</w:t>
            </w:r>
          </w:p>
        </w:tc>
        <w:tc>
          <w:tcPr>
            <w:tcW w:w="2409" w:type="dxa"/>
          </w:tcPr>
          <w:p w:rsidR="00700A49" w:rsidRPr="00E7741A" w:rsidRDefault="00E7741A">
            <w:pPr>
              <w:rPr>
                <w:lang w:val="ru-RU"/>
              </w:rPr>
            </w:pPr>
            <w:proofErr w:type="spellStart"/>
            <w:r>
              <w:rPr>
                <w:lang w:val="ru-RU"/>
              </w:rPr>
              <w:t>солодкий</w:t>
            </w:r>
            <w:proofErr w:type="spellEnd"/>
          </w:p>
        </w:tc>
        <w:tc>
          <w:tcPr>
            <w:tcW w:w="5346" w:type="dxa"/>
          </w:tcPr>
          <w:p w:rsidR="00700A49" w:rsidRPr="00300778" w:rsidRDefault="00300778">
            <w:pPr>
              <w:rPr>
                <w:lang w:val="ru-RU"/>
              </w:rPr>
            </w:pPr>
            <w:proofErr w:type="spellStart"/>
            <w:r w:rsidRPr="00300778">
              <w:rPr>
                <w:lang w:val="ru-RU"/>
              </w:rPr>
              <w:t>Проростання</w:t>
            </w:r>
            <w:proofErr w:type="spellEnd"/>
            <w:r w:rsidRPr="00300778">
              <w:rPr>
                <w:lang w:val="ru-RU"/>
              </w:rPr>
              <w:t xml:space="preserve"> (</w:t>
            </w:r>
            <w:proofErr w:type="spellStart"/>
            <w:r w:rsidRPr="00300778">
              <w:rPr>
                <w:lang w:val="ru-RU"/>
              </w:rPr>
              <w:t>накопичення</w:t>
            </w:r>
            <w:proofErr w:type="spellEnd"/>
            <w:r w:rsidRPr="00300778">
              <w:rPr>
                <w:lang w:val="ru-RU"/>
              </w:rPr>
              <w:t xml:space="preserve"> </w:t>
            </w:r>
            <w:proofErr w:type="spellStart"/>
            <w:r w:rsidRPr="00300778">
              <w:rPr>
                <w:lang w:val="ru-RU"/>
              </w:rPr>
              <w:t>цукрів</w:t>
            </w:r>
            <w:proofErr w:type="spellEnd"/>
            <w:r w:rsidRPr="00300778">
              <w:rPr>
                <w:lang w:val="ru-RU"/>
              </w:rPr>
              <w:t>), «</w:t>
            </w:r>
            <w:proofErr w:type="spellStart"/>
            <w:r w:rsidRPr="00300778">
              <w:rPr>
                <w:lang w:val="ru-RU"/>
              </w:rPr>
              <w:t>солодовість</w:t>
            </w:r>
            <w:proofErr w:type="spellEnd"/>
            <w:r w:rsidRPr="00300778">
              <w:rPr>
                <w:lang w:val="ru-RU"/>
              </w:rPr>
              <w:t>»</w:t>
            </w:r>
          </w:p>
        </w:tc>
      </w:tr>
      <w:tr w:rsidR="00700A49" w:rsidRPr="007D48CA" w:rsidTr="00E7741A">
        <w:tc>
          <w:tcPr>
            <w:tcW w:w="1101" w:type="dxa"/>
            <w:vAlign w:val="center"/>
          </w:tcPr>
          <w:p w:rsidR="00700A49" w:rsidRDefault="00E7741A" w:rsidP="00E7741A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3</w:t>
            </w:r>
          </w:p>
        </w:tc>
        <w:tc>
          <w:tcPr>
            <w:tcW w:w="2409" w:type="dxa"/>
          </w:tcPr>
          <w:p w:rsidR="00700A49" w:rsidRPr="00E7741A" w:rsidRDefault="00E7741A">
            <w:pPr>
              <w:rPr>
                <w:lang w:val="ru-RU"/>
              </w:rPr>
            </w:pPr>
            <w:proofErr w:type="spellStart"/>
            <w:proofErr w:type="gramStart"/>
            <w:r>
              <w:rPr>
                <w:lang w:val="ru-RU"/>
              </w:rPr>
              <w:t>г</w:t>
            </w:r>
            <w:proofErr w:type="gramEnd"/>
            <w:r>
              <w:rPr>
                <w:lang w:val="ru-RU"/>
              </w:rPr>
              <w:t>іркий</w:t>
            </w:r>
            <w:proofErr w:type="spellEnd"/>
          </w:p>
        </w:tc>
        <w:tc>
          <w:tcPr>
            <w:tcW w:w="5346" w:type="dxa"/>
          </w:tcPr>
          <w:p w:rsidR="00700A49" w:rsidRPr="00300778" w:rsidRDefault="00300778">
            <w:pPr>
              <w:rPr>
                <w:lang w:val="ru-RU"/>
              </w:rPr>
            </w:pPr>
            <w:proofErr w:type="spellStart"/>
            <w:r w:rsidRPr="00300778">
              <w:rPr>
                <w:lang w:val="ru-RU"/>
              </w:rPr>
              <w:t>Домішки</w:t>
            </w:r>
            <w:proofErr w:type="spellEnd"/>
            <w:r w:rsidRPr="00300778">
              <w:rPr>
                <w:lang w:val="ru-RU"/>
              </w:rPr>
              <w:t xml:space="preserve"> </w:t>
            </w:r>
            <w:proofErr w:type="spellStart"/>
            <w:r w:rsidRPr="00300778">
              <w:rPr>
                <w:lang w:val="ru-RU"/>
              </w:rPr>
              <w:t>гірких</w:t>
            </w:r>
            <w:proofErr w:type="spellEnd"/>
            <w:r w:rsidRPr="00300778">
              <w:rPr>
                <w:lang w:val="ru-RU"/>
              </w:rPr>
              <w:t xml:space="preserve"> </w:t>
            </w:r>
            <w:proofErr w:type="spellStart"/>
            <w:r w:rsidRPr="00300778">
              <w:rPr>
                <w:lang w:val="ru-RU"/>
              </w:rPr>
              <w:t>бур’янів</w:t>
            </w:r>
            <w:proofErr w:type="spellEnd"/>
            <w:r w:rsidRPr="00300778">
              <w:rPr>
                <w:lang w:val="ru-RU"/>
              </w:rPr>
              <w:t xml:space="preserve"> / </w:t>
            </w:r>
            <w:proofErr w:type="spellStart"/>
            <w:r w:rsidRPr="00300778">
              <w:rPr>
                <w:lang w:val="ru-RU"/>
              </w:rPr>
              <w:t>псування</w:t>
            </w:r>
            <w:proofErr w:type="spellEnd"/>
            <w:r w:rsidRPr="00300778">
              <w:rPr>
                <w:lang w:val="ru-RU"/>
              </w:rPr>
              <w:t xml:space="preserve">, </w:t>
            </w:r>
            <w:proofErr w:type="spellStart"/>
            <w:r w:rsidRPr="00300778">
              <w:rPr>
                <w:lang w:val="ru-RU"/>
              </w:rPr>
              <w:t>ураження</w:t>
            </w:r>
            <w:proofErr w:type="spellEnd"/>
          </w:p>
        </w:tc>
      </w:tr>
      <w:tr w:rsidR="00700A49" w:rsidRPr="007D48CA" w:rsidTr="00E7741A">
        <w:tc>
          <w:tcPr>
            <w:tcW w:w="1101" w:type="dxa"/>
            <w:vAlign w:val="center"/>
          </w:tcPr>
          <w:p w:rsidR="00700A49" w:rsidRDefault="00E7741A" w:rsidP="00E7741A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4</w:t>
            </w:r>
          </w:p>
        </w:tc>
        <w:tc>
          <w:tcPr>
            <w:tcW w:w="2409" w:type="dxa"/>
          </w:tcPr>
          <w:p w:rsidR="00700A49" w:rsidRPr="00E7741A" w:rsidRDefault="00E7741A">
            <w:pPr>
              <w:rPr>
                <w:lang w:val="ru-RU"/>
              </w:rPr>
            </w:pPr>
            <w:proofErr w:type="spellStart"/>
            <w:r>
              <w:rPr>
                <w:lang w:val="ru-RU"/>
              </w:rPr>
              <w:t>кислий</w:t>
            </w:r>
            <w:proofErr w:type="spellEnd"/>
          </w:p>
        </w:tc>
        <w:tc>
          <w:tcPr>
            <w:tcW w:w="5346" w:type="dxa"/>
          </w:tcPr>
          <w:p w:rsidR="00700A49" w:rsidRPr="00300778" w:rsidRDefault="00300778">
            <w:pPr>
              <w:rPr>
                <w:lang w:val="ru-RU"/>
              </w:rPr>
            </w:pPr>
            <w:proofErr w:type="spellStart"/>
            <w:r w:rsidRPr="00300778">
              <w:rPr>
                <w:lang w:val="ru-RU"/>
              </w:rPr>
              <w:t>Самозігрівання</w:t>
            </w:r>
            <w:proofErr w:type="spellEnd"/>
            <w:r w:rsidRPr="00300778">
              <w:rPr>
                <w:lang w:val="ru-RU"/>
              </w:rPr>
              <w:t xml:space="preserve">, </w:t>
            </w:r>
            <w:proofErr w:type="spellStart"/>
            <w:r w:rsidRPr="00300778">
              <w:rPr>
                <w:lang w:val="ru-RU"/>
              </w:rPr>
              <w:t>розвиток</w:t>
            </w:r>
            <w:proofErr w:type="spellEnd"/>
            <w:r w:rsidRPr="00300778">
              <w:rPr>
                <w:lang w:val="ru-RU"/>
              </w:rPr>
              <w:t xml:space="preserve"> </w:t>
            </w:r>
            <w:proofErr w:type="spellStart"/>
            <w:r w:rsidRPr="00300778">
              <w:rPr>
                <w:lang w:val="ru-RU"/>
              </w:rPr>
              <w:t>мікрофлори</w:t>
            </w:r>
            <w:proofErr w:type="spellEnd"/>
            <w:r w:rsidRPr="00300778">
              <w:rPr>
                <w:lang w:val="ru-RU"/>
              </w:rPr>
              <w:t xml:space="preserve">, </w:t>
            </w:r>
            <w:proofErr w:type="spellStart"/>
            <w:r w:rsidRPr="00300778">
              <w:rPr>
                <w:lang w:val="ru-RU"/>
              </w:rPr>
              <w:t>бродильні</w:t>
            </w:r>
            <w:proofErr w:type="spellEnd"/>
            <w:r w:rsidRPr="00300778">
              <w:rPr>
                <w:lang w:val="ru-RU"/>
              </w:rPr>
              <w:t xml:space="preserve"> </w:t>
            </w:r>
            <w:proofErr w:type="spellStart"/>
            <w:r w:rsidRPr="00300778">
              <w:rPr>
                <w:lang w:val="ru-RU"/>
              </w:rPr>
              <w:t>процеси</w:t>
            </w:r>
            <w:proofErr w:type="spellEnd"/>
          </w:p>
        </w:tc>
      </w:tr>
    </w:tbl>
    <w:p w:rsidR="00300778" w:rsidRPr="00300778" w:rsidRDefault="0020280C" w:rsidP="00300778">
      <w:pPr>
        <w:pStyle w:val="aff8"/>
        <w:rPr>
          <w:sz w:val="28"/>
          <w:szCs w:val="28"/>
        </w:rPr>
      </w:pPr>
      <w:r>
        <w:rPr>
          <w:b/>
        </w:rPr>
        <w:br/>
      </w:r>
      <w:r>
        <w:rPr>
          <w:b/>
        </w:rPr>
        <w:br/>
      </w:r>
      <w:proofErr w:type="spellStart"/>
      <w:r w:rsidR="00194C9C" w:rsidRPr="00300778">
        <w:rPr>
          <w:b/>
          <w:sz w:val="28"/>
          <w:szCs w:val="28"/>
        </w:rPr>
        <w:t>Завдання</w:t>
      </w:r>
      <w:proofErr w:type="spellEnd"/>
      <w:r w:rsidR="00194C9C" w:rsidRPr="00300778">
        <w:rPr>
          <w:b/>
          <w:sz w:val="28"/>
          <w:szCs w:val="28"/>
        </w:rPr>
        <w:t xml:space="preserve"> 2. </w:t>
      </w:r>
      <w:proofErr w:type="spellStart"/>
      <w:r w:rsidR="00194C9C" w:rsidRPr="00300778">
        <w:rPr>
          <w:b/>
          <w:sz w:val="28"/>
          <w:szCs w:val="28"/>
        </w:rPr>
        <w:t>Ознайомитися</w:t>
      </w:r>
      <w:proofErr w:type="spellEnd"/>
      <w:r w:rsidR="00194C9C" w:rsidRPr="00300778">
        <w:rPr>
          <w:b/>
          <w:sz w:val="28"/>
          <w:szCs w:val="28"/>
        </w:rPr>
        <w:t xml:space="preserve"> з методикою </w:t>
      </w:r>
      <w:proofErr w:type="spellStart"/>
      <w:r w:rsidR="00194C9C" w:rsidRPr="00300778">
        <w:rPr>
          <w:b/>
          <w:sz w:val="28"/>
          <w:szCs w:val="28"/>
        </w:rPr>
        <w:t>визначення</w:t>
      </w:r>
      <w:proofErr w:type="spellEnd"/>
      <w:r w:rsidR="00194C9C" w:rsidRPr="00300778">
        <w:rPr>
          <w:b/>
          <w:sz w:val="28"/>
          <w:szCs w:val="28"/>
        </w:rPr>
        <w:t xml:space="preserve"> </w:t>
      </w:r>
      <w:proofErr w:type="spellStart"/>
      <w:r w:rsidR="00194C9C" w:rsidRPr="00300778">
        <w:rPr>
          <w:b/>
          <w:sz w:val="28"/>
          <w:szCs w:val="28"/>
        </w:rPr>
        <w:t>вологості</w:t>
      </w:r>
      <w:proofErr w:type="spellEnd"/>
      <w:r w:rsidR="00194C9C" w:rsidRPr="00300778">
        <w:rPr>
          <w:b/>
          <w:sz w:val="28"/>
          <w:szCs w:val="28"/>
        </w:rPr>
        <w:t xml:space="preserve"> сирого зерна з </w:t>
      </w:r>
      <w:proofErr w:type="spellStart"/>
      <w:r w:rsidR="00194C9C" w:rsidRPr="00300778">
        <w:rPr>
          <w:b/>
          <w:sz w:val="28"/>
          <w:szCs w:val="28"/>
        </w:rPr>
        <w:t>попереднім</w:t>
      </w:r>
      <w:proofErr w:type="spellEnd"/>
      <w:r w:rsidR="00194C9C" w:rsidRPr="00300778">
        <w:rPr>
          <w:b/>
          <w:sz w:val="28"/>
          <w:szCs w:val="28"/>
        </w:rPr>
        <w:t xml:space="preserve"> </w:t>
      </w:r>
      <w:proofErr w:type="spellStart"/>
      <w:proofErr w:type="gramStart"/>
      <w:r w:rsidR="00194C9C" w:rsidRPr="00300778">
        <w:rPr>
          <w:b/>
          <w:sz w:val="28"/>
          <w:szCs w:val="28"/>
        </w:rPr>
        <w:t>п</w:t>
      </w:r>
      <w:proofErr w:type="gramEnd"/>
      <w:r w:rsidR="00194C9C" w:rsidRPr="00300778">
        <w:rPr>
          <w:b/>
          <w:sz w:val="28"/>
          <w:szCs w:val="28"/>
        </w:rPr>
        <w:t>ідсушуванням</w:t>
      </w:r>
      <w:proofErr w:type="spellEnd"/>
      <w:r w:rsidR="00194C9C" w:rsidRPr="00300778">
        <w:rPr>
          <w:b/>
          <w:sz w:val="28"/>
          <w:szCs w:val="28"/>
        </w:rPr>
        <w:t>.</w:t>
      </w:r>
      <w:r w:rsidR="00300778" w:rsidRPr="00300778">
        <w:rPr>
          <w:b/>
          <w:sz w:val="28"/>
          <w:szCs w:val="28"/>
        </w:rPr>
        <w:br/>
      </w:r>
      <w:r w:rsidR="00300778" w:rsidRPr="00300778">
        <w:rPr>
          <w:sz w:val="28"/>
          <w:szCs w:val="28"/>
        </w:rPr>
        <w:t xml:space="preserve">Методика: </w:t>
      </w:r>
      <w:proofErr w:type="spellStart"/>
      <w:r w:rsidR="00300778" w:rsidRPr="00300778">
        <w:rPr>
          <w:sz w:val="28"/>
          <w:szCs w:val="28"/>
        </w:rPr>
        <w:t>попереднє</w:t>
      </w:r>
      <w:proofErr w:type="spellEnd"/>
      <w:r w:rsidR="00300778" w:rsidRPr="00300778">
        <w:rPr>
          <w:sz w:val="28"/>
          <w:szCs w:val="28"/>
        </w:rPr>
        <w:t xml:space="preserve"> </w:t>
      </w:r>
      <w:proofErr w:type="spellStart"/>
      <w:r w:rsidR="00300778" w:rsidRPr="00300778">
        <w:rPr>
          <w:sz w:val="28"/>
          <w:szCs w:val="28"/>
        </w:rPr>
        <w:t>підсушування</w:t>
      </w:r>
      <w:proofErr w:type="spellEnd"/>
      <w:r w:rsidR="00300778" w:rsidRPr="00300778">
        <w:rPr>
          <w:sz w:val="28"/>
          <w:szCs w:val="28"/>
        </w:rPr>
        <w:t xml:space="preserve"> при ~105</w:t>
      </w:r>
      <w:proofErr w:type="gramStart"/>
      <w:r w:rsidR="00300778" w:rsidRPr="00300778">
        <w:rPr>
          <w:sz w:val="28"/>
          <w:szCs w:val="28"/>
        </w:rPr>
        <w:t>°С</w:t>
      </w:r>
      <w:proofErr w:type="gramEnd"/>
      <w:r w:rsidR="00300778" w:rsidRPr="00300778">
        <w:rPr>
          <w:sz w:val="28"/>
          <w:szCs w:val="28"/>
        </w:rPr>
        <w:t xml:space="preserve"> (час </w:t>
      </w:r>
      <w:proofErr w:type="spellStart"/>
      <w:r w:rsidR="00300778" w:rsidRPr="00300778">
        <w:rPr>
          <w:sz w:val="28"/>
          <w:szCs w:val="28"/>
        </w:rPr>
        <w:t>залежить</w:t>
      </w:r>
      <w:proofErr w:type="spellEnd"/>
      <w:r w:rsidR="00300778" w:rsidRPr="00300778">
        <w:rPr>
          <w:sz w:val="28"/>
          <w:szCs w:val="28"/>
        </w:rPr>
        <w:t xml:space="preserve"> </w:t>
      </w:r>
      <w:proofErr w:type="spellStart"/>
      <w:r w:rsidR="00300778" w:rsidRPr="00300778">
        <w:rPr>
          <w:sz w:val="28"/>
          <w:szCs w:val="28"/>
        </w:rPr>
        <w:t>від</w:t>
      </w:r>
      <w:proofErr w:type="spellEnd"/>
      <w:r w:rsidR="00300778" w:rsidRPr="00300778">
        <w:rPr>
          <w:sz w:val="28"/>
          <w:szCs w:val="28"/>
        </w:rPr>
        <w:t xml:space="preserve"> </w:t>
      </w:r>
      <w:proofErr w:type="spellStart"/>
      <w:r w:rsidR="00300778" w:rsidRPr="00300778">
        <w:rPr>
          <w:sz w:val="28"/>
          <w:szCs w:val="28"/>
        </w:rPr>
        <w:t>культури</w:t>
      </w:r>
      <w:proofErr w:type="spellEnd"/>
      <w:r w:rsidR="00300778" w:rsidRPr="00300778">
        <w:rPr>
          <w:sz w:val="28"/>
          <w:szCs w:val="28"/>
        </w:rPr>
        <w:t xml:space="preserve">), </w:t>
      </w:r>
      <w:proofErr w:type="spellStart"/>
      <w:r w:rsidR="00300778" w:rsidRPr="00300778">
        <w:rPr>
          <w:sz w:val="28"/>
          <w:szCs w:val="28"/>
        </w:rPr>
        <w:t>далі</w:t>
      </w:r>
      <w:proofErr w:type="spellEnd"/>
      <w:r w:rsidR="00300778" w:rsidRPr="00300778">
        <w:rPr>
          <w:sz w:val="28"/>
          <w:szCs w:val="28"/>
        </w:rPr>
        <w:t xml:space="preserve"> </w:t>
      </w:r>
      <w:proofErr w:type="spellStart"/>
      <w:r w:rsidR="00300778" w:rsidRPr="00300778">
        <w:rPr>
          <w:sz w:val="28"/>
          <w:szCs w:val="28"/>
        </w:rPr>
        <w:t>визначення</w:t>
      </w:r>
      <w:proofErr w:type="spellEnd"/>
      <w:r w:rsidR="00300778" w:rsidRPr="00300778">
        <w:rPr>
          <w:sz w:val="28"/>
          <w:szCs w:val="28"/>
        </w:rPr>
        <w:t xml:space="preserve"> </w:t>
      </w:r>
      <w:proofErr w:type="spellStart"/>
      <w:r w:rsidR="00300778" w:rsidRPr="00300778">
        <w:rPr>
          <w:sz w:val="28"/>
          <w:szCs w:val="28"/>
        </w:rPr>
        <w:t>вологості</w:t>
      </w:r>
      <w:proofErr w:type="spellEnd"/>
      <w:r w:rsidR="00300778" w:rsidRPr="00300778">
        <w:rPr>
          <w:sz w:val="28"/>
          <w:szCs w:val="28"/>
        </w:rPr>
        <w:t xml:space="preserve"> </w:t>
      </w:r>
      <w:proofErr w:type="spellStart"/>
      <w:r w:rsidR="00300778" w:rsidRPr="00300778">
        <w:rPr>
          <w:sz w:val="28"/>
          <w:szCs w:val="28"/>
        </w:rPr>
        <w:t>розмеленого</w:t>
      </w:r>
      <w:proofErr w:type="spellEnd"/>
      <w:r w:rsidR="00300778" w:rsidRPr="00300778">
        <w:rPr>
          <w:sz w:val="28"/>
          <w:szCs w:val="28"/>
        </w:rPr>
        <w:t xml:space="preserve"> зерна при 130°С.</w:t>
      </w:r>
      <w:r w:rsidR="00300778" w:rsidRPr="00300778">
        <w:rPr>
          <w:sz w:val="28"/>
          <w:szCs w:val="28"/>
        </w:rPr>
        <w:br/>
      </w:r>
      <w:r w:rsidR="00300778" w:rsidRPr="00300778">
        <w:rPr>
          <w:rStyle w:val="af6"/>
          <w:sz w:val="28"/>
          <w:szCs w:val="28"/>
        </w:rPr>
        <w:t xml:space="preserve">Приклад </w:t>
      </w:r>
      <w:proofErr w:type="spellStart"/>
      <w:r w:rsidR="00300778" w:rsidRPr="00300778">
        <w:rPr>
          <w:rStyle w:val="af6"/>
          <w:sz w:val="28"/>
          <w:szCs w:val="28"/>
        </w:rPr>
        <w:t>розрахунку</w:t>
      </w:r>
      <w:proofErr w:type="spellEnd"/>
      <w:r w:rsidR="00300778" w:rsidRPr="00300778">
        <w:rPr>
          <w:rStyle w:val="af6"/>
          <w:sz w:val="28"/>
          <w:szCs w:val="28"/>
        </w:rPr>
        <w:t>:</w:t>
      </w:r>
      <w:r w:rsidR="00300778" w:rsidRPr="00300778">
        <w:rPr>
          <w:sz w:val="28"/>
          <w:szCs w:val="28"/>
        </w:rPr>
        <w:br/>
        <w:t>Нехай:</w:t>
      </w:r>
    </w:p>
    <w:p w:rsidR="00300778" w:rsidRPr="00300778" w:rsidRDefault="00300778" w:rsidP="00300778">
      <w:pPr>
        <w:pStyle w:val="aff8"/>
        <w:numPr>
          <w:ilvl w:val="0"/>
          <w:numId w:val="10"/>
        </w:numPr>
        <w:rPr>
          <w:sz w:val="28"/>
          <w:szCs w:val="28"/>
        </w:rPr>
      </w:pPr>
      <w:r w:rsidRPr="00300778">
        <w:rPr>
          <w:sz w:val="28"/>
          <w:szCs w:val="28"/>
        </w:rPr>
        <w:t>М3 = 20,0 г (</w:t>
      </w:r>
      <w:proofErr w:type="spellStart"/>
      <w:r w:rsidRPr="00300778">
        <w:rPr>
          <w:sz w:val="28"/>
          <w:szCs w:val="28"/>
        </w:rPr>
        <w:t>маса</w:t>
      </w:r>
      <w:proofErr w:type="spellEnd"/>
      <w:r w:rsidRPr="00300778">
        <w:rPr>
          <w:sz w:val="28"/>
          <w:szCs w:val="28"/>
        </w:rPr>
        <w:t xml:space="preserve"> </w:t>
      </w:r>
      <w:proofErr w:type="spellStart"/>
      <w:r w:rsidRPr="00300778">
        <w:rPr>
          <w:sz w:val="28"/>
          <w:szCs w:val="28"/>
        </w:rPr>
        <w:t>цілого</w:t>
      </w:r>
      <w:proofErr w:type="spellEnd"/>
      <w:r w:rsidRPr="00300778">
        <w:rPr>
          <w:sz w:val="28"/>
          <w:szCs w:val="28"/>
        </w:rPr>
        <w:t xml:space="preserve"> зерна до </w:t>
      </w:r>
      <w:proofErr w:type="spellStart"/>
      <w:proofErr w:type="gramStart"/>
      <w:r w:rsidRPr="00300778">
        <w:rPr>
          <w:sz w:val="28"/>
          <w:szCs w:val="28"/>
        </w:rPr>
        <w:t>п</w:t>
      </w:r>
      <w:proofErr w:type="gramEnd"/>
      <w:r w:rsidRPr="00300778">
        <w:rPr>
          <w:sz w:val="28"/>
          <w:szCs w:val="28"/>
        </w:rPr>
        <w:t>ідсушування</w:t>
      </w:r>
      <w:proofErr w:type="spellEnd"/>
      <w:r w:rsidRPr="00300778">
        <w:rPr>
          <w:sz w:val="28"/>
          <w:szCs w:val="28"/>
        </w:rPr>
        <w:t>)</w:t>
      </w:r>
    </w:p>
    <w:p w:rsidR="00300778" w:rsidRPr="00300778" w:rsidRDefault="00300778" w:rsidP="00300778">
      <w:pPr>
        <w:pStyle w:val="aff8"/>
        <w:numPr>
          <w:ilvl w:val="0"/>
          <w:numId w:val="10"/>
        </w:numPr>
        <w:rPr>
          <w:sz w:val="28"/>
          <w:szCs w:val="28"/>
        </w:rPr>
      </w:pPr>
      <w:r w:rsidRPr="00300778">
        <w:rPr>
          <w:sz w:val="28"/>
          <w:szCs w:val="28"/>
        </w:rPr>
        <w:t>М4 = 18,6 г (</w:t>
      </w:r>
      <w:proofErr w:type="spellStart"/>
      <w:r w:rsidRPr="00300778">
        <w:rPr>
          <w:sz w:val="28"/>
          <w:szCs w:val="28"/>
        </w:rPr>
        <w:t>маса</w:t>
      </w:r>
      <w:proofErr w:type="spellEnd"/>
      <w:r w:rsidRPr="00300778">
        <w:rPr>
          <w:sz w:val="28"/>
          <w:szCs w:val="28"/>
        </w:rPr>
        <w:t xml:space="preserve"> </w:t>
      </w:r>
      <w:proofErr w:type="spellStart"/>
      <w:r w:rsidRPr="00300778">
        <w:rPr>
          <w:sz w:val="28"/>
          <w:szCs w:val="28"/>
        </w:rPr>
        <w:t>цілого</w:t>
      </w:r>
      <w:proofErr w:type="spellEnd"/>
      <w:r w:rsidRPr="00300778">
        <w:rPr>
          <w:sz w:val="28"/>
          <w:szCs w:val="28"/>
        </w:rPr>
        <w:t xml:space="preserve"> зерна </w:t>
      </w:r>
      <w:proofErr w:type="spellStart"/>
      <w:proofErr w:type="gramStart"/>
      <w:r w:rsidRPr="00300778">
        <w:rPr>
          <w:sz w:val="28"/>
          <w:szCs w:val="28"/>
        </w:rPr>
        <w:t>п</w:t>
      </w:r>
      <w:proofErr w:type="gramEnd"/>
      <w:r w:rsidRPr="00300778">
        <w:rPr>
          <w:sz w:val="28"/>
          <w:szCs w:val="28"/>
        </w:rPr>
        <w:t>ісля</w:t>
      </w:r>
      <w:proofErr w:type="spellEnd"/>
      <w:r w:rsidRPr="00300778">
        <w:rPr>
          <w:sz w:val="28"/>
          <w:szCs w:val="28"/>
        </w:rPr>
        <w:t xml:space="preserve"> </w:t>
      </w:r>
      <w:proofErr w:type="spellStart"/>
      <w:r w:rsidRPr="00300778">
        <w:rPr>
          <w:sz w:val="28"/>
          <w:szCs w:val="28"/>
        </w:rPr>
        <w:t>підсушування</w:t>
      </w:r>
      <w:proofErr w:type="spellEnd"/>
      <w:r w:rsidRPr="00300778">
        <w:rPr>
          <w:sz w:val="28"/>
          <w:szCs w:val="28"/>
        </w:rPr>
        <w:t>)</w:t>
      </w:r>
    </w:p>
    <w:p w:rsidR="00300778" w:rsidRPr="00300778" w:rsidRDefault="00300778" w:rsidP="00300778">
      <w:pPr>
        <w:pStyle w:val="aff8"/>
        <w:numPr>
          <w:ilvl w:val="0"/>
          <w:numId w:val="10"/>
        </w:numPr>
        <w:rPr>
          <w:sz w:val="28"/>
          <w:szCs w:val="28"/>
        </w:rPr>
      </w:pPr>
      <w:r w:rsidRPr="00300778">
        <w:rPr>
          <w:sz w:val="28"/>
          <w:szCs w:val="28"/>
        </w:rPr>
        <w:t>М</w:t>
      </w:r>
      <w:proofErr w:type="gramStart"/>
      <w:r w:rsidRPr="00300778">
        <w:rPr>
          <w:sz w:val="28"/>
          <w:szCs w:val="28"/>
        </w:rPr>
        <w:t>1</w:t>
      </w:r>
      <w:proofErr w:type="gramEnd"/>
      <w:r w:rsidRPr="00300778">
        <w:rPr>
          <w:sz w:val="28"/>
          <w:szCs w:val="28"/>
        </w:rPr>
        <w:t xml:space="preserve"> = 5,00 г (</w:t>
      </w:r>
      <w:proofErr w:type="spellStart"/>
      <w:r w:rsidRPr="00300778">
        <w:rPr>
          <w:sz w:val="28"/>
          <w:szCs w:val="28"/>
        </w:rPr>
        <w:t>наважка</w:t>
      </w:r>
      <w:proofErr w:type="spellEnd"/>
      <w:r w:rsidRPr="00300778">
        <w:rPr>
          <w:sz w:val="28"/>
          <w:szCs w:val="28"/>
        </w:rPr>
        <w:t xml:space="preserve"> </w:t>
      </w:r>
      <w:proofErr w:type="spellStart"/>
      <w:r w:rsidRPr="00300778">
        <w:rPr>
          <w:sz w:val="28"/>
          <w:szCs w:val="28"/>
        </w:rPr>
        <w:t>розмеленого</w:t>
      </w:r>
      <w:proofErr w:type="spellEnd"/>
      <w:r w:rsidRPr="00300778">
        <w:rPr>
          <w:sz w:val="28"/>
          <w:szCs w:val="28"/>
        </w:rPr>
        <w:t xml:space="preserve"> зерна до </w:t>
      </w:r>
      <w:proofErr w:type="spellStart"/>
      <w:r w:rsidRPr="00300778">
        <w:rPr>
          <w:sz w:val="28"/>
          <w:szCs w:val="28"/>
        </w:rPr>
        <w:t>сушіння</w:t>
      </w:r>
      <w:proofErr w:type="spellEnd"/>
      <w:r w:rsidRPr="00300778">
        <w:rPr>
          <w:sz w:val="28"/>
          <w:szCs w:val="28"/>
        </w:rPr>
        <w:t>)</w:t>
      </w:r>
    </w:p>
    <w:p w:rsidR="00300778" w:rsidRPr="00300778" w:rsidRDefault="00300778" w:rsidP="00300778">
      <w:pPr>
        <w:pStyle w:val="aff8"/>
        <w:numPr>
          <w:ilvl w:val="0"/>
          <w:numId w:val="10"/>
        </w:numPr>
        <w:rPr>
          <w:sz w:val="28"/>
          <w:szCs w:val="28"/>
        </w:rPr>
      </w:pPr>
      <w:r w:rsidRPr="00300778">
        <w:rPr>
          <w:sz w:val="28"/>
          <w:szCs w:val="28"/>
        </w:rPr>
        <w:t>М2 = 4,45 г (</w:t>
      </w:r>
      <w:proofErr w:type="spellStart"/>
      <w:r w:rsidRPr="00300778">
        <w:rPr>
          <w:sz w:val="28"/>
          <w:szCs w:val="28"/>
        </w:rPr>
        <w:t>наважка</w:t>
      </w:r>
      <w:proofErr w:type="spellEnd"/>
      <w:r w:rsidRPr="00300778">
        <w:rPr>
          <w:sz w:val="28"/>
          <w:szCs w:val="28"/>
        </w:rPr>
        <w:t xml:space="preserve"> </w:t>
      </w:r>
      <w:proofErr w:type="spellStart"/>
      <w:proofErr w:type="gramStart"/>
      <w:r w:rsidRPr="00300778">
        <w:rPr>
          <w:sz w:val="28"/>
          <w:szCs w:val="28"/>
        </w:rPr>
        <w:t>п</w:t>
      </w:r>
      <w:proofErr w:type="gramEnd"/>
      <w:r w:rsidRPr="00300778">
        <w:rPr>
          <w:sz w:val="28"/>
          <w:szCs w:val="28"/>
        </w:rPr>
        <w:t>ісля</w:t>
      </w:r>
      <w:proofErr w:type="spellEnd"/>
      <w:r w:rsidRPr="00300778">
        <w:rPr>
          <w:sz w:val="28"/>
          <w:szCs w:val="28"/>
        </w:rPr>
        <w:t xml:space="preserve"> </w:t>
      </w:r>
      <w:proofErr w:type="spellStart"/>
      <w:r w:rsidRPr="00300778">
        <w:rPr>
          <w:sz w:val="28"/>
          <w:szCs w:val="28"/>
        </w:rPr>
        <w:t>сушіння</w:t>
      </w:r>
      <w:proofErr w:type="spellEnd"/>
      <w:r w:rsidRPr="00300778">
        <w:rPr>
          <w:sz w:val="28"/>
          <w:szCs w:val="28"/>
        </w:rPr>
        <w:t>)</w:t>
      </w:r>
    </w:p>
    <w:p w:rsidR="00300778" w:rsidRPr="00300778" w:rsidRDefault="00300778" w:rsidP="00300778">
      <w:pPr>
        <w:pStyle w:val="aff8"/>
        <w:numPr>
          <w:ilvl w:val="0"/>
          <w:numId w:val="10"/>
        </w:numPr>
        <w:rPr>
          <w:sz w:val="28"/>
          <w:szCs w:val="28"/>
        </w:rPr>
      </w:pPr>
      <w:r w:rsidRPr="00300778">
        <w:rPr>
          <w:sz w:val="28"/>
          <w:szCs w:val="28"/>
        </w:rPr>
        <w:t>K = 1,0 (</w:t>
      </w:r>
      <w:proofErr w:type="spellStart"/>
      <w:r w:rsidRPr="00300778">
        <w:rPr>
          <w:sz w:val="28"/>
          <w:szCs w:val="28"/>
        </w:rPr>
        <w:t>якщо</w:t>
      </w:r>
      <w:proofErr w:type="spellEnd"/>
      <w:r w:rsidRPr="00300778">
        <w:rPr>
          <w:sz w:val="28"/>
          <w:szCs w:val="28"/>
        </w:rPr>
        <w:t xml:space="preserve"> </w:t>
      </w:r>
      <w:proofErr w:type="spellStart"/>
      <w:r w:rsidRPr="00300778">
        <w:rPr>
          <w:sz w:val="28"/>
          <w:szCs w:val="28"/>
        </w:rPr>
        <w:t>коефіцієнт</w:t>
      </w:r>
      <w:proofErr w:type="spellEnd"/>
      <w:r w:rsidRPr="00300778">
        <w:rPr>
          <w:sz w:val="28"/>
          <w:szCs w:val="28"/>
        </w:rPr>
        <w:t xml:space="preserve"> не заданий </w:t>
      </w:r>
      <w:proofErr w:type="spellStart"/>
      <w:r w:rsidRPr="00300778">
        <w:rPr>
          <w:sz w:val="28"/>
          <w:szCs w:val="28"/>
        </w:rPr>
        <w:t>окремо</w:t>
      </w:r>
      <w:proofErr w:type="spellEnd"/>
      <w:r w:rsidRPr="00300778">
        <w:rPr>
          <w:sz w:val="28"/>
          <w:szCs w:val="28"/>
        </w:rPr>
        <w:t>)</w:t>
      </w:r>
    </w:p>
    <w:p w:rsidR="00300778" w:rsidRPr="00300778" w:rsidRDefault="00300778" w:rsidP="00300778">
      <w:pPr>
        <w:pStyle w:val="aff8"/>
        <w:rPr>
          <w:sz w:val="28"/>
          <w:szCs w:val="28"/>
        </w:rPr>
      </w:pPr>
      <w:proofErr w:type="spellStart"/>
      <w:r w:rsidRPr="00300778">
        <w:rPr>
          <w:sz w:val="28"/>
          <w:szCs w:val="28"/>
        </w:rPr>
        <w:t>Тоді</w:t>
      </w:r>
      <w:proofErr w:type="spellEnd"/>
      <w:r w:rsidRPr="00300778">
        <w:rPr>
          <w:sz w:val="28"/>
          <w:szCs w:val="28"/>
        </w:rPr>
        <w:t>:</w:t>
      </w:r>
    </w:p>
    <w:p w:rsidR="00300778" w:rsidRPr="00300778" w:rsidRDefault="00300778" w:rsidP="00300778">
      <w:pPr>
        <w:pStyle w:val="aff8"/>
        <w:numPr>
          <w:ilvl w:val="0"/>
          <w:numId w:val="11"/>
        </w:numPr>
        <w:rPr>
          <w:sz w:val="28"/>
          <w:szCs w:val="28"/>
        </w:rPr>
      </w:pPr>
      <w:proofErr w:type="spellStart"/>
      <w:r w:rsidRPr="00300778">
        <w:rPr>
          <w:sz w:val="28"/>
          <w:szCs w:val="28"/>
        </w:rPr>
        <w:t>втрата</w:t>
      </w:r>
      <w:proofErr w:type="spellEnd"/>
      <w:r w:rsidRPr="00300778">
        <w:rPr>
          <w:sz w:val="28"/>
          <w:szCs w:val="28"/>
        </w:rPr>
        <w:t xml:space="preserve"> </w:t>
      </w:r>
      <w:proofErr w:type="spellStart"/>
      <w:r w:rsidRPr="00300778">
        <w:rPr>
          <w:sz w:val="28"/>
          <w:szCs w:val="28"/>
        </w:rPr>
        <w:t>вологи</w:t>
      </w:r>
      <w:proofErr w:type="spellEnd"/>
      <w:r w:rsidRPr="00300778">
        <w:rPr>
          <w:sz w:val="28"/>
          <w:szCs w:val="28"/>
        </w:rPr>
        <w:t xml:space="preserve"> на </w:t>
      </w:r>
      <w:proofErr w:type="spellStart"/>
      <w:r w:rsidRPr="00300778">
        <w:rPr>
          <w:sz w:val="28"/>
          <w:szCs w:val="28"/>
        </w:rPr>
        <w:t>етапі</w:t>
      </w:r>
      <w:proofErr w:type="spellEnd"/>
      <w:r w:rsidRPr="00300778">
        <w:rPr>
          <w:sz w:val="28"/>
          <w:szCs w:val="28"/>
        </w:rPr>
        <w:t xml:space="preserve"> </w:t>
      </w:r>
      <w:proofErr w:type="spellStart"/>
      <w:proofErr w:type="gramStart"/>
      <w:r w:rsidRPr="00300778">
        <w:rPr>
          <w:sz w:val="28"/>
          <w:szCs w:val="28"/>
        </w:rPr>
        <w:t>п</w:t>
      </w:r>
      <w:proofErr w:type="gramEnd"/>
      <w:r w:rsidRPr="00300778">
        <w:rPr>
          <w:sz w:val="28"/>
          <w:szCs w:val="28"/>
        </w:rPr>
        <w:t>ідсушування</w:t>
      </w:r>
      <w:proofErr w:type="spellEnd"/>
      <w:r w:rsidRPr="00300778">
        <w:rPr>
          <w:sz w:val="28"/>
          <w:szCs w:val="28"/>
        </w:rPr>
        <w:t>: (М3–М4)=1,4 г</w:t>
      </w:r>
    </w:p>
    <w:p w:rsidR="00300778" w:rsidRPr="00FA4FD6" w:rsidRDefault="00300778" w:rsidP="00300778">
      <w:pPr>
        <w:pStyle w:val="aff8"/>
        <w:numPr>
          <w:ilvl w:val="0"/>
          <w:numId w:val="11"/>
        </w:numPr>
        <w:rPr>
          <w:sz w:val="28"/>
          <w:szCs w:val="28"/>
        </w:rPr>
      </w:pPr>
      <w:proofErr w:type="spellStart"/>
      <w:r w:rsidRPr="00300778">
        <w:rPr>
          <w:sz w:val="28"/>
          <w:szCs w:val="28"/>
        </w:rPr>
        <w:t>втрата</w:t>
      </w:r>
      <w:proofErr w:type="spellEnd"/>
      <w:r w:rsidRPr="00300778">
        <w:rPr>
          <w:sz w:val="28"/>
          <w:szCs w:val="28"/>
        </w:rPr>
        <w:t xml:space="preserve"> </w:t>
      </w:r>
      <w:proofErr w:type="spellStart"/>
      <w:r w:rsidRPr="00300778">
        <w:rPr>
          <w:sz w:val="28"/>
          <w:szCs w:val="28"/>
        </w:rPr>
        <w:t>вологи</w:t>
      </w:r>
      <w:proofErr w:type="spellEnd"/>
      <w:r w:rsidRPr="00300778">
        <w:rPr>
          <w:sz w:val="28"/>
          <w:szCs w:val="28"/>
        </w:rPr>
        <w:t xml:space="preserve"> на </w:t>
      </w:r>
      <w:proofErr w:type="spellStart"/>
      <w:r w:rsidRPr="00300778">
        <w:rPr>
          <w:sz w:val="28"/>
          <w:szCs w:val="28"/>
        </w:rPr>
        <w:t>етапі</w:t>
      </w:r>
      <w:proofErr w:type="spellEnd"/>
      <w:r w:rsidRPr="00300778">
        <w:rPr>
          <w:sz w:val="28"/>
          <w:szCs w:val="28"/>
        </w:rPr>
        <w:t xml:space="preserve"> основного </w:t>
      </w:r>
      <w:proofErr w:type="spellStart"/>
      <w:r w:rsidRPr="00300778">
        <w:rPr>
          <w:sz w:val="28"/>
          <w:szCs w:val="28"/>
        </w:rPr>
        <w:t>сушіння</w:t>
      </w:r>
      <w:proofErr w:type="spellEnd"/>
      <w:r w:rsidRPr="00300778">
        <w:rPr>
          <w:sz w:val="28"/>
          <w:szCs w:val="28"/>
        </w:rPr>
        <w:t>: (М1–М2)=0,55 г</w:t>
      </w:r>
    </w:p>
    <w:p w:rsidR="00300778" w:rsidRPr="0092245F" w:rsidRDefault="00300778" w:rsidP="00300778">
      <w:pPr>
        <w:pStyle w:val="aff8"/>
        <w:numPr>
          <w:ilvl w:val="0"/>
          <w:numId w:val="11"/>
        </w:numPr>
        <w:rPr>
          <w:b/>
          <w:sz w:val="28"/>
          <w:szCs w:val="28"/>
        </w:rPr>
      </w:pPr>
      <w:proofErr w:type="spellStart"/>
      <w:r w:rsidRPr="00FA4FD6">
        <w:rPr>
          <w:sz w:val="28"/>
          <w:szCs w:val="28"/>
        </w:rPr>
        <w:lastRenderedPageBreak/>
        <w:t>далі</w:t>
      </w:r>
      <w:proofErr w:type="spellEnd"/>
      <w:r w:rsidRPr="00FA4FD6">
        <w:rPr>
          <w:sz w:val="28"/>
          <w:szCs w:val="28"/>
        </w:rPr>
        <w:t xml:space="preserve"> </w:t>
      </w:r>
      <w:proofErr w:type="spellStart"/>
      <w:r w:rsidRPr="00FA4FD6">
        <w:rPr>
          <w:sz w:val="28"/>
          <w:szCs w:val="28"/>
        </w:rPr>
        <w:t>вологість</w:t>
      </w:r>
      <w:proofErr w:type="spellEnd"/>
      <w:r w:rsidRPr="00FA4FD6">
        <w:rPr>
          <w:sz w:val="28"/>
          <w:szCs w:val="28"/>
        </w:rPr>
        <w:t xml:space="preserve"> </w:t>
      </w:r>
      <w:proofErr w:type="spellStart"/>
      <w:r w:rsidRPr="00FA4FD6">
        <w:rPr>
          <w:sz w:val="28"/>
          <w:szCs w:val="28"/>
        </w:rPr>
        <w:t>рахується</w:t>
      </w:r>
      <w:proofErr w:type="spellEnd"/>
      <w:r w:rsidRPr="00FA4FD6">
        <w:rPr>
          <w:sz w:val="28"/>
          <w:szCs w:val="28"/>
        </w:rPr>
        <w:t xml:space="preserve"> за формулою </w:t>
      </w:r>
      <w:r w:rsidRPr="00FA4FD6">
        <w:rPr>
          <w:sz w:val="28"/>
          <w:szCs w:val="28"/>
          <w:lang w:val="uk-UA"/>
        </w:rPr>
        <w:br/>
      </w:r>
      <w:r w:rsidRPr="00FA4FD6">
        <w:rPr>
          <w:sz w:val="28"/>
          <w:szCs w:val="28"/>
          <w:lang w:val="uk-UA"/>
        </w:rPr>
        <w:br/>
      </w:r>
      <w:proofErr w:type="spellStart"/>
      <w:r w:rsidRPr="0092245F">
        <w:rPr>
          <w:b/>
          <w:sz w:val="28"/>
          <w:szCs w:val="28"/>
        </w:rPr>
        <w:t>Крок</w:t>
      </w:r>
      <w:proofErr w:type="spellEnd"/>
      <w:r w:rsidRPr="0092245F">
        <w:rPr>
          <w:b/>
          <w:sz w:val="28"/>
          <w:szCs w:val="28"/>
        </w:rPr>
        <w:t xml:space="preserve"> 1. </w:t>
      </w:r>
      <w:proofErr w:type="spellStart"/>
      <w:r w:rsidRPr="0092245F">
        <w:rPr>
          <w:b/>
          <w:sz w:val="28"/>
          <w:szCs w:val="28"/>
        </w:rPr>
        <w:t>Вологість</w:t>
      </w:r>
      <w:proofErr w:type="spellEnd"/>
      <w:r w:rsidRPr="0092245F">
        <w:rPr>
          <w:b/>
          <w:sz w:val="28"/>
          <w:szCs w:val="28"/>
        </w:rPr>
        <w:t xml:space="preserve"> </w:t>
      </w:r>
      <w:proofErr w:type="spellStart"/>
      <w:proofErr w:type="gramStart"/>
      <w:r w:rsidRPr="0092245F">
        <w:rPr>
          <w:b/>
          <w:sz w:val="28"/>
          <w:szCs w:val="28"/>
        </w:rPr>
        <w:t>п</w:t>
      </w:r>
      <w:proofErr w:type="gramEnd"/>
      <w:r w:rsidRPr="0092245F">
        <w:rPr>
          <w:b/>
          <w:sz w:val="28"/>
          <w:szCs w:val="28"/>
        </w:rPr>
        <w:t>ісля</w:t>
      </w:r>
      <w:proofErr w:type="spellEnd"/>
      <w:r w:rsidRPr="0092245F">
        <w:rPr>
          <w:b/>
          <w:sz w:val="28"/>
          <w:szCs w:val="28"/>
        </w:rPr>
        <w:t xml:space="preserve"> </w:t>
      </w:r>
      <w:proofErr w:type="spellStart"/>
      <w:r w:rsidRPr="0092245F">
        <w:rPr>
          <w:b/>
          <w:sz w:val="28"/>
          <w:szCs w:val="28"/>
        </w:rPr>
        <w:t>попереднього</w:t>
      </w:r>
      <w:proofErr w:type="spellEnd"/>
      <w:r w:rsidRPr="0092245F">
        <w:rPr>
          <w:b/>
          <w:sz w:val="28"/>
          <w:szCs w:val="28"/>
        </w:rPr>
        <w:t xml:space="preserve"> </w:t>
      </w:r>
      <w:proofErr w:type="spellStart"/>
      <w:r w:rsidRPr="0092245F">
        <w:rPr>
          <w:b/>
          <w:sz w:val="28"/>
          <w:szCs w:val="28"/>
        </w:rPr>
        <w:t>підсушування</w:t>
      </w:r>
      <w:proofErr w:type="spellEnd"/>
      <w:r w:rsidRPr="0092245F">
        <w:rPr>
          <w:b/>
          <w:sz w:val="28"/>
          <w:szCs w:val="28"/>
        </w:rPr>
        <w:t xml:space="preserve"> (W₁)</w:t>
      </w:r>
    </w:p>
    <w:p w:rsidR="00300778" w:rsidRPr="00353BFA" w:rsidRDefault="00300778" w:rsidP="00300778">
      <w:pPr>
        <w:pStyle w:val="aff8"/>
        <w:rPr>
          <w:sz w:val="28"/>
          <w:szCs w:val="28"/>
        </w:rPr>
      </w:pPr>
      <w:r w:rsidRPr="00353BFA">
        <w:rPr>
          <w:sz w:val="28"/>
          <w:szCs w:val="28"/>
        </w:rPr>
        <w:t xml:space="preserve">Формула для </w:t>
      </w:r>
      <w:proofErr w:type="spellStart"/>
      <w:r w:rsidRPr="00353BFA">
        <w:rPr>
          <w:sz w:val="28"/>
          <w:szCs w:val="28"/>
        </w:rPr>
        <w:t>розмеленого</w:t>
      </w:r>
      <w:proofErr w:type="spellEnd"/>
      <w:r w:rsidRPr="00353BFA">
        <w:rPr>
          <w:sz w:val="28"/>
          <w:szCs w:val="28"/>
        </w:rPr>
        <w:t xml:space="preserve"> зерна:</w:t>
      </w:r>
    </w:p>
    <w:p w:rsidR="00300778" w:rsidRPr="00353BFA" w:rsidRDefault="00300778" w:rsidP="00300778">
      <w:pPr>
        <w:rPr>
          <w:rFonts w:cs="Times New Roman"/>
          <w:szCs w:val="28"/>
          <w:lang w:val="ru-RU"/>
        </w:rPr>
      </w:pPr>
      <w:r w:rsidRPr="00353BFA">
        <w:rPr>
          <w:rStyle w:val="katex-mathml"/>
          <w:rFonts w:cs="Times New Roman"/>
          <w:szCs w:val="28"/>
        </w:rPr>
        <w:t>W</w:t>
      </w:r>
      <w:r w:rsidRPr="00353BFA">
        <w:rPr>
          <w:rStyle w:val="katex-mathml"/>
          <w:rFonts w:cs="Times New Roman"/>
          <w:szCs w:val="28"/>
          <w:vertAlign w:val="subscript"/>
          <w:lang w:val="ru-RU"/>
        </w:rPr>
        <w:t>1</w:t>
      </w:r>
      <w:r w:rsidRPr="00353BFA">
        <w:rPr>
          <w:rStyle w:val="katex-mathml"/>
          <w:rFonts w:cs="Times New Roman"/>
          <w:szCs w:val="28"/>
          <w:lang w:val="ru-RU"/>
        </w:rPr>
        <w:t>=</w:t>
      </w:r>
      <m:oMath>
        <m:f>
          <m:fPr>
            <m:ctrlPr>
              <w:rPr>
                <w:rStyle w:val="katex-mathml"/>
                <w:rFonts w:ascii="Cambria Math" w:hAnsi="Cambria Math" w:cs="Times New Roman"/>
                <w:i/>
                <w:szCs w:val="28"/>
                <w:lang w:val="ru-RU"/>
              </w:rPr>
            </m:ctrlPr>
          </m:fPr>
          <m:num>
            <m:r>
              <w:rPr>
                <w:rStyle w:val="katex-mathml"/>
                <w:rFonts w:ascii="Cambria Math" w:hAnsi="Cambria Math" w:cs="Times New Roman"/>
                <w:szCs w:val="28"/>
                <w:lang w:val="ru-RU"/>
              </w:rPr>
              <m:t xml:space="preserve">М1-М2 </m:t>
            </m:r>
          </m:num>
          <m:den>
            <m:r>
              <w:rPr>
                <w:rStyle w:val="katex-mathml"/>
                <w:rFonts w:ascii="Cambria Math" w:hAnsi="Cambria Math" w:cs="Times New Roman"/>
                <w:szCs w:val="28"/>
                <w:lang w:val="ru-RU"/>
              </w:rPr>
              <m:t>М1</m:t>
            </m:r>
          </m:den>
        </m:f>
      </m:oMath>
      <w:r w:rsidR="00FA4FD6" w:rsidRPr="00353BFA">
        <w:rPr>
          <w:rStyle w:val="katex-mathml"/>
          <w:rFonts w:cs="Times New Roman"/>
          <w:szCs w:val="28"/>
          <w:lang w:val="ru-RU"/>
        </w:rPr>
        <w:t xml:space="preserve"> </w:t>
      </w:r>
      <w:r w:rsidRPr="00353BFA">
        <w:rPr>
          <w:rStyle w:val="katex-mathml"/>
          <w:rFonts w:cs="Times New Roman"/>
          <w:szCs w:val="28"/>
          <w:lang w:val="ru-RU"/>
        </w:rPr>
        <w:t>×100</w:t>
      </w:r>
      <w:r w:rsidRPr="00353BFA">
        <w:rPr>
          <w:rFonts w:cs="Times New Roman"/>
          <w:szCs w:val="28"/>
          <w:lang w:val="ru-RU"/>
        </w:rPr>
        <w:t xml:space="preserve"> </w:t>
      </w:r>
    </w:p>
    <w:p w:rsidR="00300778" w:rsidRPr="00353BFA" w:rsidRDefault="00300778" w:rsidP="00300778">
      <w:pPr>
        <w:pStyle w:val="aff8"/>
        <w:rPr>
          <w:sz w:val="28"/>
          <w:szCs w:val="28"/>
        </w:rPr>
      </w:pPr>
      <w:proofErr w:type="spellStart"/>
      <w:proofErr w:type="gramStart"/>
      <w:r w:rsidRPr="00353BFA">
        <w:rPr>
          <w:sz w:val="28"/>
          <w:szCs w:val="28"/>
        </w:rPr>
        <w:t>П</w:t>
      </w:r>
      <w:proofErr w:type="gramEnd"/>
      <w:r w:rsidRPr="00353BFA">
        <w:rPr>
          <w:sz w:val="28"/>
          <w:szCs w:val="28"/>
        </w:rPr>
        <w:t>ідставляємо</w:t>
      </w:r>
      <w:proofErr w:type="spellEnd"/>
      <w:r w:rsidRPr="00353BFA">
        <w:rPr>
          <w:sz w:val="28"/>
          <w:szCs w:val="28"/>
        </w:rPr>
        <w:t>:</w:t>
      </w:r>
    </w:p>
    <w:p w:rsidR="00300778" w:rsidRPr="0092245F" w:rsidRDefault="00300778" w:rsidP="00FA4FD6">
      <w:pPr>
        <w:rPr>
          <w:rFonts w:cs="Times New Roman"/>
          <w:szCs w:val="28"/>
          <w:lang w:val="ru-RU"/>
        </w:rPr>
      </w:pPr>
      <w:r w:rsidRPr="00353BFA">
        <w:rPr>
          <w:rStyle w:val="katex-mathml"/>
          <w:rFonts w:cs="Times New Roman"/>
          <w:szCs w:val="28"/>
        </w:rPr>
        <w:t>W</w:t>
      </w:r>
      <w:r w:rsidRPr="00353BFA">
        <w:rPr>
          <w:rStyle w:val="katex-mathml"/>
          <w:rFonts w:cs="Times New Roman"/>
          <w:szCs w:val="28"/>
          <w:vertAlign w:val="subscript"/>
          <w:lang w:val="ru-RU"/>
        </w:rPr>
        <w:t>1</w:t>
      </w:r>
      <w:r w:rsidRPr="00353BFA">
        <w:rPr>
          <w:rStyle w:val="katex-mathml"/>
          <w:rFonts w:cs="Times New Roman"/>
          <w:szCs w:val="28"/>
          <w:lang w:val="ru-RU"/>
        </w:rPr>
        <w:t>=</w:t>
      </w:r>
      <w:r w:rsidR="00FA4FD6" w:rsidRPr="00353BFA">
        <w:rPr>
          <w:rStyle w:val="katex-mathml"/>
          <w:rFonts w:cs="Times New Roman"/>
          <w:szCs w:val="28"/>
          <w:lang w:val="ru-RU"/>
        </w:rPr>
        <w:t xml:space="preserve"> </w:t>
      </w:r>
      <m:oMath>
        <m:f>
          <m:fPr>
            <m:ctrlPr>
              <w:rPr>
                <w:rStyle w:val="katex-mathml"/>
                <w:rFonts w:ascii="Cambria Math" w:hAnsi="Cambria Math" w:cs="Times New Roman"/>
                <w:i/>
                <w:szCs w:val="28"/>
                <w:lang w:val="ru-RU"/>
              </w:rPr>
            </m:ctrlPr>
          </m:fPr>
          <m:num>
            <m:r>
              <w:rPr>
                <w:rStyle w:val="katex-mathml"/>
                <w:rFonts w:ascii="Cambria Math" w:hAnsi="Cambria Math" w:cs="Times New Roman"/>
                <w:szCs w:val="28"/>
                <w:lang w:val="ru-RU"/>
              </w:rPr>
              <m:t>5,00-4,45</m:t>
            </m:r>
          </m:num>
          <m:den>
            <m:r>
              <w:rPr>
                <w:rStyle w:val="katex-mathml"/>
                <w:rFonts w:ascii="Cambria Math" w:hAnsi="Cambria Math" w:cs="Times New Roman"/>
                <w:szCs w:val="28"/>
                <w:lang w:val="ru-RU"/>
              </w:rPr>
              <m:t>5,00</m:t>
            </m:r>
          </m:den>
        </m:f>
      </m:oMath>
      <w:r w:rsidR="00FA4FD6" w:rsidRPr="00353BFA">
        <w:rPr>
          <w:rStyle w:val="katex-mathml"/>
          <w:rFonts w:cs="Times New Roman"/>
          <w:szCs w:val="28"/>
          <w:lang w:val="ru-RU"/>
        </w:rPr>
        <w:t xml:space="preserve"> </w:t>
      </w:r>
      <w:r w:rsidRPr="00353BFA">
        <w:rPr>
          <w:rStyle w:val="katex-mathml"/>
          <w:rFonts w:cs="Times New Roman"/>
          <w:szCs w:val="28"/>
          <w:lang w:val="ru-RU"/>
        </w:rPr>
        <w:t>×</w:t>
      </w:r>
      <w:proofErr w:type="gramStart"/>
      <w:r w:rsidRPr="00353BFA">
        <w:rPr>
          <w:rStyle w:val="katex-mathml"/>
          <w:rFonts w:cs="Times New Roman"/>
          <w:szCs w:val="28"/>
          <w:lang w:val="ru-RU"/>
        </w:rPr>
        <w:t>100</w:t>
      </w:r>
      <w:r w:rsidR="00FA4FD6" w:rsidRPr="00353BFA">
        <w:rPr>
          <w:rStyle w:val="katex-mathml"/>
          <w:rFonts w:cs="Times New Roman"/>
          <w:szCs w:val="28"/>
          <w:lang w:val="ru-RU"/>
        </w:rPr>
        <w:t xml:space="preserve">  </w:t>
      </w:r>
      <w:proofErr w:type="gramEnd"/>
      <w:r w:rsidR="00FA4FD6" w:rsidRPr="00353BFA">
        <w:rPr>
          <w:rStyle w:val="katex-mathml"/>
          <w:rFonts w:cs="Times New Roman"/>
          <w:szCs w:val="28"/>
          <w:lang w:val="ru-RU"/>
        </w:rPr>
        <w:br/>
      </w:r>
      <w:r w:rsidRPr="00353BFA">
        <w:rPr>
          <w:rStyle w:val="mord"/>
          <w:rFonts w:cs="Times New Roman"/>
          <w:szCs w:val="28"/>
        </w:rPr>
        <w:t>W</w:t>
      </w:r>
      <w:r w:rsidRPr="00353BFA">
        <w:rPr>
          <w:rStyle w:val="mord"/>
          <w:rFonts w:cs="Times New Roman"/>
          <w:szCs w:val="28"/>
          <w:vertAlign w:val="subscript"/>
          <w:lang w:val="ru-RU"/>
        </w:rPr>
        <w:t>1</w:t>
      </w:r>
      <w:r w:rsidRPr="00353BFA">
        <w:rPr>
          <w:rStyle w:val="vlist-s"/>
          <w:rFonts w:cs="Times New Roman"/>
          <w:szCs w:val="28"/>
          <w:lang w:val="ru-RU"/>
        </w:rPr>
        <w:t>​</w:t>
      </w:r>
      <w:r w:rsidRPr="00353BFA">
        <w:rPr>
          <w:rStyle w:val="mrel"/>
          <w:rFonts w:cs="Times New Roman"/>
          <w:szCs w:val="28"/>
          <w:lang w:val="ru-RU"/>
        </w:rPr>
        <w:t>=</w:t>
      </w:r>
      <m:oMath>
        <m:f>
          <m:fPr>
            <m:ctrlPr>
              <w:rPr>
                <w:rStyle w:val="mrel"/>
                <w:rFonts w:ascii="Cambria Math" w:hAnsi="Cambria Math" w:cs="Times New Roman"/>
                <w:i/>
                <w:szCs w:val="28"/>
                <w:lang w:val="ru-RU"/>
              </w:rPr>
            </m:ctrlPr>
          </m:fPr>
          <m:num>
            <m:r>
              <w:rPr>
                <w:rStyle w:val="mrel"/>
                <w:rFonts w:ascii="Cambria Math" w:hAnsi="Cambria Math" w:cs="Times New Roman"/>
                <w:szCs w:val="28"/>
                <w:lang w:val="ru-RU"/>
              </w:rPr>
              <m:t>0,55</m:t>
            </m:r>
          </m:num>
          <m:den>
            <m:r>
              <w:rPr>
                <w:rStyle w:val="mrel"/>
                <w:rFonts w:ascii="Cambria Math" w:hAnsi="Cambria Math" w:cs="Times New Roman"/>
                <w:szCs w:val="28"/>
                <w:lang w:val="ru-RU"/>
              </w:rPr>
              <m:t>5,00</m:t>
            </m:r>
          </m:den>
        </m:f>
      </m:oMath>
      <w:r w:rsidR="00FA4FD6" w:rsidRPr="00353BFA">
        <w:rPr>
          <w:rStyle w:val="mord"/>
          <w:rFonts w:cs="Times New Roman"/>
          <w:szCs w:val="28"/>
          <w:lang w:val="ru-RU"/>
        </w:rPr>
        <w:t xml:space="preserve"> </w:t>
      </w:r>
      <w:r w:rsidRPr="00353BFA">
        <w:rPr>
          <w:rStyle w:val="mbin"/>
          <w:rFonts w:cs="Times New Roman"/>
          <w:szCs w:val="28"/>
          <w:lang w:val="ru-RU"/>
        </w:rPr>
        <w:t>×</w:t>
      </w:r>
      <w:r w:rsidRPr="00353BFA">
        <w:rPr>
          <w:rStyle w:val="mord"/>
          <w:rFonts w:cs="Times New Roman"/>
          <w:szCs w:val="28"/>
          <w:lang w:val="ru-RU"/>
        </w:rPr>
        <w:t>100</w:t>
      </w:r>
      <w:r w:rsidRPr="00353BFA">
        <w:rPr>
          <w:rStyle w:val="mrel"/>
          <w:rFonts w:cs="Times New Roman"/>
          <w:szCs w:val="28"/>
          <w:lang w:val="ru-RU"/>
        </w:rPr>
        <w:t>=</w:t>
      </w:r>
      <w:r w:rsidRPr="00353BFA">
        <w:rPr>
          <w:rStyle w:val="mord"/>
          <w:rFonts w:cs="Times New Roman"/>
          <w:szCs w:val="28"/>
          <w:lang w:val="ru-RU"/>
        </w:rPr>
        <w:t>11</w:t>
      </w:r>
      <w:r w:rsidRPr="00353BFA">
        <w:rPr>
          <w:rStyle w:val="mpunct"/>
          <w:rFonts w:cs="Times New Roman"/>
          <w:szCs w:val="28"/>
          <w:lang w:val="ru-RU"/>
        </w:rPr>
        <w:t>,</w:t>
      </w:r>
      <w:r w:rsidRPr="00353BFA">
        <w:rPr>
          <w:rStyle w:val="mord"/>
          <w:rFonts w:cs="Times New Roman"/>
          <w:szCs w:val="28"/>
          <w:lang w:val="ru-RU"/>
        </w:rPr>
        <w:t>0%</w:t>
      </w:r>
      <w:r w:rsidRPr="00353BFA">
        <w:rPr>
          <w:rFonts w:cs="Times New Roman"/>
          <w:szCs w:val="28"/>
          <w:lang w:val="ru-RU"/>
        </w:rPr>
        <w:t xml:space="preserve"> </w:t>
      </w:r>
      <w:r w:rsidR="00FA4FD6" w:rsidRPr="00353BFA">
        <w:rPr>
          <w:rFonts w:cs="Times New Roman"/>
          <w:szCs w:val="28"/>
          <w:lang w:val="ru-RU"/>
        </w:rPr>
        <w:br/>
      </w:r>
      <w:proofErr w:type="spellStart"/>
      <w:r w:rsidRPr="0092245F">
        <w:rPr>
          <w:rFonts w:cs="Times New Roman"/>
          <w:szCs w:val="28"/>
          <w:lang w:val="ru-RU"/>
        </w:rPr>
        <w:t>Вологість</w:t>
      </w:r>
      <w:proofErr w:type="spellEnd"/>
      <w:r w:rsidRPr="0092245F">
        <w:rPr>
          <w:rFonts w:cs="Times New Roman"/>
          <w:szCs w:val="28"/>
          <w:lang w:val="ru-RU"/>
        </w:rPr>
        <w:t xml:space="preserve"> </w:t>
      </w:r>
      <w:proofErr w:type="spellStart"/>
      <w:r w:rsidRPr="0092245F">
        <w:rPr>
          <w:rFonts w:cs="Times New Roman"/>
          <w:szCs w:val="28"/>
          <w:lang w:val="ru-RU"/>
        </w:rPr>
        <w:t>розмеленого</w:t>
      </w:r>
      <w:proofErr w:type="spellEnd"/>
      <w:r w:rsidRPr="0092245F">
        <w:rPr>
          <w:rFonts w:cs="Times New Roman"/>
          <w:szCs w:val="28"/>
          <w:lang w:val="ru-RU"/>
        </w:rPr>
        <w:t xml:space="preserve"> зерна </w:t>
      </w:r>
      <w:proofErr w:type="spellStart"/>
      <w:r w:rsidRPr="0092245F">
        <w:rPr>
          <w:rFonts w:cs="Times New Roman"/>
          <w:szCs w:val="28"/>
          <w:lang w:val="ru-RU"/>
        </w:rPr>
        <w:t>після</w:t>
      </w:r>
      <w:proofErr w:type="spellEnd"/>
      <w:r w:rsidRPr="0092245F">
        <w:rPr>
          <w:rFonts w:cs="Times New Roman"/>
          <w:szCs w:val="28"/>
          <w:lang w:val="ru-RU"/>
        </w:rPr>
        <w:t xml:space="preserve"> </w:t>
      </w:r>
      <w:proofErr w:type="spellStart"/>
      <w:r w:rsidRPr="0092245F">
        <w:rPr>
          <w:rFonts w:cs="Times New Roman"/>
          <w:szCs w:val="28"/>
          <w:lang w:val="ru-RU"/>
        </w:rPr>
        <w:t>попереднього</w:t>
      </w:r>
      <w:proofErr w:type="spellEnd"/>
      <w:r w:rsidRPr="0092245F">
        <w:rPr>
          <w:rFonts w:cs="Times New Roman"/>
          <w:szCs w:val="28"/>
          <w:lang w:val="ru-RU"/>
        </w:rPr>
        <w:t xml:space="preserve"> </w:t>
      </w:r>
      <w:proofErr w:type="spellStart"/>
      <w:r w:rsidRPr="0092245F">
        <w:rPr>
          <w:rFonts w:cs="Times New Roman"/>
          <w:szCs w:val="28"/>
          <w:lang w:val="ru-RU"/>
        </w:rPr>
        <w:t>підсушування</w:t>
      </w:r>
      <w:proofErr w:type="spellEnd"/>
      <w:r w:rsidRPr="0092245F">
        <w:rPr>
          <w:rFonts w:cs="Times New Roman"/>
          <w:szCs w:val="28"/>
          <w:lang w:val="ru-RU"/>
        </w:rPr>
        <w:t xml:space="preserve"> = </w:t>
      </w:r>
      <w:r w:rsidRPr="0092245F">
        <w:rPr>
          <w:rStyle w:val="af6"/>
          <w:rFonts w:cs="Times New Roman"/>
          <w:szCs w:val="28"/>
          <w:lang w:val="ru-RU"/>
        </w:rPr>
        <w:t>11,0%</w:t>
      </w:r>
    </w:p>
    <w:p w:rsidR="00300778" w:rsidRPr="0092245F" w:rsidRDefault="00300778" w:rsidP="00300778">
      <w:pPr>
        <w:pStyle w:val="21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92245F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92245F">
        <w:rPr>
          <w:rFonts w:ascii="Times New Roman" w:hAnsi="Times New Roman" w:cs="Times New Roman"/>
          <w:color w:val="auto"/>
          <w:sz w:val="28"/>
          <w:szCs w:val="28"/>
          <w:lang w:val="ru-RU"/>
        </w:rPr>
        <w:t>Крок</w:t>
      </w:r>
      <w:proofErr w:type="spellEnd"/>
      <w:r w:rsidRPr="0092245F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2. </w:t>
      </w:r>
      <w:proofErr w:type="spellStart"/>
      <w:r w:rsidRPr="0092245F">
        <w:rPr>
          <w:rFonts w:ascii="Times New Roman" w:hAnsi="Times New Roman" w:cs="Times New Roman"/>
          <w:color w:val="auto"/>
          <w:sz w:val="28"/>
          <w:szCs w:val="28"/>
          <w:lang w:val="ru-RU"/>
        </w:rPr>
        <w:t>Втрата</w:t>
      </w:r>
      <w:proofErr w:type="spellEnd"/>
      <w:r w:rsidRPr="0092245F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92245F">
        <w:rPr>
          <w:rFonts w:ascii="Times New Roman" w:hAnsi="Times New Roman" w:cs="Times New Roman"/>
          <w:color w:val="auto"/>
          <w:sz w:val="28"/>
          <w:szCs w:val="28"/>
          <w:lang w:val="ru-RU"/>
        </w:rPr>
        <w:t>вологи</w:t>
      </w:r>
      <w:proofErr w:type="spellEnd"/>
      <w:r w:rsidRPr="0092245F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при </w:t>
      </w:r>
      <w:proofErr w:type="spellStart"/>
      <w:r w:rsidRPr="0092245F">
        <w:rPr>
          <w:rFonts w:ascii="Times New Roman" w:hAnsi="Times New Roman" w:cs="Times New Roman"/>
          <w:color w:val="auto"/>
          <w:sz w:val="28"/>
          <w:szCs w:val="28"/>
          <w:lang w:val="ru-RU"/>
        </w:rPr>
        <w:t>попередньому</w:t>
      </w:r>
      <w:proofErr w:type="spellEnd"/>
      <w:r w:rsidRPr="0092245F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proofErr w:type="gramStart"/>
      <w:r w:rsidRPr="0092245F">
        <w:rPr>
          <w:rFonts w:ascii="Times New Roman" w:hAnsi="Times New Roman" w:cs="Times New Roman"/>
          <w:color w:val="auto"/>
          <w:sz w:val="28"/>
          <w:szCs w:val="28"/>
          <w:lang w:val="ru-RU"/>
        </w:rPr>
        <w:t>п</w:t>
      </w:r>
      <w:proofErr w:type="gramEnd"/>
      <w:r w:rsidRPr="0092245F">
        <w:rPr>
          <w:rFonts w:ascii="Times New Roman" w:hAnsi="Times New Roman" w:cs="Times New Roman"/>
          <w:color w:val="auto"/>
          <w:sz w:val="28"/>
          <w:szCs w:val="28"/>
          <w:lang w:val="ru-RU"/>
        </w:rPr>
        <w:t>ідсушуванні</w:t>
      </w:r>
      <w:proofErr w:type="spellEnd"/>
      <w:r w:rsidRPr="0092245F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(</w:t>
      </w:r>
      <w:r w:rsidRPr="0092245F">
        <w:rPr>
          <w:rFonts w:ascii="Times New Roman" w:hAnsi="Times New Roman" w:cs="Times New Roman"/>
          <w:color w:val="auto"/>
          <w:sz w:val="28"/>
          <w:szCs w:val="28"/>
        </w:rPr>
        <w:t>W</w:t>
      </w:r>
      <w:r w:rsidRPr="0092245F">
        <w:rPr>
          <w:rFonts w:ascii="Times New Roman" w:hAnsi="Times New Roman" w:cs="Times New Roman"/>
          <w:color w:val="auto"/>
          <w:sz w:val="28"/>
          <w:szCs w:val="28"/>
          <w:lang w:val="ru-RU"/>
        </w:rPr>
        <w:t>₂)</w:t>
      </w:r>
    </w:p>
    <w:p w:rsidR="00300778" w:rsidRPr="0092245F" w:rsidRDefault="00300778" w:rsidP="00FA4FD6">
      <w:pPr>
        <w:rPr>
          <w:rFonts w:cs="Times New Roman"/>
          <w:szCs w:val="28"/>
          <w:lang w:val="ru-RU"/>
        </w:rPr>
      </w:pPr>
      <w:r w:rsidRPr="0092245F">
        <w:rPr>
          <w:rStyle w:val="katex-mathml"/>
          <w:rFonts w:cs="Times New Roman"/>
          <w:szCs w:val="28"/>
        </w:rPr>
        <w:t>W</w:t>
      </w:r>
      <w:r w:rsidRPr="0092245F">
        <w:rPr>
          <w:rStyle w:val="katex-mathml"/>
          <w:rFonts w:cs="Times New Roman"/>
          <w:szCs w:val="28"/>
          <w:vertAlign w:val="subscript"/>
          <w:lang w:val="ru-RU"/>
        </w:rPr>
        <w:t>2</w:t>
      </w:r>
      <w:r w:rsidRPr="0092245F">
        <w:rPr>
          <w:rStyle w:val="katex-mathml"/>
          <w:rFonts w:cs="Times New Roman"/>
          <w:szCs w:val="28"/>
          <w:lang w:val="ru-RU"/>
        </w:rPr>
        <w:t>=</w:t>
      </w:r>
      <m:oMath>
        <m:f>
          <m:fPr>
            <m:ctrlPr>
              <w:rPr>
                <w:rStyle w:val="katex-mathml"/>
                <w:rFonts w:ascii="Cambria Math" w:hAnsi="Cambria Math" w:cs="Times New Roman"/>
                <w:i/>
                <w:szCs w:val="28"/>
                <w:lang w:val="ru-RU"/>
              </w:rPr>
            </m:ctrlPr>
          </m:fPr>
          <m:num>
            <m:r>
              <w:rPr>
                <w:rStyle w:val="katex-mathml"/>
                <w:rFonts w:ascii="Cambria Math" w:hAnsi="Cambria Math" w:cs="Times New Roman"/>
                <w:szCs w:val="28"/>
                <w:lang w:val="ru-RU"/>
              </w:rPr>
              <m:t>М3-М4</m:t>
            </m:r>
          </m:num>
          <m:den>
            <m:r>
              <w:rPr>
                <w:rStyle w:val="katex-mathml"/>
                <w:rFonts w:ascii="Cambria Math" w:hAnsi="Cambria Math" w:cs="Times New Roman"/>
                <w:szCs w:val="28"/>
                <w:lang w:val="ru-RU"/>
              </w:rPr>
              <m:t>М3</m:t>
            </m:r>
          </m:den>
        </m:f>
      </m:oMath>
      <w:r w:rsidRPr="0092245F">
        <w:rPr>
          <w:rStyle w:val="katex-mathml"/>
          <w:rFonts w:cs="Times New Roman"/>
          <w:szCs w:val="28"/>
          <w:lang w:val="ru-RU"/>
        </w:rPr>
        <w:t>×100</w:t>
      </w:r>
      <w:r w:rsidR="00FA4FD6" w:rsidRPr="0092245F">
        <w:rPr>
          <w:rStyle w:val="katex-mathml"/>
          <w:rFonts w:cs="Times New Roman"/>
          <w:szCs w:val="28"/>
          <w:lang w:val="ru-RU"/>
        </w:rPr>
        <w:t xml:space="preserve">   </w:t>
      </w:r>
      <w:r w:rsidR="00FA4FD6" w:rsidRPr="0092245F">
        <w:rPr>
          <w:rStyle w:val="katex-mathml"/>
          <w:rFonts w:cs="Times New Roman"/>
          <w:szCs w:val="28"/>
          <w:lang w:val="uk-UA"/>
        </w:rPr>
        <w:br/>
      </w:r>
      <w:r w:rsidRPr="0092245F">
        <w:rPr>
          <w:rStyle w:val="katex-mathml"/>
          <w:rFonts w:cs="Times New Roman"/>
          <w:szCs w:val="28"/>
        </w:rPr>
        <w:t>W</w:t>
      </w:r>
      <w:r w:rsidRPr="0092245F">
        <w:rPr>
          <w:rStyle w:val="katex-mathml"/>
          <w:rFonts w:cs="Times New Roman"/>
          <w:szCs w:val="28"/>
          <w:vertAlign w:val="subscript"/>
          <w:lang w:val="ru-RU"/>
        </w:rPr>
        <w:t>2</w:t>
      </w:r>
      <w:r w:rsidRPr="0092245F">
        <w:rPr>
          <w:rStyle w:val="katex-mathml"/>
          <w:rFonts w:cs="Times New Roman"/>
          <w:szCs w:val="28"/>
          <w:lang w:val="ru-RU"/>
        </w:rPr>
        <w:t>=</w:t>
      </w:r>
      <w:r w:rsidR="00FA4FD6" w:rsidRPr="0092245F">
        <w:rPr>
          <w:rStyle w:val="katex-mathml"/>
          <w:rFonts w:cs="Times New Roman"/>
          <w:szCs w:val="28"/>
          <w:lang w:val="ru-RU"/>
        </w:rPr>
        <w:t xml:space="preserve"> </w:t>
      </w:r>
      <m:oMath>
        <m:f>
          <m:fPr>
            <m:ctrlPr>
              <w:rPr>
                <w:rStyle w:val="katex-mathml"/>
                <w:rFonts w:ascii="Cambria Math" w:hAnsi="Cambria Math" w:cs="Times New Roman"/>
                <w:i/>
                <w:szCs w:val="28"/>
                <w:lang w:val="ru-RU"/>
              </w:rPr>
            </m:ctrlPr>
          </m:fPr>
          <m:num>
            <m:r>
              <w:rPr>
                <w:rStyle w:val="katex-mathml"/>
                <w:rFonts w:ascii="Cambria Math" w:hAnsi="Cambria Math" w:cs="Times New Roman"/>
                <w:szCs w:val="28"/>
                <w:lang w:val="ru-RU"/>
              </w:rPr>
              <m:t>20,0-18,6</m:t>
            </m:r>
          </m:num>
          <m:den>
            <m:r>
              <w:rPr>
                <w:rStyle w:val="katex-mathml"/>
                <w:rFonts w:ascii="Cambria Math" w:hAnsi="Cambria Math" w:cs="Times New Roman"/>
                <w:szCs w:val="28"/>
                <w:lang w:val="ru-RU"/>
              </w:rPr>
              <m:t>20,0</m:t>
            </m:r>
          </m:den>
        </m:f>
      </m:oMath>
      <w:r w:rsidR="00FA4FD6" w:rsidRPr="0092245F">
        <w:rPr>
          <w:rStyle w:val="katex-mathml"/>
          <w:rFonts w:cs="Times New Roman"/>
          <w:szCs w:val="28"/>
          <w:lang w:val="ru-RU"/>
        </w:rPr>
        <w:t xml:space="preserve"> </w:t>
      </w:r>
      <w:r w:rsidRPr="0092245F">
        <w:rPr>
          <w:rStyle w:val="katex-mathml"/>
          <w:rFonts w:cs="Times New Roman"/>
          <w:szCs w:val="28"/>
          <w:lang w:val="ru-RU"/>
        </w:rPr>
        <w:t>×100</w:t>
      </w:r>
      <w:r w:rsidR="00FA4FD6" w:rsidRPr="0092245F">
        <w:rPr>
          <w:rStyle w:val="katex-mathml"/>
          <w:rFonts w:cs="Times New Roman"/>
          <w:szCs w:val="28"/>
          <w:lang w:val="ru-RU"/>
        </w:rPr>
        <w:t xml:space="preserve">   </w:t>
      </w:r>
      <w:r w:rsidR="00FA4FD6" w:rsidRPr="0092245F">
        <w:rPr>
          <w:rStyle w:val="katex-mathml"/>
          <w:rFonts w:cs="Times New Roman"/>
          <w:szCs w:val="28"/>
          <w:lang w:val="uk-UA"/>
        </w:rPr>
        <w:br/>
      </w:r>
      <w:r w:rsidRPr="0092245F">
        <w:rPr>
          <w:rStyle w:val="mord"/>
          <w:rFonts w:cs="Times New Roman"/>
          <w:szCs w:val="28"/>
        </w:rPr>
        <w:t>W</w:t>
      </w:r>
      <w:r w:rsidRPr="0092245F">
        <w:rPr>
          <w:rStyle w:val="mord"/>
          <w:rFonts w:cs="Times New Roman"/>
          <w:szCs w:val="28"/>
          <w:vertAlign w:val="subscript"/>
          <w:lang w:val="ru-RU"/>
        </w:rPr>
        <w:t>2</w:t>
      </w:r>
      <w:r w:rsidRPr="0092245F">
        <w:rPr>
          <w:rStyle w:val="vlist-s"/>
          <w:rFonts w:cs="Times New Roman"/>
          <w:szCs w:val="28"/>
          <w:lang w:val="ru-RU"/>
        </w:rPr>
        <w:t>​</w:t>
      </w:r>
      <w:r w:rsidRPr="0092245F">
        <w:rPr>
          <w:rStyle w:val="mrel"/>
          <w:rFonts w:cs="Times New Roman"/>
          <w:szCs w:val="28"/>
          <w:lang w:val="ru-RU"/>
        </w:rPr>
        <w:t>=</w:t>
      </w:r>
      <m:oMath>
        <m:f>
          <m:fPr>
            <m:ctrlPr>
              <w:rPr>
                <w:rStyle w:val="mrel"/>
                <w:rFonts w:ascii="Cambria Math" w:hAnsi="Cambria Math" w:cs="Times New Roman"/>
                <w:i/>
                <w:szCs w:val="28"/>
                <w:lang w:val="ru-RU"/>
              </w:rPr>
            </m:ctrlPr>
          </m:fPr>
          <m:num>
            <m:r>
              <w:rPr>
                <w:rStyle w:val="mrel"/>
                <w:rFonts w:ascii="Cambria Math" w:hAnsi="Cambria Math" w:cs="Times New Roman"/>
                <w:szCs w:val="28"/>
                <w:lang w:val="ru-RU"/>
              </w:rPr>
              <m:t>1,4</m:t>
            </m:r>
          </m:num>
          <m:den>
            <m:r>
              <w:rPr>
                <w:rStyle w:val="mrel"/>
                <w:rFonts w:ascii="Cambria Math" w:hAnsi="Cambria Math" w:cs="Times New Roman"/>
                <w:szCs w:val="28"/>
                <w:lang w:val="ru-RU"/>
              </w:rPr>
              <m:t>20,0</m:t>
            </m:r>
          </m:den>
        </m:f>
      </m:oMath>
      <w:r w:rsidR="00FA4FD6" w:rsidRPr="0092245F">
        <w:rPr>
          <w:rStyle w:val="mord"/>
          <w:rFonts w:cs="Times New Roman"/>
          <w:szCs w:val="28"/>
          <w:lang w:val="ru-RU"/>
        </w:rPr>
        <w:t xml:space="preserve"> </w:t>
      </w:r>
      <w:r w:rsidRPr="0092245F">
        <w:rPr>
          <w:rStyle w:val="mbin"/>
          <w:rFonts w:cs="Times New Roman"/>
          <w:szCs w:val="28"/>
          <w:lang w:val="ru-RU"/>
        </w:rPr>
        <w:t>×</w:t>
      </w:r>
      <w:r w:rsidRPr="0092245F">
        <w:rPr>
          <w:rStyle w:val="mord"/>
          <w:rFonts w:cs="Times New Roman"/>
          <w:szCs w:val="28"/>
          <w:lang w:val="ru-RU"/>
        </w:rPr>
        <w:t>100</w:t>
      </w:r>
      <w:r w:rsidRPr="0092245F">
        <w:rPr>
          <w:rStyle w:val="mrel"/>
          <w:rFonts w:cs="Times New Roman"/>
          <w:szCs w:val="28"/>
          <w:lang w:val="ru-RU"/>
        </w:rPr>
        <w:t>=</w:t>
      </w:r>
      <w:r w:rsidRPr="0092245F">
        <w:rPr>
          <w:rStyle w:val="mord"/>
          <w:rFonts w:cs="Times New Roman"/>
          <w:szCs w:val="28"/>
          <w:lang w:val="ru-RU"/>
        </w:rPr>
        <w:t>7</w:t>
      </w:r>
      <w:proofErr w:type="gramStart"/>
      <w:r w:rsidRPr="0092245F">
        <w:rPr>
          <w:rStyle w:val="mpunct"/>
          <w:rFonts w:cs="Times New Roman"/>
          <w:szCs w:val="28"/>
          <w:lang w:val="ru-RU"/>
        </w:rPr>
        <w:t>,</w:t>
      </w:r>
      <w:r w:rsidRPr="0092245F">
        <w:rPr>
          <w:rStyle w:val="mord"/>
          <w:rFonts w:cs="Times New Roman"/>
          <w:szCs w:val="28"/>
          <w:lang w:val="ru-RU"/>
        </w:rPr>
        <w:t>0</w:t>
      </w:r>
      <w:proofErr w:type="gramEnd"/>
      <w:r w:rsidRPr="0092245F">
        <w:rPr>
          <w:rStyle w:val="mord"/>
          <w:rFonts w:cs="Times New Roman"/>
          <w:szCs w:val="28"/>
          <w:lang w:val="ru-RU"/>
        </w:rPr>
        <w:t>%</w:t>
      </w:r>
      <w:r w:rsidRPr="0092245F">
        <w:rPr>
          <w:rFonts w:cs="Times New Roman"/>
          <w:szCs w:val="28"/>
          <w:lang w:val="ru-RU"/>
        </w:rPr>
        <w:t xml:space="preserve"> </w:t>
      </w:r>
      <w:r w:rsidR="00FA4FD6" w:rsidRPr="0092245F">
        <w:rPr>
          <w:rFonts w:cs="Times New Roman"/>
          <w:szCs w:val="28"/>
          <w:lang w:val="ru-RU"/>
        </w:rPr>
        <w:br/>
      </w:r>
      <w:proofErr w:type="spellStart"/>
      <w:r w:rsidRPr="0092245F">
        <w:rPr>
          <w:rFonts w:cs="Times New Roman"/>
          <w:szCs w:val="28"/>
          <w:lang w:val="ru-RU"/>
        </w:rPr>
        <w:t>Втрата</w:t>
      </w:r>
      <w:proofErr w:type="spellEnd"/>
      <w:r w:rsidRPr="0092245F">
        <w:rPr>
          <w:rFonts w:cs="Times New Roman"/>
          <w:szCs w:val="28"/>
          <w:lang w:val="ru-RU"/>
        </w:rPr>
        <w:t xml:space="preserve"> </w:t>
      </w:r>
      <w:proofErr w:type="spellStart"/>
      <w:r w:rsidRPr="0092245F">
        <w:rPr>
          <w:rFonts w:cs="Times New Roman"/>
          <w:szCs w:val="28"/>
          <w:lang w:val="ru-RU"/>
        </w:rPr>
        <w:t>вологи</w:t>
      </w:r>
      <w:proofErr w:type="spellEnd"/>
      <w:r w:rsidRPr="0092245F">
        <w:rPr>
          <w:rFonts w:cs="Times New Roman"/>
          <w:szCs w:val="28"/>
          <w:lang w:val="ru-RU"/>
        </w:rPr>
        <w:t xml:space="preserve"> на </w:t>
      </w:r>
      <w:proofErr w:type="spellStart"/>
      <w:r w:rsidRPr="0092245F">
        <w:rPr>
          <w:rFonts w:cs="Times New Roman"/>
          <w:szCs w:val="28"/>
          <w:lang w:val="ru-RU"/>
        </w:rPr>
        <w:t>першому</w:t>
      </w:r>
      <w:proofErr w:type="spellEnd"/>
      <w:r w:rsidRPr="0092245F">
        <w:rPr>
          <w:rFonts w:cs="Times New Roman"/>
          <w:szCs w:val="28"/>
          <w:lang w:val="ru-RU"/>
        </w:rPr>
        <w:t xml:space="preserve"> </w:t>
      </w:r>
      <w:proofErr w:type="spellStart"/>
      <w:r w:rsidRPr="0092245F">
        <w:rPr>
          <w:rFonts w:cs="Times New Roman"/>
          <w:szCs w:val="28"/>
          <w:lang w:val="ru-RU"/>
        </w:rPr>
        <w:t>етапі</w:t>
      </w:r>
      <w:proofErr w:type="spellEnd"/>
      <w:r w:rsidRPr="0092245F">
        <w:rPr>
          <w:rFonts w:cs="Times New Roman"/>
          <w:szCs w:val="28"/>
          <w:lang w:val="ru-RU"/>
        </w:rPr>
        <w:t xml:space="preserve"> = </w:t>
      </w:r>
      <w:r w:rsidRPr="0092245F">
        <w:rPr>
          <w:rStyle w:val="af6"/>
          <w:rFonts w:cs="Times New Roman"/>
          <w:szCs w:val="28"/>
          <w:lang w:val="ru-RU"/>
        </w:rPr>
        <w:t>7,0%</w:t>
      </w:r>
    </w:p>
    <w:p w:rsidR="00300778" w:rsidRPr="0092245F" w:rsidRDefault="00300778" w:rsidP="00300778">
      <w:pPr>
        <w:pStyle w:val="21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proofErr w:type="spellStart"/>
      <w:r w:rsidRPr="0092245F">
        <w:rPr>
          <w:rFonts w:ascii="Times New Roman" w:hAnsi="Times New Roman" w:cs="Times New Roman"/>
          <w:color w:val="auto"/>
          <w:sz w:val="28"/>
          <w:szCs w:val="28"/>
          <w:lang w:val="ru-RU"/>
        </w:rPr>
        <w:t>Крок</w:t>
      </w:r>
      <w:proofErr w:type="spellEnd"/>
      <w:r w:rsidRPr="0092245F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3. </w:t>
      </w:r>
      <w:proofErr w:type="spellStart"/>
      <w:r w:rsidRPr="0092245F">
        <w:rPr>
          <w:rFonts w:ascii="Times New Roman" w:hAnsi="Times New Roman" w:cs="Times New Roman"/>
          <w:color w:val="auto"/>
          <w:sz w:val="28"/>
          <w:szCs w:val="28"/>
          <w:lang w:val="ru-RU"/>
        </w:rPr>
        <w:t>Загальна</w:t>
      </w:r>
      <w:proofErr w:type="spellEnd"/>
      <w:r w:rsidRPr="0092245F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92245F">
        <w:rPr>
          <w:rFonts w:ascii="Times New Roman" w:hAnsi="Times New Roman" w:cs="Times New Roman"/>
          <w:color w:val="auto"/>
          <w:sz w:val="28"/>
          <w:szCs w:val="28"/>
          <w:lang w:val="ru-RU"/>
        </w:rPr>
        <w:t>вологість</w:t>
      </w:r>
      <w:proofErr w:type="spellEnd"/>
      <w:r w:rsidRPr="0092245F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сирого зерна</w:t>
      </w:r>
    </w:p>
    <w:p w:rsidR="00300778" w:rsidRPr="0092245F" w:rsidRDefault="00300778" w:rsidP="00300778">
      <w:pPr>
        <w:pStyle w:val="aff8"/>
        <w:rPr>
          <w:sz w:val="28"/>
          <w:szCs w:val="28"/>
        </w:rPr>
      </w:pPr>
      <w:r w:rsidRPr="0092245F">
        <w:rPr>
          <w:sz w:val="28"/>
          <w:szCs w:val="28"/>
        </w:rPr>
        <w:t xml:space="preserve">При </w:t>
      </w:r>
      <w:proofErr w:type="spellStart"/>
      <w:r w:rsidRPr="0092245F">
        <w:rPr>
          <w:sz w:val="28"/>
          <w:szCs w:val="28"/>
        </w:rPr>
        <w:t>двоступеневому</w:t>
      </w:r>
      <w:proofErr w:type="spellEnd"/>
      <w:r w:rsidRPr="0092245F">
        <w:rPr>
          <w:sz w:val="28"/>
          <w:szCs w:val="28"/>
        </w:rPr>
        <w:t xml:space="preserve"> </w:t>
      </w:r>
      <w:proofErr w:type="spellStart"/>
      <w:r w:rsidRPr="0092245F">
        <w:rPr>
          <w:sz w:val="28"/>
          <w:szCs w:val="28"/>
        </w:rPr>
        <w:t>методі</w:t>
      </w:r>
      <w:proofErr w:type="spellEnd"/>
      <w:r w:rsidRPr="0092245F">
        <w:rPr>
          <w:sz w:val="28"/>
          <w:szCs w:val="28"/>
        </w:rPr>
        <w:t xml:space="preserve"> </w:t>
      </w:r>
      <w:proofErr w:type="spellStart"/>
      <w:r w:rsidRPr="0092245F">
        <w:rPr>
          <w:sz w:val="28"/>
          <w:szCs w:val="28"/>
        </w:rPr>
        <w:t>застосовується</w:t>
      </w:r>
      <w:proofErr w:type="spellEnd"/>
      <w:r w:rsidRPr="0092245F">
        <w:rPr>
          <w:sz w:val="28"/>
          <w:szCs w:val="28"/>
        </w:rPr>
        <w:t xml:space="preserve"> формула:</w:t>
      </w:r>
    </w:p>
    <w:p w:rsidR="00300778" w:rsidRPr="0092245F" w:rsidRDefault="00300778" w:rsidP="00300778">
      <w:pPr>
        <w:rPr>
          <w:rFonts w:cs="Times New Roman"/>
          <w:szCs w:val="28"/>
          <w:lang w:val="ru-RU"/>
        </w:rPr>
      </w:pPr>
      <w:r w:rsidRPr="0092245F">
        <w:rPr>
          <w:rStyle w:val="katex-mathml"/>
          <w:rFonts w:cs="Times New Roman"/>
          <w:szCs w:val="28"/>
        </w:rPr>
        <w:t>W</w:t>
      </w:r>
      <w:r w:rsidRPr="0092245F">
        <w:rPr>
          <w:rStyle w:val="katex-mathml"/>
          <w:rFonts w:cs="Times New Roman"/>
          <w:szCs w:val="28"/>
          <w:lang w:val="ru-RU"/>
        </w:rPr>
        <w:t>=</w:t>
      </w:r>
      <w:r w:rsidRPr="0092245F">
        <w:rPr>
          <w:rStyle w:val="katex-mathml"/>
          <w:rFonts w:cs="Times New Roman"/>
          <w:szCs w:val="28"/>
        </w:rPr>
        <w:t>W</w:t>
      </w:r>
      <w:r w:rsidRPr="0092245F">
        <w:rPr>
          <w:rStyle w:val="katex-mathml"/>
          <w:rFonts w:cs="Times New Roman"/>
          <w:szCs w:val="28"/>
          <w:vertAlign w:val="subscript"/>
          <w:lang w:val="ru-RU"/>
        </w:rPr>
        <w:t>2</w:t>
      </w:r>
      <w:r w:rsidRPr="0092245F">
        <w:rPr>
          <w:rStyle w:val="katex-mathml"/>
          <w:rFonts w:cs="Times New Roman"/>
          <w:szCs w:val="28"/>
          <w:lang w:val="ru-RU"/>
        </w:rPr>
        <w:t>+</w:t>
      </w:r>
      <w:r w:rsidRPr="0092245F">
        <w:rPr>
          <w:rStyle w:val="katex-mathml"/>
          <w:rFonts w:cs="Times New Roman"/>
          <w:szCs w:val="28"/>
        </w:rPr>
        <w:t>W</w:t>
      </w:r>
      <w:r w:rsidRPr="0092245F">
        <w:rPr>
          <w:rStyle w:val="katex-mathml"/>
          <w:rFonts w:cs="Times New Roman"/>
          <w:szCs w:val="28"/>
          <w:vertAlign w:val="subscript"/>
          <w:lang w:val="ru-RU"/>
        </w:rPr>
        <w:t>1</w:t>
      </w:r>
      <w:r w:rsidR="00FA4FD6" w:rsidRPr="0092245F">
        <w:rPr>
          <w:rStyle w:val="katex-mathml"/>
          <w:rFonts w:cs="Times New Roman"/>
          <w:szCs w:val="28"/>
          <w:lang w:val="ru-RU"/>
        </w:rPr>
        <w:t xml:space="preserve"> </w:t>
      </w:r>
      <w:r w:rsidRPr="0092245F">
        <w:rPr>
          <w:rStyle w:val="katex-mathml"/>
          <w:rFonts w:cs="Times New Roman"/>
          <w:szCs w:val="28"/>
          <w:lang w:val="ru-RU"/>
        </w:rPr>
        <w:t>−</w:t>
      </w:r>
      <w:r w:rsidR="00FA4FD6" w:rsidRPr="0092245F">
        <w:rPr>
          <w:rStyle w:val="katex-mathml"/>
          <w:rFonts w:cs="Times New Roman"/>
          <w:szCs w:val="28"/>
          <w:lang w:val="ru-RU"/>
        </w:rPr>
        <w:t xml:space="preserve"> </w:t>
      </w:r>
      <m:oMath>
        <m:f>
          <m:fPr>
            <m:ctrlPr>
              <w:rPr>
                <w:rStyle w:val="katex-mathml"/>
                <w:rFonts w:ascii="Cambria Math" w:hAnsi="Cambria Math" w:cs="Times New Roman"/>
                <w:i/>
                <w:szCs w:val="28"/>
                <w:lang w:val="ru-RU"/>
              </w:rPr>
            </m:ctrlPr>
          </m:fPr>
          <m:num>
            <m:r>
              <w:rPr>
                <w:rStyle w:val="katex-mathml"/>
                <w:rFonts w:ascii="Cambria Math" w:hAnsi="Cambria Math" w:cs="Times New Roman"/>
                <w:szCs w:val="28"/>
                <w:lang w:val="ru-RU"/>
              </w:rPr>
              <m:t xml:space="preserve">W1×W2  </m:t>
            </m:r>
          </m:num>
          <m:den>
            <m:r>
              <w:rPr>
                <w:rStyle w:val="katex-mathml"/>
                <w:rFonts w:ascii="Cambria Math" w:hAnsi="Cambria Math" w:cs="Times New Roman"/>
                <w:szCs w:val="28"/>
                <w:lang w:val="ru-RU"/>
              </w:rPr>
              <m:t>100</m:t>
            </m:r>
          </m:den>
        </m:f>
      </m:oMath>
      <w:r w:rsidRPr="0092245F">
        <w:rPr>
          <w:rFonts w:cs="Times New Roman"/>
          <w:szCs w:val="28"/>
          <w:lang w:val="ru-RU"/>
        </w:rPr>
        <w:t xml:space="preserve"> </w:t>
      </w:r>
    </w:p>
    <w:p w:rsidR="00300778" w:rsidRPr="0092245F" w:rsidRDefault="00300778" w:rsidP="00300778">
      <w:pPr>
        <w:pStyle w:val="aff8"/>
        <w:rPr>
          <w:sz w:val="28"/>
          <w:szCs w:val="28"/>
        </w:rPr>
      </w:pPr>
      <w:proofErr w:type="spellStart"/>
      <w:proofErr w:type="gramStart"/>
      <w:r w:rsidRPr="0092245F">
        <w:rPr>
          <w:sz w:val="28"/>
          <w:szCs w:val="28"/>
        </w:rPr>
        <w:t>П</w:t>
      </w:r>
      <w:proofErr w:type="gramEnd"/>
      <w:r w:rsidRPr="0092245F">
        <w:rPr>
          <w:sz w:val="28"/>
          <w:szCs w:val="28"/>
        </w:rPr>
        <w:t>ідставляємо</w:t>
      </w:r>
      <w:proofErr w:type="spellEnd"/>
      <w:r w:rsidRPr="0092245F">
        <w:rPr>
          <w:sz w:val="28"/>
          <w:szCs w:val="28"/>
        </w:rPr>
        <w:t>:</w:t>
      </w:r>
    </w:p>
    <w:p w:rsidR="00300778" w:rsidRPr="0092245F" w:rsidRDefault="00300778" w:rsidP="007D48CA">
      <w:pPr>
        <w:pStyle w:val="aff8"/>
        <w:ind w:left="360"/>
        <w:rPr>
          <w:rStyle w:val="relative"/>
          <w:sz w:val="28"/>
          <w:szCs w:val="28"/>
        </w:rPr>
      </w:pPr>
      <w:bookmarkStart w:id="0" w:name="_GoBack"/>
      <w:bookmarkEnd w:id="0"/>
      <w:r w:rsidRPr="0092245F">
        <w:rPr>
          <w:rStyle w:val="katex-mathml"/>
          <w:sz w:val="28"/>
          <w:szCs w:val="28"/>
        </w:rPr>
        <w:t>W=7,0+11,0</w:t>
      </w:r>
      <w:r w:rsidR="00FA4FD6" w:rsidRPr="0092245F">
        <w:rPr>
          <w:rStyle w:val="katex-mathml"/>
          <w:sz w:val="28"/>
          <w:szCs w:val="28"/>
          <w:lang w:val="uk-UA"/>
        </w:rPr>
        <w:t xml:space="preserve"> </w:t>
      </w:r>
      <w:r w:rsidRPr="0092245F">
        <w:rPr>
          <w:rStyle w:val="katex-mathml"/>
          <w:sz w:val="28"/>
          <w:szCs w:val="28"/>
        </w:rPr>
        <w:t>−</w:t>
      </w:r>
      <w:r w:rsidR="00FA4FD6" w:rsidRPr="0092245F">
        <w:rPr>
          <w:rStyle w:val="katex-mathml"/>
          <w:sz w:val="28"/>
          <w:szCs w:val="28"/>
          <w:lang w:val="uk-UA"/>
        </w:rPr>
        <w:t xml:space="preserve"> </w:t>
      </w:r>
      <m:oMath>
        <m:f>
          <m:fPr>
            <m:ctrlPr>
              <w:rPr>
                <w:rStyle w:val="katex-mathml"/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Style w:val="katex-mathml"/>
                <w:rFonts w:ascii="Cambria Math" w:hAnsi="Cambria Math"/>
                <w:sz w:val="28"/>
                <w:szCs w:val="28"/>
                <w:lang w:val="uk-UA"/>
              </w:rPr>
              <m:t>7,0</m:t>
            </m:r>
            <m:r>
              <m:rPr>
                <m:sty m:val="p"/>
              </m:rPr>
              <w:rPr>
                <w:rStyle w:val="katex-mathml"/>
                <w:rFonts w:ascii="Cambria Math" w:hAnsi="Cambria Math"/>
                <w:sz w:val="28"/>
                <w:szCs w:val="28"/>
              </w:rPr>
              <m:t>×11,0</m:t>
            </m:r>
            <m:r>
              <m:rPr>
                <m:sty m:val="p"/>
              </m:rPr>
              <w:rPr>
                <w:rStyle w:val="katex-mathml"/>
                <w:rFonts w:ascii="Cambria Math" w:hAnsi="Cambria Math"/>
                <w:sz w:val="28"/>
                <w:szCs w:val="28"/>
                <w:lang w:val="uk-UA"/>
              </w:rPr>
              <m:t xml:space="preserve">   </m:t>
            </m:r>
          </m:num>
          <m:den>
            <m:r>
              <w:rPr>
                <w:rStyle w:val="katex-mathml"/>
                <w:rFonts w:ascii="Cambria Math" w:hAnsi="Cambria Math"/>
                <w:sz w:val="28"/>
                <w:szCs w:val="28"/>
                <w:lang w:val="uk-UA"/>
              </w:rPr>
              <m:t>100</m:t>
            </m:r>
          </m:den>
        </m:f>
      </m:oMath>
      <w:r w:rsidR="00353BFA" w:rsidRPr="0092245F">
        <w:rPr>
          <w:rStyle w:val="katex-mathml"/>
          <w:sz w:val="28"/>
          <w:szCs w:val="28"/>
          <w:lang w:val="uk-UA"/>
        </w:rPr>
        <w:t xml:space="preserve">  </w:t>
      </w:r>
      <w:r w:rsidR="00353BFA" w:rsidRPr="0092245F">
        <w:rPr>
          <w:rStyle w:val="katex-mathml"/>
          <w:sz w:val="28"/>
          <w:szCs w:val="28"/>
          <w:lang w:val="uk-UA"/>
        </w:rPr>
        <w:br/>
      </w:r>
      <w:r w:rsidRPr="0092245F">
        <w:rPr>
          <w:rStyle w:val="mord"/>
          <w:sz w:val="28"/>
          <w:szCs w:val="28"/>
        </w:rPr>
        <w:t>W</w:t>
      </w:r>
      <w:r w:rsidRPr="0092245F">
        <w:rPr>
          <w:rStyle w:val="mrel"/>
          <w:sz w:val="28"/>
          <w:szCs w:val="28"/>
        </w:rPr>
        <w:t>=</w:t>
      </w:r>
      <w:r w:rsidRPr="0092245F">
        <w:rPr>
          <w:rStyle w:val="mord"/>
          <w:sz w:val="28"/>
          <w:szCs w:val="28"/>
        </w:rPr>
        <w:t>18</w:t>
      </w:r>
      <w:r w:rsidRPr="0092245F">
        <w:rPr>
          <w:rStyle w:val="mpunct"/>
          <w:sz w:val="28"/>
          <w:szCs w:val="28"/>
        </w:rPr>
        <w:t>,</w:t>
      </w:r>
      <w:r w:rsidRPr="0092245F">
        <w:rPr>
          <w:rStyle w:val="mord"/>
          <w:sz w:val="28"/>
          <w:szCs w:val="28"/>
        </w:rPr>
        <w:t>0</w:t>
      </w:r>
      <w:r w:rsidR="00353BFA" w:rsidRPr="0092245F">
        <w:rPr>
          <w:rStyle w:val="mord"/>
          <w:sz w:val="28"/>
          <w:szCs w:val="28"/>
          <w:lang w:val="uk-UA"/>
        </w:rPr>
        <w:t xml:space="preserve"> </w:t>
      </w:r>
      <w:r w:rsidRPr="0092245F">
        <w:rPr>
          <w:rStyle w:val="mbin"/>
          <w:sz w:val="28"/>
          <w:szCs w:val="28"/>
        </w:rPr>
        <w:t>−</w:t>
      </w:r>
      <w:r w:rsidR="00353BFA" w:rsidRPr="0092245F">
        <w:rPr>
          <w:rStyle w:val="mbin"/>
          <w:sz w:val="28"/>
          <w:szCs w:val="28"/>
          <w:lang w:val="uk-UA"/>
        </w:rPr>
        <w:t xml:space="preserve"> </w:t>
      </w:r>
      <m:oMath>
        <m:f>
          <m:fPr>
            <m:ctrlPr>
              <w:rPr>
                <w:rStyle w:val="mbin"/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Style w:val="mbin"/>
                <w:rFonts w:ascii="Cambria Math" w:hAnsi="Cambria Math"/>
                <w:sz w:val="28"/>
                <w:szCs w:val="28"/>
                <w:lang w:val="uk-UA"/>
              </w:rPr>
              <m:t>77</m:t>
            </m:r>
          </m:num>
          <m:den>
            <m:r>
              <w:rPr>
                <w:rStyle w:val="mbin"/>
                <w:rFonts w:ascii="Cambria Math" w:hAnsi="Cambria Math"/>
                <w:sz w:val="28"/>
                <w:szCs w:val="28"/>
                <w:lang w:val="uk-UA"/>
              </w:rPr>
              <m:t>100</m:t>
            </m:r>
          </m:den>
        </m:f>
      </m:oMath>
      <w:r w:rsidR="00353BFA" w:rsidRPr="0092245F">
        <w:rPr>
          <w:rStyle w:val="katex-mathml"/>
          <w:sz w:val="28"/>
          <w:szCs w:val="28"/>
          <w:lang w:val="uk-UA"/>
        </w:rPr>
        <w:br/>
      </w:r>
      <w:r w:rsidRPr="0092245F">
        <w:rPr>
          <w:rStyle w:val="katex-mathml"/>
          <w:sz w:val="28"/>
          <w:szCs w:val="28"/>
        </w:rPr>
        <w:t>W = 18,0 - 0,77</w:t>
      </w:r>
      <w:r w:rsidR="00353BFA" w:rsidRPr="0092245F">
        <w:rPr>
          <w:rStyle w:val="katex-mathml"/>
          <w:sz w:val="28"/>
          <w:szCs w:val="28"/>
          <w:lang w:val="uk-UA"/>
        </w:rPr>
        <w:br/>
      </w:r>
      <w:r w:rsidR="00353BFA" w:rsidRPr="0092245F">
        <w:rPr>
          <w:rStyle w:val="katex-mathml"/>
          <w:sz w:val="28"/>
          <w:szCs w:val="28"/>
        </w:rPr>
        <w:t>W = 17,23</w:t>
      </w:r>
      <w:r w:rsidR="00353BFA" w:rsidRPr="0092245F">
        <w:rPr>
          <w:rStyle w:val="katex-mathml"/>
          <w:sz w:val="28"/>
          <w:szCs w:val="28"/>
          <w:lang w:val="uk-UA"/>
        </w:rPr>
        <w:t>%</w:t>
      </w:r>
    </w:p>
    <w:p w:rsidR="00B16A46" w:rsidRPr="0092245F" w:rsidRDefault="00300778" w:rsidP="00353BFA">
      <w:pPr>
        <w:pStyle w:val="not-prose"/>
        <w:rPr>
          <w:sz w:val="28"/>
          <w:szCs w:val="28"/>
          <w:lang w:val="uk-UA"/>
        </w:rPr>
      </w:pPr>
      <w:r w:rsidRPr="0092245F">
        <w:rPr>
          <w:sz w:val="28"/>
          <w:szCs w:val="28"/>
        </w:rPr>
        <w:lastRenderedPageBreak/>
        <w:t xml:space="preserve"> </w:t>
      </w:r>
      <w:proofErr w:type="spellStart"/>
      <w:r w:rsidRPr="0092245F">
        <w:rPr>
          <w:rStyle w:val="af6"/>
          <w:sz w:val="28"/>
          <w:szCs w:val="28"/>
        </w:rPr>
        <w:t>Висновок</w:t>
      </w:r>
      <w:proofErr w:type="spellEnd"/>
      <w:r w:rsidRPr="0092245F">
        <w:rPr>
          <w:rStyle w:val="af6"/>
          <w:sz w:val="28"/>
          <w:szCs w:val="28"/>
        </w:rPr>
        <w:t xml:space="preserve"> </w:t>
      </w:r>
      <w:r w:rsidR="00353BFA" w:rsidRPr="0092245F">
        <w:rPr>
          <w:rStyle w:val="af6"/>
          <w:sz w:val="28"/>
          <w:szCs w:val="28"/>
          <w:lang w:val="uk-UA"/>
        </w:rPr>
        <w:t xml:space="preserve">: </w:t>
      </w:r>
      <w:proofErr w:type="spellStart"/>
      <w:r w:rsidRPr="0092245F">
        <w:rPr>
          <w:sz w:val="28"/>
          <w:szCs w:val="28"/>
        </w:rPr>
        <w:t>попереднє</w:t>
      </w:r>
      <w:proofErr w:type="spellEnd"/>
      <w:r w:rsidRPr="0092245F">
        <w:rPr>
          <w:sz w:val="28"/>
          <w:szCs w:val="28"/>
        </w:rPr>
        <w:t xml:space="preserve"> </w:t>
      </w:r>
      <w:proofErr w:type="spellStart"/>
      <w:proofErr w:type="gramStart"/>
      <w:r w:rsidRPr="0092245F">
        <w:rPr>
          <w:sz w:val="28"/>
          <w:szCs w:val="28"/>
        </w:rPr>
        <w:t>п</w:t>
      </w:r>
      <w:proofErr w:type="gramEnd"/>
      <w:r w:rsidRPr="0092245F">
        <w:rPr>
          <w:sz w:val="28"/>
          <w:szCs w:val="28"/>
        </w:rPr>
        <w:t>ідсушування</w:t>
      </w:r>
      <w:proofErr w:type="spellEnd"/>
      <w:r w:rsidRPr="0092245F">
        <w:rPr>
          <w:sz w:val="28"/>
          <w:szCs w:val="28"/>
        </w:rPr>
        <w:t xml:space="preserve"> </w:t>
      </w:r>
      <w:proofErr w:type="spellStart"/>
      <w:r w:rsidRPr="0092245F">
        <w:rPr>
          <w:sz w:val="28"/>
          <w:szCs w:val="28"/>
        </w:rPr>
        <w:t>застосовують</w:t>
      </w:r>
      <w:proofErr w:type="spellEnd"/>
      <w:r w:rsidRPr="0092245F">
        <w:rPr>
          <w:sz w:val="28"/>
          <w:szCs w:val="28"/>
        </w:rPr>
        <w:t xml:space="preserve"> для зерна з </w:t>
      </w:r>
      <w:proofErr w:type="spellStart"/>
      <w:r w:rsidRPr="0092245F">
        <w:rPr>
          <w:sz w:val="28"/>
          <w:szCs w:val="28"/>
        </w:rPr>
        <w:t>вологістю</w:t>
      </w:r>
      <w:proofErr w:type="spellEnd"/>
      <w:r w:rsidRPr="0092245F">
        <w:rPr>
          <w:sz w:val="28"/>
          <w:szCs w:val="28"/>
        </w:rPr>
        <w:t xml:space="preserve"> </w:t>
      </w:r>
      <w:proofErr w:type="spellStart"/>
      <w:r w:rsidRPr="0092245F">
        <w:rPr>
          <w:sz w:val="28"/>
          <w:szCs w:val="28"/>
        </w:rPr>
        <w:t>понад</w:t>
      </w:r>
      <w:proofErr w:type="spellEnd"/>
      <w:r w:rsidRPr="0092245F">
        <w:rPr>
          <w:sz w:val="28"/>
          <w:szCs w:val="28"/>
        </w:rPr>
        <w:t xml:space="preserve"> 17%, </w:t>
      </w:r>
      <w:proofErr w:type="spellStart"/>
      <w:r w:rsidRPr="0092245F">
        <w:rPr>
          <w:sz w:val="28"/>
          <w:szCs w:val="28"/>
        </w:rPr>
        <w:t>щоб</w:t>
      </w:r>
      <w:proofErr w:type="spellEnd"/>
      <w:r w:rsidRPr="0092245F">
        <w:rPr>
          <w:sz w:val="28"/>
          <w:szCs w:val="28"/>
        </w:rPr>
        <w:t xml:space="preserve"> </w:t>
      </w:r>
      <w:proofErr w:type="spellStart"/>
      <w:r w:rsidRPr="0092245F">
        <w:rPr>
          <w:sz w:val="28"/>
          <w:szCs w:val="28"/>
        </w:rPr>
        <w:t>уникнути</w:t>
      </w:r>
      <w:proofErr w:type="spellEnd"/>
      <w:r w:rsidRPr="0092245F">
        <w:rPr>
          <w:sz w:val="28"/>
          <w:szCs w:val="28"/>
        </w:rPr>
        <w:t xml:space="preserve"> «</w:t>
      </w:r>
      <w:proofErr w:type="spellStart"/>
      <w:r w:rsidRPr="0092245F">
        <w:rPr>
          <w:sz w:val="28"/>
          <w:szCs w:val="28"/>
        </w:rPr>
        <w:t>запарювання</w:t>
      </w:r>
      <w:proofErr w:type="spellEnd"/>
      <w:r w:rsidRPr="0092245F">
        <w:rPr>
          <w:sz w:val="28"/>
          <w:szCs w:val="28"/>
        </w:rPr>
        <w:t xml:space="preserve">» та </w:t>
      </w:r>
      <w:proofErr w:type="spellStart"/>
      <w:r w:rsidRPr="0092245F">
        <w:rPr>
          <w:sz w:val="28"/>
          <w:szCs w:val="28"/>
        </w:rPr>
        <w:t>похибок</w:t>
      </w:r>
      <w:proofErr w:type="spellEnd"/>
      <w:r w:rsidRPr="0092245F">
        <w:rPr>
          <w:sz w:val="28"/>
          <w:szCs w:val="28"/>
        </w:rPr>
        <w:t xml:space="preserve"> при </w:t>
      </w:r>
      <w:proofErr w:type="spellStart"/>
      <w:r w:rsidRPr="0092245F">
        <w:rPr>
          <w:sz w:val="28"/>
          <w:szCs w:val="28"/>
        </w:rPr>
        <w:t>визначенні</w:t>
      </w:r>
      <w:proofErr w:type="spellEnd"/>
      <w:r w:rsidRPr="0092245F">
        <w:rPr>
          <w:sz w:val="28"/>
          <w:szCs w:val="28"/>
        </w:rPr>
        <w:t xml:space="preserve"> </w:t>
      </w:r>
      <w:proofErr w:type="spellStart"/>
      <w:r w:rsidRPr="0092245F">
        <w:rPr>
          <w:sz w:val="28"/>
          <w:szCs w:val="28"/>
        </w:rPr>
        <w:t>вологості</w:t>
      </w:r>
      <w:proofErr w:type="spellEnd"/>
      <w:r w:rsidRPr="0092245F">
        <w:rPr>
          <w:sz w:val="28"/>
          <w:szCs w:val="28"/>
        </w:rPr>
        <w:t>.</w:t>
      </w:r>
    </w:p>
    <w:p w:rsidR="00E7741A" w:rsidRPr="00353BFA" w:rsidRDefault="00194C9C">
      <w:pPr>
        <w:rPr>
          <w:b/>
          <w:lang w:val="ru-RU"/>
        </w:rPr>
      </w:pPr>
      <w:r w:rsidRPr="007D48CA">
        <w:rPr>
          <w:b/>
          <w:lang w:val="uk-UA"/>
        </w:rPr>
        <w:t>Завдання 3. Визначити вміст смітної, зернової, елементів шкідливої, мінеральної та інших домішок у зразках зерна пшениці.</w:t>
      </w:r>
      <w:r w:rsidR="00E7741A" w:rsidRPr="007D48CA">
        <w:rPr>
          <w:b/>
          <w:lang w:val="uk-UA"/>
        </w:rPr>
        <w:br/>
      </w:r>
      <w:proofErr w:type="spellStart"/>
      <w:r w:rsidR="00E7741A">
        <w:rPr>
          <w:b/>
          <w:lang w:val="ru-RU"/>
        </w:rPr>
        <w:t>Визначити</w:t>
      </w:r>
      <w:proofErr w:type="spellEnd"/>
      <w:r w:rsidR="00E7741A">
        <w:rPr>
          <w:b/>
          <w:lang w:val="ru-RU"/>
        </w:rPr>
        <w:t xml:space="preserve"> </w:t>
      </w:r>
      <w:proofErr w:type="spellStart"/>
      <w:r w:rsidR="00E7741A">
        <w:rPr>
          <w:b/>
          <w:lang w:val="ru-RU"/>
        </w:rPr>
        <w:t>вміст</w:t>
      </w:r>
      <w:proofErr w:type="spellEnd"/>
      <w:r w:rsidR="00E7741A">
        <w:rPr>
          <w:b/>
          <w:lang w:val="ru-RU"/>
        </w:rPr>
        <w:t xml:space="preserve"> </w:t>
      </w:r>
      <w:proofErr w:type="spellStart"/>
      <w:r w:rsidR="00E7741A">
        <w:rPr>
          <w:b/>
          <w:lang w:val="ru-RU"/>
        </w:rPr>
        <w:t>домішок</w:t>
      </w:r>
      <w:proofErr w:type="spellEnd"/>
      <w:r w:rsidR="00E7741A">
        <w:rPr>
          <w:b/>
          <w:lang w:val="ru-RU"/>
        </w:rPr>
        <w:t xml:space="preserve"> у </w:t>
      </w:r>
      <w:proofErr w:type="spellStart"/>
      <w:r w:rsidR="00E7741A">
        <w:rPr>
          <w:b/>
          <w:lang w:val="ru-RU"/>
        </w:rPr>
        <w:t>зразках</w:t>
      </w:r>
      <w:proofErr w:type="spellEnd"/>
      <w:r w:rsidR="00E7741A">
        <w:rPr>
          <w:b/>
          <w:lang w:val="ru-RU"/>
        </w:rPr>
        <w:t xml:space="preserve"> зерна </w:t>
      </w:r>
      <w:proofErr w:type="spellStart"/>
      <w:r w:rsidR="00E7741A">
        <w:rPr>
          <w:b/>
          <w:lang w:val="ru-RU"/>
        </w:rPr>
        <w:t>пшениці</w:t>
      </w:r>
      <w:proofErr w:type="spellEnd"/>
      <w:r w:rsidR="00E7741A">
        <w:rPr>
          <w:b/>
          <w:lang w:val="ru-RU"/>
        </w:rPr>
        <w:t xml:space="preserve">. </w:t>
      </w:r>
      <w:proofErr w:type="spellStart"/>
      <w:r w:rsidR="00E7741A" w:rsidRPr="00700A49">
        <w:rPr>
          <w:lang w:val="ru-RU"/>
        </w:rPr>
        <w:t>Результати</w:t>
      </w:r>
      <w:proofErr w:type="spellEnd"/>
      <w:r w:rsidR="00E7741A" w:rsidRPr="00700A49">
        <w:rPr>
          <w:lang w:val="ru-RU"/>
        </w:rPr>
        <w:t xml:space="preserve"> </w:t>
      </w:r>
      <w:proofErr w:type="spellStart"/>
      <w:r w:rsidR="00E7741A" w:rsidRPr="00700A49">
        <w:rPr>
          <w:lang w:val="ru-RU"/>
        </w:rPr>
        <w:t>дослідж</w:t>
      </w:r>
      <w:r w:rsidR="00E7741A">
        <w:rPr>
          <w:lang w:val="ru-RU"/>
        </w:rPr>
        <w:t>ень</w:t>
      </w:r>
      <w:proofErr w:type="spellEnd"/>
      <w:r w:rsidR="00E7741A">
        <w:rPr>
          <w:lang w:val="ru-RU"/>
        </w:rPr>
        <w:t xml:space="preserve"> занести до табл. 3.4 </w:t>
      </w:r>
      <w:r w:rsidR="00E7741A" w:rsidRPr="00700A49">
        <w:rPr>
          <w:lang w:val="ru-RU"/>
        </w:rPr>
        <w:t xml:space="preserve"> </w:t>
      </w:r>
      <w:r w:rsidR="00353BFA">
        <w:rPr>
          <w:lang w:val="ru-RU"/>
        </w:rPr>
        <w:br/>
      </w:r>
      <w:r w:rsidR="00E7741A" w:rsidRPr="00700A49">
        <w:rPr>
          <w:lang w:val="ru-RU"/>
        </w:rPr>
        <w:t xml:space="preserve">  </w:t>
      </w:r>
      <w:proofErr w:type="spellStart"/>
      <w:r w:rsidR="00353BFA" w:rsidRPr="00353BFA">
        <w:rPr>
          <w:lang w:val="ru-RU"/>
        </w:rPr>
        <w:t>Домішки</w:t>
      </w:r>
      <w:proofErr w:type="spellEnd"/>
      <w:r w:rsidR="00353BFA" w:rsidRPr="00353BFA">
        <w:rPr>
          <w:lang w:val="ru-RU"/>
        </w:rPr>
        <w:t xml:space="preserve"> </w:t>
      </w:r>
      <w:proofErr w:type="spellStart"/>
      <w:r w:rsidR="00353BFA" w:rsidRPr="00353BFA">
        <w:rPr>
          <w:lang w:val="ru-RU"/>
        </w:rPr>
        <w:t>поділяють</w:t>
      </w:r>
      <w:proofErr w:type="spellEnd"/>
      <w:r w:rsidR="00353BFA" w:rsidRPr="00353BFA">
        <w:rPr>
          <w:lang w:val="ru-RU"/>
        </w:rPr>
        <w:t xml:space="preserve"> на </w:t>
      </w:r>
      <w:proofErr w:type="spellStart"/>
      <w:r w:rsidR="00353BFA" w:rsidRPr="00353BFA">
        <w:rPr>
          <w:lang w:val="ru-RU"/>
        </w:rPr>
        <w:t>зернову</w:t>
      </w:r>
      <w:proofErr w:type="spellEnd"/>
      <w:r w:rsidR="00353BFA" w:rsidRPr="00353BFA">
        <w:rPr>
          <w:lang w:val="ru-RU"/>
        </w:rPr>
        <w:t xml:space="preserve"> і </w:t>
      </w:r>
      <w:proofErr w:type="spellStart"/>
      <w:r w:rsidR="00353BFA" w:rsidRPr="00353BFA">
        <w:rPr>
          <w:lang w:val="ru-RU"/>
        </w:rPr>
        <w:t>смітну</w:t>
      </w:r>
      <w:proofErr w:type="spellEnd"/>
      <w:r w:rsidR="00353BFA" w:rsidRPr="00353BFA">
        <w:rPr>
          <w:lang w:val="ru-RU"/>
        </w:rPr>
        <w:t xml:space="preserve"> (у </w:t>
      </w:r>
      <w:proofErr w:type="spellStart"/>
      <w:r w:rsidR="00353BFA" w:rsidRPr="00353BFA">
        <w:rPr>
          <w:lang w:val="ru-RU"/>
        </w:rPr>
        <w:t>складі</w:t>
      </w:r>
      <w:proofErr w:type="spellEnd"/>
      <w:r w:rsidR="00353BFA" w:rsidRPr="00353BFA">
        <w:rPr>
          <w:lang w:val="ru-RU"/>
        </w:rPr>
        <w:t xml:space="preserve"> </w:t>
      </w:r>
      <w:proofErr w:type="spellStart"/>
      <w:r w:rsidR="00353BFA" w:rsidRPr="00353BFA">
        <w:rPr>
          <w:lang w:val="ru-RU"/>
        </w:rPr>
        <w:t>смітної</w:t>
      </w:r>
      <w:proofErr w:type="spellEnd"/>
      <w:r w:rsidR="00353BFA" w:rsidRPr="00353BFA">
        <w:rPr>
          <w:lang w:val="ru-RU"/>
        </w:rPr>
        <w:t xml:space="preserve"> — </w:t>
      </w:r>
      <w:proofErr w:type="spellStart"/>
      <w:r w:rsidR="00353BFA" w:rsidRPr="00353BFA">
        <w:rPr>
          <w:lang w:val="ru-RU"/>
        </w:rPr>
        <w:t>шкідлива</w:t>
      </w:r>
      <w:proofErr w:type="spellEnd"/>
      <w:r w:rsidR="00353BFA" w:rsidRPr="00353BFA">
        <w:rPr>
          <w:lang w:val="ru-RU"/>
        </w:rPr>
        <w:t xml:space="preserve">, </w:t>
      </w:r>
      <w:proofErr w:type="spellStart"/>
      <w:r w:rsidR="00353BFA" w:rsidRPr="00353BFA">
        <w:rPr>
          <w:lang w:val="ru-RU"/>
        </w:rPr>
        <w:t>мінеральна</w:t>
      </w:r>
      <w:proofErr w:type="spellEnd"/>
      <w:r w:rsidR="00353BFA" w:rsidRPr="00353BFA">
        <w:rPr>
          <w:lang w:val="ru-RU"/>
        </w:rPr>
        <w:t xml:space="preserve">, </w:t>
      </w:r>
      <w:proofErr w:type="spellStart"/>
      <w:r w:rsidR="00353BFA" w:rsidRPr="00353BFA">
        <w:rPr>
          <w:lang w:val="ru-RU"/>
        </w:rPr>
        <w:t>органічна</w:t>
      </w:r>
      <w:proofErr w:type="spellEnd"/>
      <w:r w:rsidR="00353BFA" w:rsidRPr="00353BFA">
        <w:rPr>
          <w:lang w:val="ru-RU"/>
        </w:rPr>
        <w:t xml:space="preserve"> </w:t>
      </w:r>
      <w:proofErr w:type="spellStart"/>
      <w:r w:rsidR="00353BFA" w:rsidRPr="00353BFA">
        <w:rPr>
          <w:lang w:val="ru-RU"/>
        </w:rPr>
        <w:t>тощо</w:t>
      </w:r>
      <w:proofErr w:type="spellEnd"/>
      <w:r w:rsidR="00353BFA" w:rsidRPr="00353BFA">
        <w:rPr>
          <w:lang w:val="ru-RU"/>
        </w:rPr>
        <w:t>).</w:t>
      </w:r>
      <w:r w:rsidR="00E7741A" w:rsidRPr="00700A49">
        <w:rPr>
          <w:lang w:val="ru-RU"/>
        </w:rPr>
        <w:t xml:space="preserve">                            </w:t>
      </w:r>
      <w:r w:rsidR="00E7741A">
        <w:rPr>
          <w:lang w:val="ru-RU"/>
        </w:rPr>
        <w:t xml:space="preserve">        </w:t>
      </w:r>
      <w:r w:rsidR="00353BFA">
        <w:rPr>
          <w:lang w:val="ru-RU"/>
        </w:rPr>
        <w:br/>
      </w:r>
      <w:proofErr w:type="spellStart"/>
      <w:r w:rsidR="00E7741A" w:rsidRPr="00E7741A">
        <w:rPr>
          <w:sz w:val="24"/>
          <w:szCs w:val="24"/>
          <w:lang w:val="ru-RU"/>
        </w:rPr>
        <w:t>Таблиця</w:t>
      </w:r>
      <w:proofErr w:type="spellEnd"/>
      <w:r w:rsidR="00E7741A" w:rsidRPr="00E7741A">
        <w:rPr>
          <w:sz w:val="24"/>
          <w:szCs w:val="24"/>
          <w:lang w:val="ru-RU"/>
        </w:rPr>
        <w:t xml:space="preserve"> 3.4</w:t>
      </w:r>
      <w:r w:rsidR="00353BFA">
        <w:rPr>
          <w:b/>
          <w:lang w:val="ru-RU"/>
        </w:rPr>
        <w:br/>
      </w:r>
      <w:proofErr w:type="spellStart"/>
      <w:r w:rsidR="00353BFA">
        <w:rPr>
          <w:b/>
          <w:lang w:val="ru-RU"/>
        </w:rPr>
        <w:t>Вміст</w:t>
      </w:r>
      <w:proofErr w:type="spellEnd"/>
      <w:r w:rsidR="00353BFA">
        <w:rPr>
          <w:b/>
          <w:lang w:val="ru-RU"/>
        </w:rPr>
        <w:t xml:space="preserve"> </w:t>
      </w:r>
      <w:proofErr w:type="spellStart"/>
      <w:r w:rsidR="00353BFA">
        <w:rPr>
          <w:b/>
          <w:lang w:val="ru-RU"/>
        </w:rPr>
        <w:t>домішок</w:t>
      </w:r>
      <w:proofErr w:type="spellEnd"/>
      <w:r w:rsidR="00353BFA">
        <w:rPr>
          <w:b/>
          <w:lang w:val="ru-RU"/>
        </w:rPr>
        <w:t xml:space="preserve"> зерна </w:t>
      </w:r>
      <w:proofErr w:type="spellStart"/>
      <w:r w:rsidR="00353BFA">
        <w:rPr>
          <w:b/>
          <w:lang w:val="ru-RU"/>
        </w:rPr>
        <w:t>пшениці</w:t>
      </w:r>
      <w:proofErr w:type="spellEnd"/>
    </w:p>
    <w:tbl>
      <w:tblPr>
        <w:tblStyle w:val="aff0"/>
        <w:tblW w:w="0" w:type="auto"/>
        <w:tblLook w:val="04A0" w:firstRow="1" w:lastRow="0" w:firstColumn="1" w:lastColumn="0" w:noHBand="0" w:noVBand="1"/>
      </w:tblPr>
      <w:tblGrid>
        <w:gridCol w:w="1673"/>
        <w:gridCol w:w="1554"/>
        <w:gridCol w:w="2268"/>
        <w:gridCol w:w="3361"/>
      </w:tblGrid>
      <w:tr w:rsidR="00E7741A" w:rsidRPr="007D48CA" w:rsidTr="00E7741A">
        <w:tc>
          <w:tcPr>
            <w:tcW w:w="5495" w:type="dxa"/>
            <w:gridSpan w:val="3"/>
            <w:vAlign w:val="center"/>
          </w:tcPr>
          <w:p w:rsidR="00E7741A" w:rsidRPr="00E7741A" w:rsidRDefault="00E7741A" w:rsidP="00E7741A">
            <w:pPr>
              <w:jc w:val="center"/>
              <w:rPr>
                <w:b/>
                <w:lang w:val="ru-RU"/>
              </w:rPr>
            </w:pPr>
            <w:proofErr w:type="spellStart"/>
            <w:r w:rsidRPr="00E7741A">
              <w:rPr>
                <w:b/>
                <w:lang w:val="ru-RU"/>
              </w:rPr>
              <w:t>Вмі</w:t>
            </w:r>
            <w:proofErr w:type="gramStart"/>
            <w:r w:rsidRPr="00E7741A">
              <w:rPr>
                <w:b/>
                <w:lang w:val="ru-RU"/>
              </w:rPr>
              <w:t>ст</w:t>
            </w:r>
            <w:proofErr w:type="spellEnd"/>
            <w:proofErr w:type="gramEnd"/>
            <w:r w:rsidRPr="00E7741A">
              <w:rPr>
                <w:b/>
                <w:lang w:val="ru-RU"/>
              </w:rPr>
              <w:t xml:space="preserve"> </w:t>
            </w:r>
            <w:proofErr w:type="spellStart"/>
            <w:r w:rsidRPr="00E7741A">
              <w:rPr>
                <w:b/>
                <w:lang w:val="ru-RU"/>
              </w:rPr>
              <w:t>смітної</w:t>
            </w:r>
            <w:proofErr w:type="spellEnd"/>
            <w:r w:rsidRPr="00E7741A">
              <w:rPr>
                <w:b/>
                <w:lang w:val="ru-RU"/>
              </w:rPr>
              <w:t xml:space="preserve"> </w:t>
            </w:r>
            <w:proofErr w:type="spellStart"/>
            <w:r w:rsidRPr="00E7741A">
              <w:rPr>
                <w:b/>
                <w:lang w:val="ru-RU"/>
              </w:rPr>
              <w:t>домішки</w:t>
            </w:r>
            <w:proofErr w:type="spellEnd"/>
            <w:r w:rsidRPr="00E7741A">
              <w:rPr>
                <w:b/>
                <w:lang w:val="ru-RU"/>
              </w:rPr>
              <w:t xml:space="preserve"> зерна </w:t>
            </w:r>
            <w:proofErr w:type="spellStart"/>
            <w:r w:rsidRPr="00E7741A">
              <w:rPr>
                <w:b/>
                <w:lang w:val="ru-RU"/>
              </w:rPr>
              <w:t>пшениці</w:t>
            </w:r>
            <w:proofErr w:type="spellEnd"/>
            <w:r w:rsidRPr="00E7741A">
              <w:rPr>
                <w:b/>
                <w:lang w:val="ru-RU"/>
              </w:rPr>
              <w:t>, %</w:t>
            </w:r>
          </w:p>
        </w:tc>
        <w:tc>
          <w:tcPr>
            <w:tcW w:w="3361" w:type="dxa"/>
            <w:vMerge w:val="restart"/>
            <w:vAlign w:val="center"/>
          </w:tcPr>
          <w:p w:rsidR="00E7741A" w:rsidRPr="00E7741A" w:rsidRDefault="00E7741A" w:rsidP="00E7741A">
            <w:pPr>
              <w:jc w:val="center"/>
              <w:rPr>
                <w:b/>
                <w:lang w:val="ru-RU"/>
              </w:rPr>
            </w:pPr>
            <w:proofErr w:type="spellStart"/>
            <w:r w:rsidRPr="00E7741A">
              <w:rPr>
                <w:b/>
                <w:lang w:val="ru-RU"/>
              </w:rPr>
              <w:t>Вмі</w:t>
            </w:r>
            <w:proofErr w:type="gramStart"/>
            <w:r w:rsidRPr="00E7741A">
              <w:rPr>
                <w:b/>
                <w:lang w:val="ru-RU"/>
              </w:rPr>
              <w:t>ст</w:t>
            </w:r>
            <w:proofErr w:type="spellEnd"/>
            <w:proofErr w:type="gramEnd"/>
            <w:r w:rsidRPr="00E7741A">
              <w:rPr>
                <w:b/>
                <w:lang w:val="ru-RU"/>
              </w:rPr>
              <w:t xml:space="preserve"> </w:t>
            </w:r>
            <w:proofErr w:type="spellStart"/>
            <w:r w:rsidRPr="00E7741A">
              <w:rPr>
                <w:b/>
                <w:lang w:val="ru-RU"/>
              </w:rPr>
              <w:t>зернової</w:t>
            </w:r>
            <w:proofErr w:type="spellEnd"/>
            <w:r w:rsidRPr="00E7741A">
              <w:rPr>
                <w:b/>
                <w:lang w:val="ru-RU"/>
              </w:rPr>
              <w:t xml:space="preserve"> </w:t>
            </w:r>
            <w:proofErr w:type="spellStart"/>
            <w:r w:rsidRPr="00E7741A">
              <w:rPr>
                <w:b/>
                <w:lang w:val="ru-RU"/>
              </w:rPr>
              <w:t>домішки</w:t>
            </w:r>
            <w:proofErr w:type="spellEnd"/>
            <w:r w:rsidRPr="00E7741A">
              <w:rPr>
                <w:b/>
                <w:lang w:val="ru-RU"/>
              </w:rPr>
              <w:t xml:space="preserve"> зерна </w:t>
            </w:r>
            <w:proofErr w:type="spellStart"/>
            <w:r w:rsidRPr="00E7741A">
              <w:rPr>
                <w:b/>
                <w:lang w:val="ru-RU"/>
              </w:rPr>
              <w:t>пшениці</w:t>
            </w:r>
            <w:proofErr w:type="spellEnd"/>
            <w:r w:rsidRPr="00E7741A">
              <w:rPr>
                <w:b/>
                <w:lang w:val="ru-RU"/>
              </w:rPr>
              <w:t>, %</w:t>
            </w:r>
          </w:p>
        </w:tc>
      </w:tr>
      <w:tr w:rsidR="00E7741A" w:rsidTr="00E7741A">
        <w:tc>
          <w:tcPr>
            <w:tcW w:w="1673" w:type="dxa"/>
            <w:vAlign w:val="center"/>
          </w:tcPr>
          <w:p w:rsidR="00E7741A" w:rsidRPr="00E7741A" w:rsidRDefault="00E7741A" w:rsidP="00E7741A">
            <w:pPr>
              <w:jc w:val="center"/>
              <w:rPr>
                <w:lang w:val="ru-RU"/>
              </w:rPr>
            </w:pPr>
            <w:proofErr w:type="spellStart"/>
            <w:proofErr w:type="gramStart"/>
            <w:r w:rsidRPr="00E7741A">
              <w:rPr>
                <w:lang w:val="ru-RU"/>
              </w:rPr>
              <w:t>м</w:t>
            </w:r>
            <w:proofErr w:type="gramEnd"/>
            <w:r w:rsidRPr="00E7741A">
              <w:rPr>
                <w:lang w:val="ru-RU"/>
              </w:rPr>
              <w:t>інеральна</w:t>
            </w:r>
            <w:proofErr w:type="spellEnd"/>
          </w:p>
        </w:tc>
        <w:tc>
          <w:tcPr>
            <w:tcW w:w="1554" w:type="dxa"/>
            <w:vAlign w:val="center"/>
          </w:tcPr>
          <w:p w:rsidR="00E7741A" w:rsidRPr="00E7741A" w:rsidRDefault="00E7741A" w:rsidP="00E7741A">
            <w:pPr>
              <w:jc w:val="center"/>
              <w:rPr>
                <w:lang w:val="ru-RU"/>
              </w:rPr>
            </w:pPr>
            <w:proofErr w:type="spellStart"/>
            <w:r w:rsidRPr="00E7741A">
              <w:rPr>
                <w:lang w:val="ru-RU"/>
              </w:rPr>
              <w:t>органічна</w:t>
            </w:r>
            <w:proofErr w:type="spellEnd"/>
          </w:p>
        </w:tc>
        <w:tc>
          <w:tcPr>
            <w:tcW w:w="2268" w:type="dxa"/>
            <w:vAlign w:val="center"/>
          </w:tcPr>
          <w:p w:rsidR="00E7741A" w:rsidRPr="00E7741A" w:rsidRDefault="00E7741A" w:rsidP="00E7741A">
            <w:pPr>
              <w:jc w:val="center"/>
              <w:rPr>
                <w:lang w:val="ru-RU"/>
              </w:rPr>
            </w:pPr>
            <w:proofErr w:type="spellStart"/>
            <w:r w:rsidRPr="00E7741A">
              <w:rPr>
                <w:lang w:val="ru-RU"/>
              </w:rPr>
              <w:t>шкідлива</w:t>
            </w:r>
            <w:proofErr w:type="spellEnd"/>
          </w:p>
        </w:tc>
        <w:tc>
          <w:tcPr>
            <w:tcW w:w="3361" w:type="dxa"/>
            <w:vMerge/>
          </w:tcPr>
          <w:p w:rsidR="00E7741A" w:rsidRDefault="00E7741A">
            <w:pPr>
              <w:rPr>
                <w:b/>
                <w:lang w:val="ru-RU"/>
              </w:rPr>
            </w:pPr>
          </w:p>
        </w:tc>
      </w:tr>
      <w:tr w:rsidR="00E7741A" w:rsidTr="00353BFA">
        <w:tc>
          <w:tcPr>
            <w:tcW w:w="1673" w:type="dxa"/>
            <w:vAlign w:val="center"/>
          </w:tcPr>
          <w:p w:rsidR="00E7741A" w:rsidRPr="00353BFA" w:rsidRDefault="00353BFA" w:rsidP="00353BFA">
            <w:pPr>
              <w:jc w:val="center"/>
              <w:rPr>
                <w:lang w:val="ru-RU"/>
              </w:rPr>
            </w:pPr>
            <w:r w:rsidRPr="00353BFA">
              <w:rPr>
                <w:lang w:val="ru-RU"/>
              </w:rPr>
              <w:t>0,20</w:t>
            </w:r>
          </w:p>
        </w:tc>
        <w:tc>
          <w:tcPr>
            <w:tcW w:w="1554" w:type="dxa"/>
            <w:vAlign w:val="center"/>
          </w:tcPr>
          <w:p w:rsidR="00E7741A" w:rsidRPr="00353BFA" w:rsidRDefault="00353BFA" w:rsidP="00353BFA">
            <w:pPr>
              <w:jc w:val="center"/>
              <w:rPr>
                <w:lang w:val="ru-RU"/>
              </w:rPr>
            </w:pPr>
            <w:r w:rsidRPr="00353BFA">
              <w:rPr>
                <w:lang w:val="ru-RU"/>
              </w:rPr>
              <w:t>0,60</w:t>
            </w:r>
          </w:p>
        </w:tc>
        <w:tc>
          <w:tcPr>
            <w:tcW w:w="2268" w:type="dxa"/>
            <w:vAlign w:val="center"/>
          </w:tcPr>
          <w:p w:rsidR="00E7741A" w:rsidRPr="00353BFA" w:rsidRDefault="00353BFA" w:rsidP="00353BFA">
            <w:pPr>
              <w:jc w:val="center"/>
              <w:rPr>
                <w:lang w:val="ru-RU"/>
              </w:rPr>
            </w:pPr>
            <w:r w:rsidRPr="00353BFA">
              <w:rPr>
                <w:lang w:val="ru-RU"/>
              </w:rPr>
              <w:t>0,02</w:t>
            </w:r>
          </w:p>
        </w:tc>
        <w:tc>
          <w:tcPr>
            <w:tcW w:w="3361" w:type="dxa"/>
            <w:vAlign w:val="center"/>
          </w:tcPr>
          <w:p w:rsidR="00E7741A" w:rsidRPr="00353BFA" w:rsidRDefault="00353BFA" w:rsidP="00353BFA">
            <w:pPr>
              <w:jc w:val="center"/>
              <w:rPr>
                <w:lang w:val="ru-RU"/>
              </w:rPr>
            </w:pPr>
            <w:r w:rsidRPr="00353BFA">
              <w:rPr>
                <w:lang w:val="ru-RU"/>
              </w:rPr>
              <w:t>2,10</w:t>
            </w:r>
          </w:p>
        </w:tc>
      </w:tr>
    </w:tbl>
    <w:p w:rsidR="00B16A46" w:rsidRPr="00E7741A" w:rsidRDefault="00B16A46">
      <w:pPr>
        <w:rPr>
          <w:b/>
          <w:lang w:val="ru-RU"/>
        </w:rPr>
      </w:pPr>
    </w:p>
    <w:p w:rsidR="00E41A86" w:rsidRPr="00E7741A" w:rsidRDefault="00194C9C">
      <w:pPr>
        <w:rPr>
          <w:b/>
          <w:lang w:val="ru-RU"/>
        </w:rPr>
      </w:pPr>
      <w:proofErr w:type="spellStart"/>
      <w:r w:rsidRPr="00E7741A">
        <w:rPr>
          <w:b/>
          <w:lang w:val="ru-RU"/>
        </w:rPr>
        <w:t>Завдання</w:t>
      </w:r>
      <w:proofErr w:type="spellEnd"/>
      <w:r w:rsidRPr="00E7741A">
        <w:rPr>
          <w:b/>
          <w:lang w:val="ru-RU"/>
        </w:rPr>
        <w:t xml:space="preserve"> 4. </w:t>
      </w:r>
      <w:proofErr w:type="spellStart"/>
      <w:r w:rsidRPr="00E7741A">
        <w:rPr>
          <w:b/>
          <w:lang w:val="ru-RU"/>
        </w:rPr>
        <w:t>Вивчити</w:t>
      </w:r>
      <w:proofErr w:type="spellEnd"/>
      <w:r w:rsidRPr="00E7741A">
        <w:rPr>
          <w:b/>
          <w:lang w:val="ru-RU"/>
        </w:rPr>
        <w:t xml:space="preserve"> методику </w:t>
      </w:r>
      <w:proofErr w:type="spellStart"/>
      <w:r w:rsidRPr="00E7741A">
        <w:rPr>
          <w:b/>
          <w:lang w:val="ru-RU"/>
        </w:rPr>
        <w:t>визначення</w:t>
      </w:r>
      <w:proofErr w:type="spellEnd"/>
      <w:r w:rsidRPr="00E7741A">
        <w:rPr>
          <w:b/>
          <w:lang w:val="ru-RU"/>
        </w:rPr>
        <w:t xml:space="preserve"> </w:t>
      </w:r>
      <w:proofErr w:type="spellStart"/>
      <w:r w:rsidRPr="00E7741A">
        <w:rPr>
          <w:b/>
          <w:lang w:val="ru-RU"/>
        </w:rPr>
        <w:t>зараженості</w:t>
      </w:r>
      <w:proofErr w:type="spellEnd"/>
      <w:r w:rsidRPr="00E7741A">
        <w:rPr>
          <w:b/>
          <w:lang w:val="ru-RU"/>
        </w:rPr>
        <w:t xml:space="preserve"> зерна </w:t>
      </w:r>
      <w:proofErr w:type="spellStart"/>
      <w:r w:rsidRPr="00E7741A">
        <w:rPr>
          <w:b/>
          <w:lang w:val="ru-RU"/>
        </w:rPr>
        <w:t>шкідниками</w:t>
      </w:r>
      <w:proofErr w:type="spellEnd"/>
      <w:r w:rsidRPr="00E7741A">
        <w:rPr>
          <w:b/>
          <w:lang w:val="ru-RU"/>
        </w:rPr>
        <w:t xml:space="preserve">: </w:t>
      </w:r>
      <w:proofErr w:type="spellStart"/>
      <w:r w:rsidRPr="00E7741A">
        <w:rPr>
          <w:b/>
          <w:lang w:val="ru-RU"/>
        </w:rPr>
        <w:t>кліщем</w:t>
      </w:r>
      <w:proofErr w:type="spellEnd"/>
      <w:r w:rsidRPr="00E7741A">
        <w:rPr>
          <w:b/>
          <w:lang w:val="ru-RU"/>
        </w:rPr>
        <w:t xml:space="preserve"> і </w:t>
      </w:r>
      <w:proofErr w:type="spellStart"/>
      <w:r w:rsidRPr="00E7741A">
        <w:rPr>
          <w:b/>
          <w:lang w:val="ru-RU"/>
        </w:rPr>
        <w:t>довгоносиком</w:t>
      </w:r>
      <w:proofErr w:type="spellEnd"/>
      <w:r w:rsidRPr="00E7741A">
        <w:rPr>
          <w:b/>
          <w:lang w:val="ru-RU"/>
        </w:rPr>
        <w:t>.</w:t>
      </w:r>
      <w:r w:rsidR="00E7741A">
        <w:rPr>
          <w:b/>
          <w:lang w:val="ru-RU"/>
        </w:rPr>
        <w:br/>
      </w:r>
      <w:proofErr w:type="spellStart"/>
      <w:r w:rsidR="00E7741A" w:rsidRPr="0092245F">
        <w:rPr>
          <w:lang w:val="ru-RU"/>
        </w:rPr>
        <w:t>Заповнити</w:t>
      </w:r>
      <w:proofErr w:type="spellEnd"/>
      <w:r w:rsidR="00E7741A" w:rsidRPr="0092245F">
        <w:rPr>
          <w:lang w:val="ru-RU"/>
        </w:rPr>
        <w:t xml:space="preserve"> </w:t>
      </w:r>
      <w:proofErr w:type="spellStart"/>
      <w:r w:rsidR="00E7741A" w:rsidRPr="0092245F">
        <w:rPr>
          <w:lang w:val="ru-RU"/>
        </w:rPr>
        <w:t>таблицю</w:t>
      </w:r>
      <w:proofErr w:type="spellEnd"/>
      <w:r w:rsidR="00E41A86" w:rsidRPr="0092245F">
        <w:rPr>
          <w:lang w:val="ru-RU"/>
        </w:rPr>
        <w:t xml:space="preserve"> </w:t>
      </w:r>
      <w:proofErr w:type="spellStart"/>
      <w:r w:rsidR="00E41A86" w:rsidRPr="0092245F">
        <w:rPr>
          <w:lang w:val="ru-RU"/>
        </w:rPr>
        <w:t>визначення</w:t>
      </w:r>
      <w:proofErr w:type="spellEnd"/>
      <w:r w:rsidR="00E41A86" w:rsidRPr="0092245F">
        <w:rPr>
          <w:lang w:val="ru-RU"/>
        </w:rPr>
        <w:t xml:space="preserve"> </w:t>
      </w:r>
      <w:proofErr w:type="spellStart"/>
      <w:r w:rsidR="00E41A86" w:rsidRPr="0092245F">
        <w:rPr>
          <w:lang w:val="ru-RU"/>
        </w:rPr>
        <w:t>ступення</w:t>
      </w:r>
      <w:proofErr w:type="spellEnd"/>
      <w:r w:rsidR="00E41A86" w:rsidRPr="0092245F">
        <w:rPr>
          <w:lang w:val="ru-RU"/>
        </w:rPr>
        <w:t xml:space="preserve"> </w:t>
      </w:r>
      <w:proofErr w:type="spellStart"/>
      <w:r w:rsidR="00E41A86" w:rsidRPr="0092245F">
        <w:rPr>
          <w:lang w:val="ru-RU"/>
        </w:rPr>
        <w:t>зараженисті</w:t>
      </w:r>
      <w:proofErr w:type="spellEnd"/>
      <w:r w:rsidR="00E41A86" w:rsidRPr="0092245F">
        <w:rPr>
          <w:lang w:val="ru-RU"/>
        </w:rPr>
        <w:t xml:space="preserve"> зерна </w:t>
      </w:r>
      <w:proofErr w:type="spellStart"/>
      <w:r w:rsidR="00E41A86" w:rsidRPr="0092245F">
        <w:rPr>
          <w:lang w:val="ru-RU"/>
        </w:rPr>
        <w:t>довгоносиками</w:t>
      </w:r>
      <w:proofErr w:type="spellEnd"/>
      <w:r w:rsidR="00E41A86" w:rsidRPr="0092245F">
        <w:rPr>
          <w:lang w:val="ru-RU"/>
        </w:rPr>
        <w:t xml:space="preserve"> і </w:t>
      </w:r>
      <w:proofErr w:type="spellStart"/>
      <w:r w:rsidR="00E41A86" w:rsidRPr="0092245F">
        <w:rPr>
          <w:lang w:val="ru-RU"/>
        </w:rPr>
        <w:t>кліщами</w:t>
      </w:r>
      <w:proofErr w:type="spellEnd"/>
      <w:r w:rsidR="00E41A86" w:rsidRPr="0092245F">
        <w:rPr>
          <w:lang w:val="ru-RU"/>
        </w:rPr>
        <w:t xml:space="preserve"> табл. 3.5.                        </w:t>
      </w:r>
      <w:r w:rsidR="00353BFA" w:rsidRPr="0092245F">
        <w:rPr>
          <w:lang w:val="ru-RU"/>
        </w:rPr>
        <w:br/>
      </w:r>
      <w:proofErr w:type="spellStart"/>
      <w:r w:rsidR="00E41A86" w:rsidRPr="0092245F">
        <w:rPr>
          <w:sz w:val="24"/>
          <w:szCs w:val="24"/>
          <w:lang w:val="ru-RU"/>
        </w:rPr>
        <w:t>Таблиця</w:t>
      </w:r>
      <w:proofErr w:type="spellEnd"/>
      <w:r w:rsidR="00E41A86" w:rsidRPr="0092245F">
        <w:rPr>
          <w:sz w:val="24"/>
          <w:szCs w:val="24"/>
          <w:lang w:val="ru-RU"/>
        </w:rPr>
        <w:t xml:space="preserve"> 3.5</w:t>
      </w:r>
      <w:r w:rsidR="00E41A86" w:rsidRPr="0092245F">
        <w:rPr>
          <w:sz w:val="24"/>
          <w:szCs w:val="24"/>
          <w:lang w:val="ru-RU"/>
        </w:rPr>
        <w:br/>
      </w:r>
      <w:proofErr w:type="spellStart"/>
      <w:r w:rsidR="00E41A86" w:rsidRPr="00E41A86">
        <w:rPr>
          <w:b/>
          <w:szCs w:val="28"/>
          <w:lang w:val="ru-RU"/>
        </w:rPr>
        <w:t>Визначення</w:t>
      </w:r>
      <w:proofErr w:type="spellEnd"/>
      <w:r w:rsidR="00E41A86" w:rsidRPr="00E41A86">
        <w:rPr>
          <w:b/>
          <w:szCs w:val="28"/>
          <w:lang w:val="ru-RU"/>
        </w:rPr>
        <w:t xml:space="preserve"> </w:t>
      </w:r>
      <w:proofErr w:type="spellStart"/>
      <w:r w:rsidR="00E41A86" w:rsidRPr="00E41A86">
        <w:rPr>
          <w:b/>
          <w:szCs w:val="28"/>
          <w:lang w:val="ru-RU"/>
        </w:rPr>
        <w:t>ступення</w:t>
      </w:r>
      <w:proofErr w:type="spellEnd"/>
      <w:r w:rsidR="00E41A86" w:rsidRPr="00E41A86">
        <w:rPr>
          <w:b/>
          <w:szCs w:val="28"/>
          <w:lang w:val="ru-RU"/>
        </w:rPr>
        <w:t xml:space="preserve"> </w:t>
      </w:r>
      <w:proofErr w:type="spellStart"/>
      <w:r w:rsidR="00E41A86" w:rsidRPr="00E41A86">
        <w:rPr>
          <w:b/>
          <w:szCs w:val="28"/>
          <w:lang w:val="ru-RU"/>
        </w:rPr>
        <w:t>зараженисті</w:t>
      </w:r>
      <w:proofErr w:type="spellEnd"/>
      <w:r w:rsidR="00E41A86" w:rsidRPr="00E41A86">
        <w:rPr>
          <w:b/>
          <w:szCs w:val="28"/>
          <w:lang w:val="ru-RU"/>
        </w:rPr>
        <w:t xml:space="preserve"> зерна </w:t>
      </w:r>
      <w:proofErr w:type="spellStart"/>
      <w:r w:rsidR="00E41A86" w:rsidRPr="00E41A86">
        <w:rPr>
          <w:b/>
          <w:szCs w:val="28"/>
          <w:lang w:val="ru-RU"/>
        </w:rPr>
        <w:t>довгоносиками</w:t>
      </w:r>
      <w:proofErr w:type="spellEnd"/>
      <w:r w:rsidR="00E41A86" w:rsidRPr="00E41A86">
        <w:rPr>
          <w:b/>
          <w:szCs w:val="28"/>
          <w:lang w:val="ru-RU"/>
        </w:rPr>
        <w:t xml:space="preserve"> і </w:t>
      </w:r>
      <w:proofErr w:type="spellStart"/>
      <w:r w:rsidR="00E41A86" w:rsidRPr="00E41A86">
        <w:rPr>
          <w:b/>
          <w:szCs w:val="28"/>
          <w:lang w:val="ru-RU"/>
        </w:rPr>
        <w:t>кліщами</w:t>
      </w:r>
      <w:proofErr w:type="spellEnd"/>
    </w:p>
    <w:tbl>
      <w:tblPr>
        <w:tblStyle w:val="aff0"/>
        <w:tblW w:w="0" w:type="auto"/>
        <w:tblLook w:val="04A0" w:firstRow="1" w:lastRow="0" w:firstColumn="1" w:lastColumn="0" w:noHBand="0" w:noVBand="1"/>
      </w:tblPr>
      <w:tblGrid>
        <w:gridCol w:w="2952"/>
        <w:gridCol w:w="2401"/>
        <w:gridCol w:w="3503"/>
      </w:tblGrid>
      <w:tr w:rsidR="00E41A86" w:rsidRPr="007D48CA" w:rsidTr="0032392C">
        <w:tc>
          <w:tcPr>
            <w:tcW w:w="2952" w:type="dxa"/>
            <w:vMerge w:val="restart"/>
          </w:tcPr>
          <w:p w:rsidR="00E41A86" w:rsidRDefault="00E41A86">
            <w:pPr>
              <w:rPr>
                <w:b/>
                <w:lang w:val="ru-RU"/>
              </w:rPr>
            </w:pPr>
            <w:proofErr w:type="spellStart"/>
            <w:r>
              <w:rPr>
                <w:b/>
                <w:lang w:val="ru-RU"/>
              </w:rPr>
              <w:t>Ступінь</w:t>
            </w:r>
            <w:proofErr w:type="spellEnd"/>
            <w:r>
              <w:rPr>
                <w:b/>
                <w:lang w:val="ru-RU"/>
              </w:rPr>
              <w:t xml:space="preserve"> </w:t>
            </w:r>
            <w:proofErr w:type="spellStart"/>
            <w:r>
              <w:rPr>
                <w:b/>
                <w:lang w:val="ru-RU"/>
              </w:rPr>
              <w:t>зараженості</w:t>
            </w:r>
            <w:proofErr w:type="spellEnd"/>
          </w:p>
        </w:tc>
        <w:tc>
          <w:tcPr>
            <w:tcW w:w="5904" w:type="dxa"/>
            <w:gridSpan w:val="2"/>
          </w:tcPr>
          <w:p w:rsidR="00E41A86" w:rsidRDefault="00E41A86">
            <w:pPr>
              <w:rPr>
                <w:b/>
                <w:lang w:val="ru-RU"/>
              </w:rPr>
            </w:pPr>
            <w:proofErr w:type="spellStart"/>
            <w:r>
              <w:rPr>
                <w:b/>
                <w:lang w:val="ru-RU"/>
              </w:rPr>
              <w:t>Кількість</w:t>
            </w:r>
            <w:proofErr w:type="spellEnd"/>
            <w:r>
              <w:rPr>
                <w:b/>
                <w:lang w:val="ru-RU"/>
              </w:rPr>
              <w:t xml:space="preserve"> зерна в 1 кг зерна</w:t>
            </w:r>
          </w:p>
        </w:tc>
      </w:tr>
      <w:tr w:rsidR="00E41A86" w:rsidTr="0092245F">
        <w:tc>
          <w:tcPr>
            <w:tcW w:w="2952" w:type="dxa"/>
            <w:vMerge/>
          </w:tcPr>
          <w:p w:rsidR="00E41A86" w:rsidRDefault="00E41A86">
            <w:pPr>
              <w:rPr>
                <w:b/>
                <w:lang w:val="ru-RU"/>
              </w:rPr>
            </w:pPr>
          </w:p>
        </w:tc>
        <w:tc>
          <w:tcPr>
            <w:tcW w:w="2401" w:type="dxa"/>
          </w:tcPr>
          <w:p w:rsidR="00E41A86" w:rsidRPr="00E41A86" w:rsidRDefault="00E41A86">
            <w:pPr>
              <w:rPr>
                <w:lang w:val="ru-RU"/>
              </w:rPr>
            </w:pPr>
            <w:proofErr w:type="spellStart"/>
            <w:r w:rsidRPr="00E41A86">
              <w:rPr>
                <w:lang w:val="ru-RU"/>
              </w:rPr>
              <w:t>довгоносиків</w:t>
            </w:r>
            <w:proofErr w:type="spellEnd"/>
          </w:p>
        </w:tc>
        <w:tc>
          <w:tcPr>
            <w:tcW w:w="3503" w:type="dxa"/>
          </w:tcPr>
          <w:p w:rsidR="00E41A86" w:rsidRPr="00E41A86" w:rsidRDefault="00E41A86">
            <w:pPr>
              <w:rPr>
                <w:lang w:val="ru-RU"/>
              </w:rPr>
            </w:pPr>
            <w:proofErr w:type="spellStart"/>
            <w:r w:rsidRPr="00E41A86">
              <w:rPr>
                <w:lang w:val="ru-RU"/>
              </w:rPr>
              <w:t>кліщів</w:t>
            </w:r>
            <w:proofErr w:type="spellEnd"/>
          </w:p>
        </w:tc>
      </w:tr>
      <w:tr w:rsidR="00E41A86" w:rsidTr="0092245F">
        <w:tc>
          <w:tcPr>
            <w:tcW w:w="2952" w:type="dxa"/>
          </w:tcPr>
          <w:p w:rsidR="00E41A86" w:rsidRPr="00E41A86" w:rsidRDefault="00E41A86">
            <w:pPr>
              <w:rPr>
                <w:lang w:val="ru-RU"/>
              </w:rPr>
            </w:pPr>
            <w:r w:rsidRPr="00E41A86">
              <w:rPr>
                <w:lang w:val="ru-RU"/>
              </w:rPr>
              <w:t>1-й</w:t>
            </w:r>
          </w:p>
        </w:tc>
        <w:tc>
          <w:tcPr>
            <w:tcW w:w="2401" w:type="dxa"/>
          </w:tcPr>
          <w:p w:rsidR="00E41A86" w:rsidRPr="0092245F" w:rsidRDefault="0092245F">
            <w:pPr>
              <w:rPr>
                <w:lang w:val="ru-RU"/>
              </w:rPr>
            </w:pPr>
            <w:r w:rsidRPr="0092245F">
              <w:rPr>
                <w:lang w:val="ru-RU"/>
              </w:rPr>
              <w:t>1–5 (</w:t>
            </w:r>
            <w:proofErr w:type="spellStart"/>
            <w:r w:rsidRPr="0092245F">
              <w:rPr>
                <w:lang w:val="ru-RU"/>
              </w:rPr>
              <w:t>включно</w:t>
            </w:r>
            <w:proofErr w:type="spellEnd"/>
            <w:r w:rsidRPr="0092245F">
              <w:rPr>
                <w:lang w:val="ru-RU"/>
              </w:rPr>
              <w:t>)</w:t>
            </w:r>
          </w:p>
        </w:tc>
        <w:tc>
          <w:tcPr>
            <w:tcW w:w="3503" w:type="dxa"/>
          </w:tcPr>
          <w:p w:rsidR="00E41A86" w:rsidRPr="0092245F" w:rsidRDefault="0092245F">
            <w:pPr>
              <w:rPr>
                <w:lang w:val="ru-RU"/>
              </w:rPr>
            </w:pPr>
            <w:r w:rsidRPr="0092245F">
              <w:rPr>
                <w:lang w:val="ru-RU"/>
              </w:rPr>
              <w:t>1–20 (</w:t>
            </w:r>
            <w:proofErr w:type="spellStart"/>
            <w:r w:rsidRPr="0092245F">
              <w:rPr>
                <w:lang w:val="ru-RU"/>
              </w:rPr>
              <w:t>включно</w:t>
            </w:r>
            <w:proofErr w:type="spellEnd"/>
            <w:r w:rsidRPr="0092245F">
              <w:rPr>
                <w:lang w:val="ru-RU"/>
              </w:rPr>
              <w:t>)</w:t>
            </w:r>
          </w:p>
        </w:tc>
      </w:tr>
      <w:tr w:rsidR="00E41A86" w:rsidRPr="007D48CA" w:rsidTr="0092245F">
        <w:tc>
          <w:tcPr>
            <w:tcW w:w="2952" w:type="dxa"/>
          </w:tcPr>
          <w:p w:rsidR="00E41A86" w:rsidRPr="00E41A86" w:rsidRDefault="00E41A86">
            <w:pPr>
              <w:rPr>
                <w:lang w:val="ru-RU"/>
              </w:rPr>
            </w:pPr>
            <w:r w:rsidRPr="00E41A86">
              <w:rPr>
                <w:lang w:val="ru-RU"/>
              </w:rPr>
              <w:t>2-й</w:t>
            </w:r>
          </w:p>
        </w:tc>
        <w:tc>
          <w:tcPr>
            <w:tcW w:w="2401" w:type="dxa"/>
          </w:tcPr>
          <w:p w:rsidR="00E41A86" w:rsidRPr="0092245F" w:rsidRDefault="0092245F">
            <w:pPr>
              <w:rPr>
                <w:lang w:val="ru-RU"/>
              </w:rPr>
            </w:pPr>
            <w:r w:rsidRPr="0092245F">
              <w:rPr>
                <w:lang w:val="ru-RU"/>
              </w:rPr>
              <w:t>6–10 (</w:t>
            </w:r>
            <w:proofErr w:type="spellStart"/>
            <w:r w:rsidRPr="0092245F">
              <w:rPr>
                <w:lang w:val="ru-RU"/>
              </w:rPr>
              <w:t>включно</w:t>
            </w:r>
            <w:proofErr w:type="spellEnd"/>
            <w:r w:rsidRPr="0092245F">
              <w:rPr>
                <w:lang w:val="ru-RU"/>
              </w:rPr>
              <w:t>)</w:t>
            </w:r>
          </w:p>
        </w:tc>
        <w:tc>
          <w:tcPr>
            <w:tcW w:w="3503" w:type="dxa"/>
          </w:tcPr>
          <w:p w:rsidR="00E41A86" w:rsidRPr="0092245F" w:rsidRDefault="0092245F">
            <w:pPr>
              <w:rPr>
                <w:lang w:val="ru-RU"/>
              </w:rPr>
            </w:pPr>
            <w:proofErr w:type="spellStart"/>
            <w:r w:rsidRPr="0092245F">
              <w:rPr>
                <w:lang w:val="ru-RU"/>
              </w:rPr>
              <w:t>понад</w:t>
            </w:r>
            <w:proofErr w:type="spellEnd"/>
            <w:r w:rsidRPr="0092245F">
              <w:rPr>
                <w:lang w:val="ru-RU"/>
              </w:rPr>
              <w:t xml:space="preserve"> 20, але </w:t>
            </w:r>
            <w:proofErr w:type="spellStart"/>
            <w:r w:rsidRPr="0092245F">
              <w:rPr>
                <w:lang w:val="ru-RU"/>
              </w:rPr>
              <w:t>кліщі</w:t>
            </w:r>
            <w:proofErr w:type="spellEnd"/>
            <w:r w:rsidRPr="0092245F">
              <w:rPr>
                <w:lang w:val="ru-RU"/>
              </w:rPr>
              <w:t xml:space="preserve"> </w:t>
            </w:r>
            <w:proofErr w:type="spellStart"/>
            <w:r w:rsidRPr="0092245F">
              <w:rPr>
                <w:lang w:val="ru-RU"/>
              </w:rPr>
              <w:t>вільно</w:t>
            </w:r>
            <w:proofErr w:type="spellEnd"/>
            <w:r w:rsidRPr="0092245F">
              <w:rPr>
                <w:lang w:val="ru-RU"/>
              </w:rPr>
              <w:t xml:space="preserve"> </w:t>
            </w:r>
            <w:proofErr w:type="spellStart"/>
            <w:r w:rsidRPr="0092245F">
              <w:rPr>
                <w:lang w:val="ru-RU"/>
              </w:rPr>
              <w:t>рухаються</w:t>
            </w:r>
            <w:proofErr w:type="spellEnd"/>
            <w:r w:rsidRPr="0092245F">
              <w:rPr>
                <w:lang w:val="ru-RU"/>
              </w:rPr>
              <w:t xml:space="preserve"> і не </w:t>
            </w:r>
            <w:proofErr w:type="spellStart"/>
            <w:r w:rsidRPr="0092245F">
              <w:rPr>
                <w:lang w:val="ru-RU"/>
              </w:rPr>
              <w:t>утворюють</w:t>
            </w:r>
            <w:proofErr w:type="spellEnd"/>
            <w:r w:rsidRPr="0092245F">
              <w:rPr>
                <w:lang w:val="ru-RU"/>
              </w:rPr>
              <w:t xml:space="preserve"> «</w:t>
            </w:r>
            <w:proofErr w:type="spellStart"/>
            <w:r w:rsidRPr="0092245F">
              <w:rPr>
                <w:lang w:val="ru-RU"/>
              </w:rPr>
              <w:t>повстяного</w:t>
            </w:r>
            <w:proofErr w:type="spellEnd"/>
            <w:r w:rsidRPr="0092245F">
              <w:rPr>
                <w:lang w:val="ru-RU"/>
              </w:rPr>
              <w:t xml:space="preserve">» </w:t>
            </w:r>
            <w:proofErr w:type="spellStart"/>
            <w:r w:rsidRPr="0092245F">
              <w:rPr>
                <w:lang w:val="ru-RU"/>
              </w:rPr>
              <w:t>скупчення</w:t>
            </w:r>
            <w:proofErr w:type="spellEnd"/>
          </w:p>
        </w:tc>
      </w:tr>
      <w:tr w:rsidR="00E41A86" w:rsidRPr="007D48CA" w:rsidTr="0092245F">
        <w:tc>
          <w:tcPr>
            <w:tcW w:w="2952" w:type="dxa"/>
          </w:tcPr>
          <w:p w:rsidR="00E41A86" w:rsidRPr="00E41A86" w:rsidRDefault="00E41A86">
            <w:pPr>
              <w:rPr>
                <w:lang w:val="ru-RU"/>
              </w:rPr>
            </w:pPr>
            <w:r w:rsidRPr="00E41A86">
              <w:rPr>
                <w:lang w:val="ru-RU"/>
              </w:rPr>
              <w:t>3-й</w:t>
            </w:r>
          </w:p>
        </w:tc>
        <w:tc>
          <w:tcPr>
            <w:tcW w:w="2401" w:type="dxa"/>
          </w:tcPr>
          <w:p w:rsidR="00E41A86" w:rsidRPr="0092245F" w:rsidRDefault="0092245F">
            <w:pPr>
              <w:rPr>
                <w:lang w:val="ru-RU"/>
              </w:rPr>
            </w:pPr>
            <w:proofErr w:type="spellStart"/>
            <w:r w:rsidRPr="0092245F">
              <w:rPr>
                <w:lang w:val="ru-RU"/>
              </w:rPr>
              <w:t>понад</w:t>
            </w:r>
            <w:proofErr w:type="spellEnd"/>
            <w:r w:rsidRPr="0092245F">
              <w:rPr>
                <w:lang w:val="ru-RU"/>
              </w:rPr>
              <w:t xml:space="preserve"> 10</w:t>
            </w:r>
          </w:p>
        </w:tc>
        <w:tc>
          <w:tcPr>
            <w:tcW w:w="3503" w:type="dxa"/>
          </w:tcPr>
          <w:p w:rsidR="00E41A86" w:rsidRPr="0092245F" w:rsidRDefault="0092245F">
            <w:pPr>
              <w:rPr>
                <w:lang w:val="ru-RU"/>
              </w:rPr>
            </w:pPr>
            <w:proofErr w:type="spellStart"/>
            <w:r w:rsidRPr="0092245F">
              <w:rPr>
                <w:lang w:val="ru-RU"/>
              </w:rPr>
              <w:t>кліщі</w:t>
            </w:r>
            <w:proofErr w:type="spellEnd"/>
            <w:r w:rsidRPr="0092245F">
              <w:rPr>
                <w:lang w:val="ru-RU"/>
              </w:rPr>
              <w:t xml:space="preserve"> </w:t>
            </w:r>
            <w:proofErr w:type="spellStart"/>
            <w:r w:rsidRPr="0092245F">
              <w:rPr>
                <w:lang w:val="ru-RU"/>
              </w:rPr>
              <w:t>утворюють</w:t>
            </w:r>
            <w:proofErr w:type="spellEnd"/>
            <w:r w:rsidRPr="0092245F">
              <w:rPr>
                <w:lang w:val="ru-RU"/>
              </w:rPr>
              <w:t xml:space="preserve"> </w:t>
            </w:r>
            <w:proofErr w:type="spellStart"/>
            <w:r w:rsidRPr="0092245F">
              <w:rPr>
                <w:lang w:val="ru-RU"/>
              </w:rPr>
              <w:t>суцільний</w:t>
            </w:r>
            <w:proofErr w:type="spellEnd"/>
            <w:r w:rsidRPr="0092245F">
              <w:rPr>
                <w:lang w:val="ru-RU"/>
              </w:rPr>
              <w:t xml:space="preserve"> «</w:t>
            </w:r>
            <w:proofErr w:type="spellStart"/>
            <w:r w:rsidRPr="0092245F">
              <w:rPr>
                <w:lang w:val="ru-RU"/>
              </w:rPr>
              <w:t>повстяний</w:t>
            </w:r>
            <w:proofErr w:type="spellEnd"/>
            <w:r w:rsidRPr="0092245F">
              <w:rPr>
                <w:lang w:val="ru-RU"/>
              </w:rPr>
              <w:t>» шар/</w:t>
            </w:r>
            <w:proofErr w:type="spellStart"/>
            <w:r w:rsidRPr="0092245F">
              <w:rPr>
                <w:lang w:val="ru-RU"/>
              </w:rPr>
              <w:t>скупчення</w:t>
            </w:r>
            <w:proofErr w:type="spellEnd"/>
          </w:p>
        </w:tc>
      </w:tr>
    </w:tbl>
    <w:p w:rsidR="00B16A46" w:rsidRPr="00E7741A" w:rsidRDefault="00B16A46">
      <w:pPr>
        <w:rPr>
          <w:b/>
          <w:lang w:val="ru-RU"/>
        </w:rPr>
      </w:pPr>
    </w:p>
    <w:p w:rsidR="00E41A86" w:rsidRPr="00E41A86" w:rsidRDefault="00194C9C" w:rsidP="00E41A86">
      <w:pPr>
        <w:rPr>
          <w:lang w:val="ru-RU"/>
        </w:rPr>
      </w:pPr>
      <w:proofErr w:type="spellStart"/>
      <w:r w:rsidRPr="00E41A86">
        <w:rPr>
          <w:b/>
          <w:lang w:val="ru-RU"/>
        </w:rPr>
        <w:t>Завдання</w:t>
      </w:r>
      <w:proofErr w:type="spellEnd"/>
      <w:r w:rsidRPr="00E41A86">
        <w:rPr>
          <w:b/>
          <w:lang w:val="ru-RU"/>
        </w:rPr>
        <w:t xml:space="preserve"> 5. </w:t>
      </w:r>
      <w:proofErr w:type="spellStart"/>
      <w:r w:rsidRPr="00E41A86">
        <w:rPr>
          <w:b/>
          <w:lang w:val="ru-RU"/>
        </w:rPr>
        <w:t>Визначити</w:t>
      </w:r>
      <w:proofErr w:type="spellEnd"/>
      <w:r w:rsidRPr="00E41A86">
        <w:rPr>
          <w:b/>
          <w:lang w:val="ru-RU"/>
        </w:rPr>
        <w:t xml:space="preserve"> </w:t>
      </w:r>
      <w:proofErr w:type="spellStart"/>
      <w:r w:rsidRPr="00E41A86">
        <w:rPr>
          <w:b/>
          <w:lang w:val="ru-RU"/>
        </w:rPr>
        <w:t>норми</w:t>
      </w:r>
      <w:proofErr w:type="spellEnd"/>
      <w:r w:rsidRPr="00E41A86">
        <w:rPr>
          <w:b/>
          <w:lang w:val="ru-RU"/>
        </w:rPr>
        <w:t xml:space="preserve"> </w:t>
      </w:r>
      <w:proofErr w:type="spellStart"/>
      <w:r w:rsidRPr="00E41A86">
        <w:rPr>
          <w:b/>
          <w:lang w:val="ru-RU"/>
        </w:rPr>
        <w:t>природних</w:t>
      </w:r>
      <w:proofErr w:type="spellEnd"/>
      <w:r w:rsidRPr="00E41A86">
        <w:rPr>
          <w:b/>
          <w:lang w:val="ru-RU"/>
        </w:rPr>
        <w:t xml:space="preserve"> </w:t>
      </w:r>
      <w:proofErr w:type="spellStart"/>
      <w:r w:rsidRPr="00E41A86">
        <w:rPr>
          <w:b/>
          <w:lang w:val="ru-RU"/>
        </w:rPr>
        <w:t>втрат</w:t>
      </w:r>
      <w:proofErr w:type="spellEnd"/>
      <w:r w:rsidRPr="00E41A86">
        <w:rPr>
          <w:b/>
          <w:lang w:val="ru-RU"/>
        </w:rPr>
        <w:t xml:space="preserve"> </w:t>
      </w:r>
      <w:proofErr w:type="spellStart"/>
      <w:proofErr w:type="gramStart"/>
      <w:r w:rsidRPr="00E41A86">
        <w:rPr>
          <w:b/>
          <w:lang w:val="ru-RU"/>
        </w:rPr>
        <w:t>п</w:t>
      </w:r>
      <w:proofErr w:type="gramEnd"/>
      <w:r w:rsidRPr="00E41A86">
        <w:rPr>
          <w:b/>
          <w:lang w:val="ru-RU"/>
        </w:rPr>
        <w:t>ід</w:t>
      </w:r>
      <w:proofErr w:type="spellEnd"/>
      <w:r w:rsidRPr="00E41A86">
        <w:rPr>
          <w:b/>
          <w:lang w:val="ru-RU"/>
        </w:rPr>
        <w:t xml:space="preserve"> час </w:t>
      </w:r>
      <w:proofErr w:type="spellStart"/>
      <w:r w:rsidRPr="00E41A86">
        <w:rPr>
          <w:b/>
          <w:lang w:val="ru-RU"/>
        </w:rPr>
        <w:t>зберігання</w:t>
      </w:r>
      <w:proofErr w:type="spellEnd"/>
      <w:r w:rsidRPr="00E41A86">
        <w:rPr>
          <w:b/>
          <w:lang w:val="ru-RU"/>
        </w:rPr>
        <w:t xml:space="preserve">, </w:t>
      </w:r>
      <w:proofErr w:type="spellStart"/>
      <w:r w:rsidRPr="00E41A86">
        <w:rPr>
          <w:b/>
          <w:lang w:val="ru-RU"/>
        </w:rPr>
        <w:t>кількісний</w:t>
      </w:r>
      <w:proofErr w:type="spellEnd"/>
      <w:r w:rsidRPr="00E41A86">
        <w:rPr>
          <w:b/>
          <w:lang w:val="ru-RU"/>
        </w:rPr>
        <w:t xml:space="preserve"> та </w:t>
      </w:r>
      <w:proofErr w:type="spellStart"/>
      <w:r w:rsidRPr="00E41A86">
        <w:rPr>
          <w:b/>
          <w:lang w:val="ru-RU"/>
        </w:rPr>
        <w:t>якісний</w:t>
      </w:r>
      <w:proofErr w:type="spellEnd"/>
      <w:r w:rsidRPr="00E41A86">
        <w:rPr>
          <w:b/>
          <w:lang w:val="ru-RU"/>
        </w:rPr>
        <w:t xml:space="preserve"> </w:t>
      </w:r>
      <w:proofErr w:type="spellStart"/>
      <w:r w:rsidRPr="00E41A86">
        <w:rPr>
          <w:b/>
          <w:lang w:val="ru-RU"/>
        </w:rPr>
        <w:t>облік</w:t>
      </w:r>
      <w:proofErr w:type="spellEnd"/>
      <w:r w:rsidRPr="00E41A86">
        <w:rPr>
          <w:b/>
          <w:lang w:val="ru-RU"/>
        </w:rPr>
        <w:t xml:space="preserve"> зерна </w:t>
      </w:r>
      <w:proofErr w:type="spellStart"/>
      <w:r w:rsidRPr="00E41A86">
        <w:rPr>
          <w:b/>
          <w:lang w:val="ru-RU"/>
        </w:rPr>
        <w:t>під</w:t>
      </w:r>
      <w:proofErr w:type="spellEnd"/>
      <w:r w:rsidRPr="00E41A86">
        <w:rPr>
          <w:b/>
          <w:lang w:val="ru-RU"/>
        </w:rPr>
        <w:t xml:space="preserve"> час </w:t>
      </w:r>
      <w:proofErr w:type="spellStart"/>
      <w:r w:rsidRPr="00E41A86">
        <w:rPr>
          <w:b/>
          <w:lang w:val="ru-RU"/>
        </w:rPr>
        <w:t>зберігання</w:t>
      </w:r>
      <w:proofErr w:type="spellEnd"/>
      <w:r w:rsidRPr="00E41A86">
        <w:rPr>
          <w:b/>
          <w:lang w:val="ru-RU"/>
        </w:rPr>
        <w:t>.</w:t>
      </w:r>
      <w:r w:rsidR="00E41A86">
        <w:rPr>
          <w:b/>
          <w:lang w:val="ru-RU"/>
        </w:rPr>
        <w:br/>
      </w:r>
      <w:proofErr w:type="spellStart"/>
      <w:r w:rsidR="00E41A86">
        <w:rPr>
          <w:b/>
          <w:lang w:val="ru-RU"/>
        </w:rPr>
        <w:lastRenderedPageBreak/>
        <w:t>Таблиця</w:t>
      </w:r>
      <w:proofErr w:type="spellEnd"/>
      <w:r w:rsidR="00E41A86">
        <w:rPr>
          <w:b/>
          <w:lang w:val="ru-RU"/>
        </w:rPr>
        <w:t xml:space="preserve"> 3.6</w:t>
      </w:r>
      <w:r w:rsidR="00E41A86">
        <w:rPr>
          <w:b/>
          <w:lang w:val="ru-RU"/>
        </w:rPr>
        <w:br/>
      </w:r>
      <w:proofErr w:type="spellStart"/>
      <w:r w:rsidR="00E41A86" w:rsidRPr="00E41A86">
        <w:rPr>
          <w:b/>
          <w:lang w:val="ru-RU"/>
        </w:rPr>
        <w:t>Природні</w:t>
      </w:r>
      <w:proofErr w:type="spellEnd"/>
      <w:r w:rsidR="00E41A86" w:rsidRPr="00E41A86">
        <w:rPr>
          <w:b/>
          <w:lang w:val="ru-RU"/>
        </w:rPr>
        <w:t xml:space="preserve"> </w:t>
      </w:r>
      <w:proofErr w:type="spellStart"/>
      <w:r w:rsidR="00E41A86" w:rsidRPr="00E41A86">
        <w:rPr>
          <w:b/>
          <w:lang w:val="ru-RU"/>
        </w:rPr>
        <w:t>втрати</w:t>
      </w:r>
      <w:proofErr w:type="spellEnd"/>
      <w:r w:rsidR="00E41A86" w:rsidRPr="00E41A86">
        <w:rPr>
          <w:b/>
          <w:lang w:val="ru-RU"/>
        </w:rPr>
        <w:t xml:space="preserve"> зерна і </w:t>
      </w:r>
      <w:proofErr w:type="spellStart"/>
      <w:r w:rsidR="00E41A86" w:rsidRPr="00E41A86">
        <w:rPr>
          <w:b/>
          <w:lang w:val="ru-RU"/>
        </w:rPr>
        <w:t>насіння</w:t>
      </w:r>
      <w:proofErr w:type="spellEnd"/>
      <w:r w:rsidR="00E41A86" w:rsidRPr="00E41A86">
        <w:rPr>
          <w:b/>
          <w:lang w:val="ru-RU"/>
        </w:rPr>
        <w:t xml:space="preserve"> </w:t>
      </w:r>
      <w:proofErr w:type="spellStart"/>
      <w:r w:rsidR="00E41A86" w:rsidRPr="00E41A86">
        <w:rPr>
          <w:b/>
          <w:lang w:val="ru-RU"/>
        </w:rPr>
        <w:t>олійних</w:t>
      </w:r>
      <w:proofErr w:type="spellEnd"/>
      <w:r w:rsidR="00E41A86" w:rsidRPr="00E41A86">
        <w:rPr>
          <w:b/>
          <w:lang w:val="ru-RU"/>
        </w:rPr>
        <w:t xml:space="preserve"> культур </w:t>
      </w:r>
      <w:proofErr w:type="spellStart"/>
      <w:proofErr w:type="gramStart"/>
      <w:r w:rsidR="00E41A86" w:rsidRPr="00E41A86">
        <w:rPr>
          <w:b/>
          <w:lang w:val="ru-RU"/>
        </w:rPr>
        <w:t>п</w:t>
      </w:r>
      <w:proofErr w:type="gramEnd"/>
      <w:r w:rsidR="00E41A86" w:rsidRPr="00E41A86">
        <w:rPr>
          <w:b/>
          <w:lang w:val="ru-RU"/>
        </w:rPr>
        <w:t>ід</w:t>
      </w:r>
      <w:proofErr w:type="spellEnd"/>
      <w:r w:rsidR="00E41A86" w:rsidRPr="00E41A86">
        <w:rPr>
          <w:b/>
          <w:lang w:val="ru-RU"/>
        </w:rPr>
        <w:t xml:space="preserve"> час </w:t>
      </w:r>
      <w:proofErr w:type="spellStart"/>
      <w:r w:rsidR="00E41A86" w:rsidRPr="00E41A86">
        <w:rPr>
          <w:b/>
          <w:lang w:val="ru-RU"/>
        </w:rPr>
        <w:t>зберігання</w:t>
      </w:r>
      <w:proofErr w:type="spellEnd"/>
      <w:r w:rsidR="00E41A86" w:rsidRPr="00E41A86">
        <w:rPr>
          <w:b/>
          <w:lang w:val="ru-RU"/>
        </w:rPr>
        <w:t>, %</w:t>
      </w:r>
    </w:p>
    <w:tbl>
      <w:tblPr>
        <w:tblStyle w:val="aff0"/>
        <w:tblW w:w="0" w:type="auto"/>
        <w:tblLook w:val="04A0" w:firstRow="1" w:lastRow="0" w:firstColumn="1" w:lastColumn="0" w:noHBand="0" w:noVBand="1"/>
      </w:tblPr>
      <w:tblGrid>
        <w:gridCol w:w="1551"/>
        <w:gridCol w:w="1479"/>
        <w:gridCol w:w="1362"/>
        <w:gridCol w:w="1071"/>
        <w:gridCol w:w="1390"/>
        <w:gridCol w:w="2003"/>
      </w:tblGrid>
      <w:tr w:rsidR="00E41A86" w:rsidRPr="007D48CA" w:rsidTr="008014E5">
        <w:tc>
          <w:tcPr>
            <w:tcW w:w="1551" w:type="dxa"/>
            <w:hideMark/>
          </w:tcPr>
          <w:p w:rsidR="00E41A86" w:rsidRDefault="00E41A86">
            <w:pPr>
              <w:spacing w:after="200" w:line="276" w:lineRule="auto"/>
              <w:rPr>
                <w:sz w:val="22"/>
              </w:rPr>
            </w:pPr>
            <w:proofErr w:type="spellStart"/>
            <w:r>
              <w:t>Культура</w:t>
            </w:r>
            <w:proofErr w:type="spellEnd"/>
          </w:p>
        </w:tc>
        <w:tc>
          <w:tcPr>
            <w:tcW w:w="1479" w:type="dxa"/>
            <w:hideMark/>
          </w:tcPr>
          <w:p w:rsidR="00E41A86" w:rsidRDefault="00E41A86">
            <w:pPr>
              <w:spacing w:after="200" w:line="276" w:lineRule="auto"/>
              <w:rPr>
                <w:sz w:val="22"/>
              </w:rPr>
            </w:pPr>
            <w:proofErr w:type="spellStart"/>
            <w:r>
              <w:t>Строки</w:t>
            </w:r>
            <w:proofErr w:type="spellEnd"/>
            <w:r>
              <w:t xml:space="preserve"> </w:t>
            </w:r>
            <w:proofErr w:type="spellStart"/>
            <w:r>
              <w:t>зберігання</w:t>
            </w:r>
            <w:proofErr w:type="spellEnd"/>
            <w:r>
              <w:t xml:space="preserve"> </w:t>
            </w:r>
            <w:proofErr w:type="spellStart"/>
            <w:r>
              <w:t>до</w:t>
            </w:r>
            <w:proofErr w:type="spellEnd"/>
          </w:p>
        </w:tc>
        <w:tc>
          <w:tcPr>
            <w:tcW w:w="3823" w:type="dxa"/>
            <w:gridSpan w:val="3"/>
            <w:hideMark/>
          </w:tcPr>
          <w:p w:rsidR="00E41A86" w:rsidRDefault="00E41A86">
            <w:pPr>
              <w:spacing w:after="200" w:line="276" w:lineRule="auto"/>
              <w:rPr>
                <w:sz w:val="22"/>
              </w:rPr>
            </w:pPr>
            <w:r>
              <w:t xml:space="preserve">В </w:t>
            </w:r>
            <w:proofErr w:type="spellStart"/>
            <w:r>
              <w:t>складах</w:t>
            </w:r>
            <w:proofErr w:type="spellEnd"/>
          </w:p>
        </w:tc>
        <w:tc>
          <w:tcPr>
            <w:tcW w:w="2003" w:type="dxa"/>
            <w:hideMark/>
          </w:tcPr>
          <w:p w:rsidR="00E41A86" w:rsidRPr="00E41A86" w:rsidRDefault="00E41A86">
            <w:pPr>
              <w:spacing w:after="200" w:line="276" w:lineRule="auto"/>
              <w:rPr>
                <w:sz w:val="22"/>
                <w:lang w:val="ru-RU"/>
              </w:rPr>
            </w:pPr>
            <w:r w:rsidRPr="00E41A86">
              <w:rPr>
                <w:lang w:val="ru-RU"/>
              </w:rPr>
              <w:t xml:space="preserve">На </w:t>
            </w:r>
            <w:proofErr w:type="spellStart"/>
            <w:r w:rsidRPr="00E41A86">
              <w:rPr>
                <w:lang w:val="ru-RU"/>
              </w:rPr>
              <w:t>пристосованих</w:t>
            </w:r>
            <w:proofErr w:type="spellEnd"/>
            <w:r w:rsidRPr="00E41A86">
              <w:rPr>
                <w:lang w:val="ru-RU"/>
              </w:rPr>
              <w:t xml:space="preserve"> для </w:t>
            </w:r>
            <w:proofErr w:type="spellStart"/>
            <w:r w:rsidRPr="00E41A86">
              <w:rPr>
                <w:lang w:val="ru-RU"/>
              </w:rPr>
              <w:t>зберігання</w:t>
            </w:r>
            <w:proofErr w:type="spellEnd"/>
            <w:r w:rsidRPr="00E41A86">
              <w:rPr>
                <w:lang w:val="ru-RU"/>
              </w:rPr>
              <w:t xml:space="preserve"> площадках і в </w:t>
            </w:r>
            <w:proofErr w:type="spellStart"/>
            <w:r w:rsidRPr="00E41A86">
              <w:rPr>
                <w:lang w:val="ru-RU"/>
              </w:rPr>
              <w:t>сапетках</w:t>
            </w:r>
            <w:proofErr w:type="spellEnd"/>
          </w:p>
        </w:tc>
      </w:tr>
      <w:tr w:rsidR="00E41A86" w:rsidTr="008014E5">
        <w:tc>
          <w:tcPr>
            <w:tcW w:w="1551" w:type="dxa"/>
          </w:tcPr>
          <w:p w:rsidR="00E41A86" w:rsidRPr="00E41A86" w:rsidRDefault="00E41A86">
            <w:pPr>
              <w:spacing w:after="200" w:line="276" w:lineRule="auto"/>
              <w:rPr>
                <w:sz w:val="22"/>
                <w:lang w:val="ru-RU"/>
              </w:rPr>
            </w:pPr>
          </w:p>
        </w:tc>
        <w:tc>
          <w:tcPr>
            <w:tcW w:w="1479" w:type="dxa"/>
          </w:tcPr>
          <w:p w:rsidR="00E41A86" w:rsidRPr="00E41A86" w:rsidRDefault="00E41A86">
            <w:pPr>
              <w:spacing w:after="200" w:line="276" w:lineRule="auto"/>
              <w:rPr>
                <w:sz w:val="22"/>
                <w:lang w:val="ru-RU"/>
              </w:rPr>
            </w:pPr>
          </w:p>
        </w:tc>
        <w:tc>
          <w:tcPr>
            <w:tcW w:w="1362" w:type="dxa"/>
            <w:hideMark/>
          </w:tcPr>
          <w:p w:rsidR="00E41A86" w:rsidRDefault="00E41A86">
            <w:pPr>
              <w:spacing w:after="200" w:line="276" w:lineRule="auto"/>
              <w:rPr>
                <w:sz w:val="22"/>
              </w:rPr>
            </w:pPr>
            <w:proofErr w:type="spellStart"/>
            <w:r>
              <w:t>Насипом</w:t>
            </w:r>
            <w:proofErr w:type="spellEnd"/>
          </w:p>
        </w:tc>
        <w:tc>
          <w:tcPr>
            <w:tcW w:w="1071" w:type="dxa"/>
            <w:hideMark/>
          </w:tcPr>
          <w:p w:rsidR="00E41A86" w:rsidRDefault="00E41A86">
            <w:pPr>
              <w:spacing w:after="200" w:line="276" w:lineRule="auto"/>
              <w:rPr>
                <w:sz w:val="22"/>
              </w:rPr>
            </w:pPr>
            <w:r>
              <w:t xml:space="preserve">В </w:t>
            </w:r>
            <w:proofErr w:type="spellStart"/>
            <w:r>
              <w:t>тарі</w:t>
            </w:r>
            <w:proofErr w:type="spellEnd"/>
          </w:p>
        </w:tc>
        <w:tc>
          <w:tcPr>
            <w:tcW w:w="1390" w:type="dxa"/>
            <w:hideMark/>
          </w:tcPr>
          <w:p w:rsidR="00E41A86" w:rsidRDefault="00E41A86">
            <w:pPr>
              <w:spacing w:after="200" w:line="276" w:lineRule="auto"/>
              <w:rPr>
                <w:sz w:val="22"/>
              </w:rPr>
            </w:pPr>
            <w:r>
              <w:t xml:space="preserve">В </w:t>
            </w:r>
            <w:proofErr w:type="spellStart"/>
            <w:r>
              <w:t>елеваторі</w:t>
            </w:r>
            <w:proofErr w:type="spellEnd"/>
          </w:p>
        </w:tc>
        <w:tc>
          <w:tcPr>
            <w:tcW w:w="2003" w:type="dxa"/>
          </w:tcPr>
          <w:p w:rsidR="00E41A86" w:rsidRDefault="00E41A86">
            <w:pPr>
              <w:spacing w:after="200" w:line="276" w:lineRule="auto"/>
              <w:rPr>
                <w:sz w:val="22"/>
              </w:rPr>
            </w:pPr>
          </w:p>
        </w:tc>
      </w:tr>
      <w:tr w:rsidR="00E41A86" w:rsidTr="008014E5">
        <w:tc>
          <w:tcPr>
            <w:tcW w:w="1551" w:type="dxa"/>
            <w:hideMark/>
          </w:tcPr>
          <w:p w:rsidR="00E41A86" w:rsidRDefault="00E41A86">
            <w:pPr>
              <w:spacing w:after="200" w:line="276" w:lineRule="auto"/>
              <w:rPr>
                <w:sz w:val="22"/>
              </w:rPr>
            </w:pPr>
            <w:proofErr w:type="spellStart"/>
            <w:r>
              <w:t>Пшениця</w:t>
            </w:r>
            <w:proofErr w:type="spellEnd"/>
            <w:r>
              <w:t xml:space="preserve">, </w:t>
            </w:r>
            <w:proofErr w:type="spellStart"/>
            <w:r>
              <w:t>жито</w:t>
            </w:r>
            <w:proofErr w:type="spellEnd"/>
            <w:r>
              <w:t>,</w:t>
            </w:r>
          </w:p>
        </w:tc>
        <w:tc>
          <w:tcPr>
            <w:tcW w:w="1479" w:type="dxa"/>
            <w:hideMark/>
          </w:tcPr>
          <w:p w:rsidR="00E41A86" w:rsidRDefault="00E41A86">
            <w:pPr>
              <w:spacing w:after="200" w:line="276" w:lineRule="auto"/>
              <w:rPr>
                <w:sz w:val="22"/>
              </w:rPr>
            </w:pPr>
            <w:r>
              <w:t xml:space="preserve">3 </w:t>
            </w:r>
            <w:proofErr w:type="spellStart"/>
            <w:r>
              <w:t>міс</w:t>
            </w:r>
            <w:proofErr w:type="spellEnd"/>
            <w:r>
              <w:t>.</w:t>
            </w:r>
          </w:p>
        </w:tc>
        <w:tc>
          <w:tcPr>
            <w:tcW w:w="1362" w:type="dxa"/>
            <w:hideMark/>
          </w:tcPr>
          <w:p w:rsidR="00E41A86" w:rsidRDefault="00E41A86">
            <w:pPr>
              <w:spacing w:after="200" w:line="276" w:lineRule="auto"/>
              <w:rPr>
                <w:sz w:val="22"/>
              </w:rPr>
            </w:pPr>
            <w:r>
              <w:t>0,07</w:t>
            </w:r>
          </w:p>
        </w:tc>
        <w:tc>
          <w:tcPr>
            <w:tcW w:w="1071" w:type="dxa"/>
            <w:hideMark/>
          </w:tcPr>
          <w:p w:rsidR="00E41A86" w:rsidRDefault="00E41A86">
            <w:pPr>
              <w:spacing w:after="200" w:line="276" w:lineRule="auto"/>
              <w:rPr>
                <w:sz w:val="22"/>
              </w:rPr>
            </w:pPr>
            <w:r>
              <w:t>0,04</w:t>
            </w:r>
          </w:p>
        </w:tc>
        <w:tc>
          <w:tcPr>
            <w:tcW w:w="1390" w:type="dxa"/>
            <w:hideMark/>
          </w:tcPr>
          <w:p w:rsidR="00E41A86" w:rsidRDefault="00E41A86">
            <w:pPr>
              <w:spacing w:after="200" w:line="276" w:lineRule="auto"/>
              <w:rPr>
                <w:sz w:val="22"/>
              </w:rPr>
            </w:pPr>
            <w:r>
              <w:t>0,05</w:t>
            </w:r>
          </w:p>
        </w:tc>
        <w:tc>
          <w:tcPr>
            <w:tcW w:w="2003" w:type="dxa"/>
            <w:hideMark/>
          </w:tcPr>
          <w:p w:rsidR="00E41A86" w:rsidRDefault="00E41A86">
            <w:pPr>
              <w:spacing w:after="200" w:line="276" w:lineRule="auto"/>
              <w:rPr>
                <w:sz w:val="22"/>
              </w:rPr>
            </w:pPr>
            <w:r>
              <w:t>0,12</w:t>
            </w:r>
          </w:p>
        </w:tc>
      </w:tr>
      <w:tr w:rsidR="008014E5" w:rsidTr="00182B49">
        <w:trPr>
          <w:trHeight w:val="1151"/>
        </w:trPr>
        <w:tc>
          <w:tcPr>
            <w:tcW w:w="1551" w:type="dxa"/>
            <w:hideMark/>
          </w:tcPr>
          <w:p w:rsidR="008014E5" w:rsidRDefault="008014E5">
            <w:pPr>
              <w:spacing w:after="200" w:line="276" w:lineRule="auto"/>
              <w:rPr>
                <w:sz w:val="22"/>
              </w:rPr>
            </w:pPr>
            <w:proofErr w:type="spellStart"/>
            <w:r>
              <w:t>ячмінь</w:t>
            </w:r>
            <w:proofErr w:type="spellEnd"/>
          </w:p>
        </w:tc>
        <w:tc>
          <w:tcPr>
            <w:tcW w:w="1479" w:type="dxa"/>
            <w:hideMark/>
          </w:tcPr>
          <w:p w:rsidR="008014E5" w:rsidRDefault="008014E5">
            <w:pPr>
              <w:spacing w:after="200" w:line="276" w:lineRule="auto"/>
              <w:rPr>
                <w:sz w:val="22"/>
              </w:rPr>
            </w:pPr>
            <w:r>
              <w:t xml:space="preserve">6 </w:t>
            </w:r>
            <w:proofErr w:type="spellStart"/>
            <w:r>
              <w:t>міс</w:t>
            </w:r>
            <w:proofErr w:type="spellEnd"/>
            <w:r>
              <w:t>.</w:t>
            </w:r>
          </w:p>
          <w:p w:rsidR="008014E5" w:rsidRDefault="008014E5" w:rsidP="00231CEB">
            <w:pPr>
              <w:spacing w:after="200" w:line="276" w:lineRule="auto"/>
              <w:rPr>
                <w:sz w:val="22"/>
              </w:rPr>
            </w:pPr>
            <w:r>
              <w:t xml:space="preserve">1 </w:t>
            </w:r>
            <w:proofErr w:type="spellStart"/>
            <w:r>
              <w:t>рік</w:t>
            </w:r>
            <w:proofErr w:type="spellEnd"/>
          </w:p>
        </w:tc>
        <w:tc>
          <w:tcPr>
            <w:tcW w:w="1362" w:type="dxa"/>
            <w:hideMark/>
          </w:tcPr>
          <w:p w:rsidR="008014E5" w:rsidRDefault="008014E5">
            <w:pPr>
              <w:spacing w:after="200" w:line="276" w:lineRule="auto"/>
              <w:rPr>
                <w:sz w:val="22"/>
              </w:rPr>
            </w:pPr>
            <w:r>
              <w:t>0,09</w:t>
            </w:r>
          </w:p>
          <w:p w:rsidR="008014E5" w:rsidRDefault="008014E5" w:rsidP="005C0DE1">
            <w:pPr>
              <w:spacing w:after="200" w:line="276" w:lineRule="auto"/>
              <w:rPr>
                <w:sz w:val="22"/>
              </w:rPr>
            </w:pPr>
            <w:r>
              <w:t>0,12</w:t>
            </w:r>
          </w:p>
        </w:tc>
        <w:tc>
          <w:tcPr>
            <w:tcW w:w="1071" w:type="dxa"/>
            <w:hideMark/>
          </w:tcPr>
          <w:p w:rsidR="008014E5" w:rsidRDefault="008014E5">
            <w:pPr>
              <w:spacing w:after="200" w:line="276" w:lineRule="auto"/>
              <w:rPr>
                <w:sz w:val="22"/>
              </w:rPr>
            </w:pPr>
            <w:r>
              <w:t>0,06</w:t>
            </w:r>
          </w:p>
          <w:p w:rsidR="008014E5" w:rsidRDefault="008014E5" w:rsidP="00A67CAA">
            <w:pPr>
              <w:spacing w:after="200" w:line="276" w:lineRule="auto"/>
              <w:rPr>
                <w:sz w:val="22"/>
              </w:rPr>
            </w:pPr>
            <w:r>
              <w:t>0,09</w:t>
            </w:r>
          </w:p>
        </w:tc>
        <w:tc>
          <w:tcPr>
            <w:tcW w:w="1390" w:type="dxa"/>
            <w:hideMark/>
          </w:tcPr>
          <w:p w:rsidR="008014E5" w:rsidRDefault="008014E5">
            <w:pPr>
              <w:spacing w:after="200" w:line="276" w:lineRule="auto"/>
              <w:rPr>
                <w:sz w:val="22"/>
              </w:rPr>
            </w:pPr>
            <w:r>
              <w:t>0,07</w:t>
            </w:r>
          </w:p>
          <w:p w:rsidR="008014E5" w:rsidRDefault="008014E5" w:rsidP="00831F41">
            <w:pPr>
              <w:spacing w:after="200" w:line="276" w:lineRule="auto"/>
              <w:rPr>
                <w:sz w:val="22"/>
              </w:rPr>
            </w:pPr>
            <w:r>
              <w:t>0,10</w:t>
            </w:r>
          </w:p>
        </w:tc>
        <w:tc>
          <w:tcPr>
            <w:tcW w:w="2003" w:type="dxa"/>
            <w:hideMark/>
          </w:tcPr>
          <w:p w:rsidR="008014E5" w:rsidRDefault="008014E5">
            <w:pPr>
              <w:spacing w:after="200" w:line="276" w:lineRule="auto"/>
              <w:rPr>
                <w:sz w:val="22"/>
              </w:rPr>
            </w:pPr>
            <w:r>
              <w:t>0,16</w:t>
            </w:r>
          </w:p>
          <w:p w:rsidR="008014E5" w:rsidRDefault="008014E5" w:rsidP="00182B49">
            <w:pPr>
              <w:spacing w:after="200" w:line="276" w:lineRule="auto"/>
              <w:rPr>
                <w:sz w:val="22"/>
              </w:rPr>
            </w:pPr>
            <w:r>
              <w:t>-</w:t>
            </w:r>
          </w:p>
        </w:tc>
      </w:tr>
      <w:tr w:rsidR="008014E5" w:rsidTr="00D644F5">
        <w:trPr>
          <w:trHeight w:val="1731"/>
        </w:trPr>
        <w:tc>
          <w:tcPr>
            <w:tcW w:w="1551" w:type="dxa"/>
            <w:hideMark/>
          </w:tcPr>
          <w:p w:rsidR="008014E5" w:rsidRDefault="008014E5">
            <w:pPr>
              <w:spacing w:after="200" w:line="276" w:lineRule="auto"/>
              <w:rPr>
                <w:sz w:val="22"/>
              </w:rPr>
            </w:pPr>
            <w:proofErr w:type="spellStart"/>
            <w:r>
              <w:t>Кукурудза</w:t>
            </w:r>
            <w:proofErr w:type="spellEnd"/>
            <w:r>
              <w:t xml:space="preserve"> в </w:t>
            </w:r>
            <w:proofErr w:type="spellStart"/>
            <w:r>
              <w:t>зерні</w:t>
            </w:r>
            <w:proofErr w:type="spellEnd"/>
          </w:p>
        </w:tc>
        <w:tc>
          <w:tcPr>
            <w:tcW w:w="1479" w:type="dxa"/>
            <w:hideMark/>
          </w:tcPr>
          <w:p w:rsidR="008014E5" w:rsidRDefault="008014E5">
            <w:pPr>
              <w:spacing w:after="200" w:line="276" w:lineRule="auto"/>
              <w:rPr>
                <w:sz w:val="22"/>
              </w:rPr>
            </w:pPr>
            <w:r>
              <w:t xml:space="preserve">3 </w:t>
            </w:r>
            <w:proofErr w:type="spellStart"/>
            <w:r>
              <w:t>міс</w:t>
            </w:r>
            <w:proofErr w:type="spellEnd"/>
            <w:r>
              <w:t>.</w:t>
            </w:r>
          </w:p>
          <w:p w:rsidR="008014E5" w:rsidRDefault="008014E5">
            <w:pPr>
              <w:spacing w:after="200" w:line="276" w:lineRule="auto"/>
              <w:rPr>
                <w:sz w:val="22"/>
              </w:rPr>
            </w:pPr>
            <w:r>
              <w:t xml:space="preserve">6 </w:t>
            </w:r>
            <w:proofErr w:type="spellStart"/>
            <w:r>
              <w:t>міс</w:t>
            </w:r>
            <w:proofErr w:type="spellEnd"/>
            <w:r>
              <w:t>.</w:t>
            </w:r>
          </w:p>
          <w:p w:rsidR="008014E5" w:rsidRDefault="008014E5" w:rsidP="00F70E79">
            <w:pPr>
              <w:spacing w:after="200" w:line="276" w:lineRule="auto"/>
              <w:rPr>
                <w:sz w:val="22"/>
              </w:rPr>
            </w:pPr>
            <w:r>
              <w:t xml:space="preserve">1 </w:t>
            </w:r>
            <w:proofErr w:type="spellStart"/>
            <w:r>
              <w:t>рік</w:t>
            </w:r>
            <w:proofErr w:type="spellEnd"/>
          </w:p>
        </w:tc>
        <w:tc>
          <w:tcPr>
            <w:tcW w:w="1362" w:type="dxa"/>
            <w:hideMark/>
          </w:tcPr>
          <w:p w:rsidR="008014E5" w:rsidRDefault="008014E5">
            <w:pPr>
              <w:spacing w:after="200" w:line="276" w:lineRule="auto"/>
              <w:rPr>
                <w:sz w:val="22"/>
              </w:rPr>
            </w:pPr>
            <w:r>
              <w:t>0,13</w:t>
            </w:r>
          </w:p>
          <w:p w:rsidR="008014E5" w:rsidRDefault="008014E5" w:rsidP="00787189">
            <w:pPr>
              <w:spacing w:after="200" w:line="276" w:lineRule="auto"/>
              <w:rPr>
                <w:sz w:val="22"/>
              </w:rPr>
            </w:pPr>
            <w:r>
              <w:t>0,17</w:t>
            </w:r>
          </w:p>
          <w:p w:rsidR="008014E5" w:rsidRDefault="008014E5" w:rsidP="00F11B9F">
            <w:pPr>
              <w:spacing w:after="200" w:line="276" w:lineRule="auto"/>
              <w:rPr>
                <w:sz w:val="22"/>
              </w:rPr>
            </w:pPr>
            <w:r>
              <w:t>0,21</w:t>
            </w:r>
          </w:p>
        </w:tc>
        <w:tc>
          <w:tcPr>
            <w:tcW w:w="1071" w:type="dxa"/>
            <w:hideMark/>
          </w:tcPr>
          <w:p w:rsidR="008014E5" w:rsidRDefault="008014E5">
            <w:pPr>
              <w:spacing w:after="200" w:line="276" w:lineRule="auto"/>
              <w:rPr>
                <w:sz w:val="22"/>
              </w:rPr>
            </w:pPr>
            <w:r>
              <w:t>0,07</w:t>
            </w:r>
          </w:p>
          <w:p w:rsidR="008014E5" w:rsidRDefault="008014E5">
            <w:pPr>
              <w:spacing w:after="200" w:line="276" w:lineRule="auto"/>
              <w:rPr>
                <w:sz w:val="22"/>
              </w:rPr>
            </w:pPr>
            <w:r>
              <w:t>0,10</w:t>
            </w:r>
          </w:p>
          <w:p w:rsidR="008014E5" w:rsidRDefault="008014E5" w:rsidP="00C53857">
            <w:pPr>
              <w:spacing w:after="200" w:line="276" w:lineRule="auto"/>
              <w:rPr>
                <w:sz w:val="22"/>
              </w:rPr>
            </w:pPr>
            <w:r>
              <w:t>0,13</w:t>
            </w:r>
          </w:p>
        </w:tc>
        <w:tc>
          <w:tcPr>
            <w:tcW w:w="1390" w:type="dxa"/>
            <w:hideMark/>
          </w:tcPr>
          <w:p w:rsidR="008014E5" w:rsidRDefault="008014E5">
            <w:pPr>
              <w:spacing w:after="200" w:line="276" w:lineRule="auto"/>
              <w:rPr>
                <w:sz w:val="22"/>
              </w:rPr>
            </w:pPr>
            <w:r>
              <w:t>0,08</w:t>
            </w:r>
          </w:p>
          <w:p w:rsidR="008014E5" w:rsidRDefault="008014E5" w:rsidP="00A340E5">
            <w:pPr>
              <w:spacing w:after="200" w:line="276" w:lineRule="auto"/>
              <w:rPr>
                <w:sz w:val="22"/>
              </w:rPr>
            </w:pPr>
            <w:r>
              <w:t>0,12</w:t>
            </w:r>
          </w:p>
          <w:p w:rsidR="008014E5" w:rsidRDefault="008014E5" w:rsidP="005C30CE">
            <w:pPr>
              <w:spacing w:after="200" w:line="276" w:lineRule="auto"/>
              <w:rPr>
                <w:sz w:val="22"/>
              </w:rPr>
            </w:pPr>
            <w:r>
              <w:t>0,16</w:t>
            </w:r>
          </w:p>
        </w:tc>
        <w:tc>
          <w:tcPr>
            <w:tcW w:w="2003" w:type="dxa"/>
            <w:hideMark/>
          </w:tcPr>
          <w:p w:rsidR="008014E5" w:rsidRDefault="008014E5">
            <w:pPr>
              <w:spacing w:after="200" w:line="276" w:lineRule="auto"/>
              <w:rPr>
                <w:sz w:val="22"/>
              </w:rPr>
            </w:pPr>
            <w:r>
              <w:t>0,18</w:t>
            </w:r>
          </w:p>
          <w:p w:rsidR="008014E5" w:rsidRDefault="008014E5">
            <w:pPr>
              <w:spacing w:after="200" w:line="276" w:lineRule="auto"/>
              <w:rPr>
                <w:sz w:val="22"/>
              </w:rPr>
            </w:pPr>
            <w:r>
              <w:t>0,22</w:t>
            </w:r>
          </w:p>
          <w:p w:rsidR="008014E5" w:rsidRDefault="008014E5" w:rsidP="004451DE">
            <w:pPr>
              <w:spacing w:after="200" w:line="276" w:lineRule="auto"/>
              <w:rPr>
                <w:sz w:val="22"/>
              </w:rPr>
            </w:pPr>
            <w:r>
              <w:t>-</w:t>
            </w:r>
          </w:p>
        </w:tc>
      </w:tr>
      <w:tr w:rsidR="008014E5" w:rsidTr="00E5630D">
        <w:trPr>
          <w:trHeight w:val="2451"/>
        </w:trPr>
        <w:tc>
          <w:tcPr>
            <w:tcW w:w="1551" w:type="dxa"/>
            <w:hideMark/>
          </w:tcPr>
          <w:p w:rsidR="008014E5" w:rsidRPr="008014E5" w:rsidRDefault="008014E5" w:rsidP="00F9724C">
            <w:pPr>
              <w:spacing w:after="200" w:line="276" w:lineRule="auto"/>
              <w:rPr>
                <w:sz w:val="22"/>
                <w:lang w:val="ru-RU"/>
              </w:rPr>
            </w:pPr>
            <w:r w:rsidRPr="008014E5">
              <w:rPr>
                <w:lang w:val="ru-RU"/>
              </w:rPr>
              <w:t xml:space="preserve">Горох, </w:t>
            </w:r>
            <w:proofErr w:type="spellStart"/>
            <w:r w:rsidRPr="008014E5">
              <w:rPr>
                <w:lang w:val="ru-RU"/>
              </w:rPr>
              <w:t>сочевиця</w:t>
            </w:r>
            <w:proofErr w:type="spellEnd"/>
            <w:r w:rsidRPr="008014E5">
              <w:rPr>
                <w:lang w:val="ru-RU"/>
              </w:rPr>
              <w:t>,</w:t>
            </w:r>
            <w:r>
              <w:rPr>
                <w:sz w:val="22"/>
                <w:lang w:val="ru-RU"/>
              </w:rPr>
              <w:br/>
            </w:r>
            <w:proofErr w:type="spellStart"/>
            <w:r w:rsidRPr="008014E5">
              <w:rPr>
                <w:lang w:val="ru-RU"/>
              </w:rPr>
              <w:t>боби</w:t>
            </w:r>
            <w:proofErr w:type="spellEnd"/>
            <w:r w:rsidRPr="008014E5">
              <w:rPr>
                <w:lang w:val="ru-RU"/>
              </w:rPr>
              <w:t xml:space="preserve">, </w:t>
            </w:r>
            <w:proofErr w:type="spellStart"/>
            <w:r w:rsidRPr="008014E5">
              <w:rPr>
                <w:lang w:val="ru-RU"/>
              </w:rPr>
              <w:t>квасоля</w:t>
            </w:r>
            <w:proofErr w:type="spellEnd"/>
            <w:r w:rsidRPr="008014E5">
              <w:rPr>
                <w:lang w:val="ru-RU"/>
              </w:rPr>
              <w:t>,</w:t>
            </w:r>
            <w:r>
              <w:rPr>
                <w:sz w:val="22"/>
                <w:lang w:val="ru-RU"/>
              </w:rPr>
              <w:br/>
            </w:r>
            <w:proofErr w:type="spellStart"/>
            <w:r w:rsidRPr="008014E5">
              <w:rPr>
                <w:lang w:val="ru-RU"/>
              </w:rPr>
              <w:t>віка</w:t>
            </w:r>
            <w:proofErr w:type="spellEnd"/>
            <w:r w:rsidRPr="008014E5">
              <w:rPr>
                <w:lang w:val="ru-RU"/>
              </w:rPr>
              <w:t xml:space="preserve"> і соя</w:t>
            </w:r>
          </w:p>
        </w:tc>
        <w:tc>
          <w:tcPr>
            <w:tcW w:w="1479" w:type="dxa"/>
            <w:hideMark/>
          </w:tcPr>
          <w:p w:rsidR="008014E5" w:rsidRDefault="008014E5">
            <w:pPr>
              <w:spacing w:after="200" w:line="276" w:lineRule="auto"/>
              <w:rPr>
                <w:sz w:val="22"/>
              </w:rPr>
            </w:pPr>
            <w:r>
              <w:t xml:space="preserve">3 </w:t>
            </w:r>
            <w:proofErr w:type="spellStart"/>
            <w:r>
              <w:t>міс</w:t>
            </w:r>
            <w:proofErr w:type="spellEnd"/>
            <w:r>
              <w:t>.</w:t>
            </w:r>
          </w:p>
          <w:p w:rsidR="008014E5" w:rsidRDefault="008014E5" w:rsidP="00183E4E">
            <w:pPr>
              <w:spacing w:after="200" w:line="276" w:lineRule="auto"/>
              <w:rPr>
                <w:sz w:val="22"/>
              </w:rPr>
            </w:pPr>
            <w:r>
              <w:t xml:space="preserve">6 </w:t>
            </w:r>
            <w:proofErr w:type="spellStart"/>
            <w:r>
              <w:t>міс</w:t>
            </w:r>
            <w:proofErr w:type="spellEnd"/>
            <w:r>
              <w:t>.</w:t>
            </w:r>
          </w:p>
          <w:p w:rsidR="008014E5" w:rsidRDefault="008014E5" w:rsidP="000F3984">
            <w:pPr>
              <w:spacing w:after="200" w:line="276" w:lineRule="auto"/>
              <w:rPr>
                <w:sz w:val="22"/>
              </w:rPr>
            </w:pPr>
            <w:r>
              <w:t xml:space="preserve">1 </w:t>
            </w:r>
            <w:proofErr w:type="spellStart"/>
            <w:r>
              <w:t>рік</w:t>
            </w:r>
            <w:proofErr w:type="spellEnd"/>
          </w:p>
        </w:tc>
        <w:tc>
          <w:tcPr>
            <w:tcW w:w="1362" w:type="dxa"/>
            <w:hideMark/>
          </w:tcPr>
          <w:p w:rsidR="008014E5" w:rsidRDefault="008014E5">
            <w:pPr>
              <w:spacing w:after="200" w:line="276" w:lineRule="auto"/>
              <w:rPr>
                <w:sz w:val="22"/>
              </w:rPr>
            </w:pPr>
            <w:r>
              <w:t>0,07</w:t>
            </w:r>
          </w:p>
          <w:p w:rsidR="008014E5" w:rsidRDefault="008014E5">
            <w:pPr>
              <w:spacing w:after="200" w:line="276" w:lineRule="auto"/>
              <w:rPr>
                <w:sz w:val="22"/>
              </w:rPr>
            </w:pPr>
            <w:r>
              <w:t>0,09</w:t>
            </w:r>
          </w:p>
          <w:p w:rsidR="008014E5" w:rsidRDefault="008014E5" w:rsidP="0023479E">
            <w:pPr>
              <w:spacing w:after="200" w:line="276" w:lineRule="auto"/>
              <w:rPr>
                <w:sz w:val="22"/>
              </w:rPr>
            </w:pPr>
            <w:r>
              <w:t>0,12</w:t>
            </w:r>
          </w:p>
        </w:tc>
        <w:tc>
          <w:tcPr>
            <w:tcW w:w="1071" w:type="dxa"/>
            <w:hideMark/>
          </w:tcPr>
          <w:p w:rsidR="008014E5" w:rsidRDefault="008014E5">
            <w:pPr>
              <w:spacing w:after="200" w:line="276" w:lineRule="auto"/>
              <w:rPr>
                <w:sz w:val="22"/>
              </w:rPr>
            </w:pPr>
            <w:r>
              <w:t>0,04</w:t>
            </w:r>
          </w:p>
          <w:p w:rsidR="008014E5" w:rsidRDefault="008014E5">
            <w:pPr>
              <w:spacing w:after="200" w:line="276" w:lineRule="auto"/>
              <w:rPr>
                <w:sz w:val="22"/>
              </w:rPr>
            </w:pPr>
            <w:r>
              <w:t>0,06</w:t>
            </w:r>
          </w:p>
          <w:p w:rsidR="008014E5" w:rsidRDefault="008014E5" w:rsidP="000C168D">
            <w:pPr>
              <w:spacing w:after="200" w:line="276" w:lineRule="auto"/>
              <w:rPr>
                <w:sz w:val="22"/>
              </w:rPr>
            </w:pPr>
            <w:r>
              <w:t>0,08</w:t>
            </w:r>
          </w:p>
        </w:tc>
        <w:tc>
          <w:tcPr>
            <w:tcW w:w="1390" w:type="dxa"/>
            <w:hideMark/>
          </w:tcPr>
          <w:p w:rsidR="008014E5" w:rsidRDefault="008014E5">
            <w:pPr>
              <w:spacing w:after="200" w:line="276" w:lineRule="auto"/>
              <w:rPr>
                <w:sz w:val="22"/>
              </w:rPr>
            </w:pPr>
            <w:r>
              <w:t>0,05</w:t>
            </w:r>
          </w:p>
          <w:p w:rsidR="008014E5" w:rsidRDefault="008014E5" w:rsidP="00285DD3">
            <w:pPr>
              <w:spacing w:after="200" w:line="276" w:lineRule="auto"/>
              <w:rPr>
                <w:sz w:val="22"/>
              </w:rPr>
            </w:pPr>
            <w:r>
              <w:t>0,07</w:t>
            </w:r>
          </w:p>
          <w:p w:rsidR="008014E5" w:rsidRDefault="008014E5" w:rsidP="00E5630D">
            <w:pPr>
              <w:spacing w:after="200" w:line="276" w:lineRule="auto"/>
              <w:rPr>
                <w:sz w:val="22"/>
              </w:rPr>
            </w:pPr>
            <w:r>
              <w:t>0,10</w:t>
            </w:r>
          </w:p>
        </w:tc>
        <w:tc>
          <w:tcPr>
            <w:tcW w:w="2003" w:type="dxa"/>
            <w:hideMark/>
          </w:tcPr>
          <w:p w:rsidR="008014E5" w:rsidRDefault="008014E5">
            <w:pPr>
              <w:spacing w:after="200" w:line="276" w:lineRule="auto"/>
              <w:rPr>
                <w:sz w:val="22"/>
              </w:rPr>
            </w:pPr>
            <w:r>
              <w:t>-</w:t>
            </w:r>
          </w:p>
          <w:p w:rsidR="008014E5" w:rsidRDefault="008014E5" w:rsidP="00524878">
            <w:pPr>
              <w:spacing w:after="200" w:line="276" w:lineRule="auto"/>
              <w:rPr>
                <w:sz w:val="22"/>
              </w:rPr>
            </w:pPr>
            <w:r>
              <w:t>-</w:t>
            </w:r>
          </w:p>
          <w:p w:rsidR="008014E5" w:rsidRDefault="008014E5" w:rsidP="006D1688">
            <w:pPr>
              <w:spacing w:after="200" w:line="276" w:lineRule="auto"/>
              <w:rPr>
                <w:sz w:val="22"/>
              </w:rPr>
            </w:pPr>
            <w:r>
              <w:t>-</w:t>
            </w:r>
          </w:p>
        </w:tc>
      </w:tr>
      <w:tr w:rsidR="008014E5" w:rsidTr="007A2114">
        <w:trPr>
          <w:trHeight w:val="1731"/>
        </w:trPr>
        <w:tc>
          <w:tcPr>
            <w:tcW w:w="1551" w:type="dxa"/>
            <w:hideMark/>
          </w:tcPr>
          <w:p w:rsidR="008014E5" w:rsidRDefault="008014E5">
            <w:pPr>
              <w:spacing w:after="200" w:line="276" w:lineRule="auto"/>
              <w:rPr>
                <w:sz w:val="22"/>
              </w:rPr>
            </w:pPr>
            <w:proofErr w:type="spellStart"/>
            <w:r>
              <w:t>Насіння</w:t>
            </w:r>
            <w:proofErr w:type="spellEnd"/>
            <w:r>
              <w:t xml:space="preserve"> </w:t>
            </w:r>
            <w:proofErr w:type="spellStart"/>
            <w:r>
              <w:t>соняшнику</w:t>
            </w:r>
            <w:proofErr w:type="spellEnd"/>
          </w:p>
        </w:tc>
        <w:tc>
          <w:tcPr>
            <w:tcW w:w="1479" w:type="dxa"/>
            <w:hideMark/>
          </w:tcPr>
          <w:p w:rsidR="008014E5" w:rsidRDefault="008014E5">
            <w:pPr>
              <w:spacing w:after="200" w:line="276" w:lineRule="auto"/>
              <w:rPr>
                <w:sz w:val="22"/>
              </w:rPr>
            </w:pPr>
            <w:r>
              <w:t xml:space="preserve">3 </w:t>
            </w:r>
            <w:proofErr w:type="spellStart"/>
            <w:r>
              <w:t>міс</w:t>
            </w:r>
            <w:proofErr w:type="spellEnd"/>
            <w:r>
              <w:t>.</w:t>
            </w:r>
          </w:p>
          <w:p w:rsidR="008014E5" w:rsidRDefault="008014E5" w:rsidP="00CD65E6">
            <w:pPr>
              <w:spacing w:after="200" w:line="276" w:lineRule="auto"/>
              <w:rPr>
                <w:sz w:val="22"/>
              </w:rPr>
            </w:pPr>
            <w:r>
              <w:t xml:space="preserve">6 </w:t>
            </w:r>
            <w:proofErr w:type="spellStart"/>
            <w:r>
              <w:t>міс</w:t>
            </w:r>
            <w:proofErr w:type="spellEnd"/>
            <w:r>
              <w:t>.</w:t>
            </w:r>
          </w:p>
          <w:p w:rsidR="008014E5" w:rsidRDefault="008014E5" w:rsidP="002E2FAE">
            <w:pPr>
              <w:spacing w:after="200" w:line="276" w:lineRule="auto"/>
              <w:rPr>
                <w:sz w:val="22"/>
              </w:rPr>
            </w:pPr>
            <w:r>
              <w:t xml:space="preserve">1 </w:t>
            </w:r>
            <w:proofErr w:type="spellStart"/>
            <w:r>
              <w:t>рік</w:t>
            </w:r>
            <w:proofErr w:type="spellEnd"/>
          </w:p>
        </w:tc>
        <w:tc>
          <w:tcPr>
            <w:tcW w:w="1362" w:type="dxa"/>
            <w:hideMark/>
          </w:tcPr>
          <w:p w:rsidR="008014E5" w:rsidRDefault="008014E5">
            <w:pPr>
              <w:spacing w:after="200" w:line="276" w:lineRule="auto"/>
              <w:rPr>
                <w:sz w:val="22"/>
              </w:rPr>
            </w:pPr>
            <w:r>
              <w:t>0,20</w:t>
            </w:r>
          </w:p>
          <w:p w:rsidR="008014E5" w:rsidRDefault="008014E5" w:rsidP="00BF2BA1">
            <w:pPr>
              <w:spacing w:after="200" w:line="276" w:lineRule="auto"/>
              <w:rPr>
                <w:sz w:val="22"/>
              </w:rPr>
            </w:pPr>
            <w:r>
              <w:t>0,25</w:t>
            </w:r>
          </w:p>
          <w:p w:rsidR="008014E5" w:rsidRDefault="008014E5" w:rsidP="00724AE0">
            <w:pPr>
              <w:spacing w:after="200" w:line="276" w:lineRule="auto"/>
              <w:rPr>
                <w:sz w:val="22"/>
              </w:rPr>
            </w:pPr>
            <w:r>
              <w:t>0,30</w:t>
            </w:r>
          </w:p>
        </w:tc>
        <w:tc>
          <w:tcPr>
            <w:tcW w:w="1071" w:type="dxa"/>
            <w:hideMark/>
          </w:tcPr>
          <w:p w:rsidR="008014E5" w:rsidRDefault="008014E5">
            <w:pPr>
              <w:spacing w:after="200" w:line="276" w:lineRule="auto"/>
              <w:rPr>
                <w:sz w:val="22"/>
              </w:rPr>
            </w:pPr>
            <w:r>
              <w:t>0,12</w:t>
            </w:r>
          </w:p>
          <w:p w:rsidR="008014E5" w:rsidRDefault="008014E5" w:rsidP="00D70510">
            <w:pPr>
              <w:spacing w:after="200" w:line="276" w:lineRule="auto"/>
              <w:rPr>
                <w:sz w:val="22"/>
              </w:rPr>
            </w:pPr>
            <w:r>
              <w:t>0,15</w:t>
            </w:r>
          </w:p>
          <w:p w:rsidR="008014E5" w:rsidRDefault="008014E5" w:rsidP="00830788">
            <w:pPr>
              <w:spacing w:after="200" w:line="276" w:lineRule="auto"/>
              <w:rPr>
                <w:sz w:val="22"/>
              </w:rPr>
            </w:pPr>
            <w:r>
              <w:t>0,20</w:t>
            </w:r>
          </w:p>
        </w:tc>
        <w:tc>
          <w:tcPr>
            <w:tcW w:w="1390" w:type="dxa"/>
            <w:hideMark/>
          </w:tcPr>
          <w:p w:rsidR="008014E5" w:rsidRDefault="008014E5">
            <w:pPr>
              <w:spacing w:after="200" w:line="276" w:lineRule="auto"/>
              <w:rPr>
                <w:sz w:val="22"/>
              </w:rPr>
            </w:pPr>
            <w:r>
              <w:t>0,14</w:t>
            </w:r>
          </w:p>
          <w:p w:rsidR="008014E5" w:rsidRDefault="008014E5" w:rsidP="00050EE0">
            <w:pPr>
              <w:spacing w:after="200" w:line="276" w:lineRule="auto"/>
              <w:rPr>
                <w:sz w:val="22"/>
              </w:rPr>
            </w:pPr>
            <w:r>
              <w:t>0,18</w:t>
            </w:r>
          </w:p>
          <w:p w:rsidR="008014E5" w:rsidRDefault="008014E5" w:rsidP="00B17E84">
            <w:pPr>
              <w:spacing w:after="200" w:line="276" w:lineRule="auto"/>
              <w:rPr>
                <w:sz w:val="22"/>
              </w:rPr>
            </w:pPr>
            <w:r>
              <w:t>0,23</w:t>
            </w:r>
          </w:p>
        </w:tc>
        <w:tc>
          <w:tcPr>
            <w:tcW w:w="2003" w:type="dxa"/>
            <w:hideMark/>
          </w:tcPr>
          <w:p w:rsidR="008014E5" w:rsidRDefault="008014E5">
            <w:pPr>
              <w:spacing w:after="200" w:line="276" w:lineRule="auto"/>
              <w:rPr>
                <w:sz w:val="22"/>
              </w:rPr>
            </w:pPr>
            <w:r>
              <w:t>0,24</w:t>
            </w:r>
          </w:p>
          <w:p w:rsidR="008014E5" w:rsidRDefault="008014E5">
            <w:pPr>
              <w:spacing w:after="200" w:line="276" w:lineRule="auto"/>
              <w:rPr>
                <w:sz w:val="22"/>
              </w:rPr>
            </w:pPr>
            <w:r>
              <w:t>0,30</w:t>
            </w:r>
          </w:p>
          <w:p w:rsidR="008014E5" w:rsidRDefault="008014E5" w:rsidP="000F61F6">
            <w:pPr>
              <w:spacing w:after="200" w:line="276" w:lineRule="auto"/>
              <w:rPr>
                <w:sz w:val="22"/>
              </w:rPr>
            </w:pPr>
            <w:r>
              <w:t>-</w:t>
            </w:r>
          </w:p>
        </w:tc>
      </w:tr>
    </w:tbl>
    <w:p w:rsidR="00B16A46" w:rsidRPr="00E41A86" w:rsidRDefault="00B16A46">
      <w:pPr>
        <w:rPr>
          <w:b/>
          <w:lang w:val="ru-RU"/>
        </w:rPr>
      </w:pPr>
    </w:p>
    <w:p w:rsidR="00353BFA" w:rsidRPr="00353BFA" w:rsidRDefault="00194C9C" w:rsidP="00353BFA">
      <w:pPr>
        <w:pStyle w:val="31"/>
        <w:rPr>
          <w:rFonts w:ascii="Times New Roman" w:hAnsi="Times New Roman" w:cs="Times New Roman"/>
          <w:color w:val="auto"/>
          <w:szCs w:val="28"/>
        </w:rPr>
      </w:pPr>
      <w:proofErr w:type="spellStart"/>
      <w:r w:rsidRPr="00353BFA">
        <w:rPr>
          <w:rFonts w:ascii="Times New Roman" w:hAnsi="Times New Roman" w:cs="Times New Roman"/>
          <w:color w:val="auto"/>
          <w:szCs w:val="28"/>
          <w:lang w:val="ru-RU"/>
        </w:rPr>
        <w:lastRenderedPageBreak/>
        <w:t>Завдання</w:t>
      </w:r>
      <w:proofErr w:type="spellEnd"/>
      <w:r w:rsidRPr="00353BFA">
        <w:rPr>
          <w:rFonts w:ascii="Times New Roman" w:hAnsi="Times New Roman" w:cs="Times New Roman"/>
          <w:color w:val="auto"/>
          <w:szCs w:val="28"/>
          <w:lang w:val="ru-RU"/>
        </w:rPr>
        <w:t xml:space="preserve"> 6. </w:t>
      </w:r>
      <w:proofErr w:type="spellStart"/>
      <w:r w:rsidRPr="00353BFA">
        <w:rPr>
          <w:rFonts w:ascii="Times New Roman" w:hAnsi="Times New Roman" w:cs="Times New Roman"/>
          <w:color w:val="auto"/>
          <w:szCs w:val="28"/>
          <w:lang w:val="ru-RU"/>
        </w:rPr>
        <w:t>Особливості</w:t>
      </w:r>
      <w:proofErr w:type="spellEnd"/>
      <w:r w:rsidRPr="00353BFA">
        <w:rPr>
          <w:rFonts w:ascii="Times New Roman" w:hAnsi="Times New Roman" w:cs="Times New Roman"/>
          <w:color w:val="auto"/>
          <w:szCs w:val="28"/>
          <w:lang w:val="ru-RU"/>
        </w:rPr>
        <w:t xml:space="preserve"> </w:t>
      </w:r>
      <w:proofErr w:type="spellStart"/>
      <w:r w:rsidRPr="00353BFA">
        <w:rPr>
          <w:rFonts w:ascii="Times New Roman" w:hAnsi="Times New Roman" w:cs="Times New Roman"/>
          <w:color w:val="auto"/>
          <w:szCs w:val="28"/>
          <w:lang w:val="ru-RU"/>
        </w:rPr>
        <w:t>зберігання</w:t>
      </w:r>
      <w:proofErr w:type="spellEnd"/>
      <w:r w:rsidRPr="00353BFA">
        <w:rPr>
          <w:rFonts w:ascii="Times New Roman" w:hAnsi="Times New Roman" w:cs="Times New Roman"/>
          <w:color w:val="auto"/>
          <w:szCs w:val="28"/>
          <w:lang w:val="ru-RU"/>
        </w:rPr>
        <w:t xml:space="preserve"> зерна </w:t>
      </w:r>
      <w:proofErr w:type="spellStart"/>
      <w:r w:rsidRPr="00353BFA">
        <w:rPr>
          <w:rFonts w:ascii="Times New Roman" w:hAnsi="Times New Roman" w:cs="Times New Roman"/>
          <w:color w:val="auto"/>
          <w:szCs w:val="28"/>
          <w:lang w:val="ru-RU"/>
        </w:rPr>
        <w:t>окремих</w:t>
      </w:r>
      <w:proofErr w:type="spellEnd"/>
      <w:r w:rsidRPr="00353BFA">
        <w:rPr>
          <w:rFonts w:ascii="Times New Roman" w:hAnsi="Times New Roman" w:cs="Times New Roman"/>
          <w:color w:val="auto"/>
          <w:szCs w:val="28"/>
          <w:lang w:val="ru-RU"/>
        </w:rPr>
        <w:t xml:space="preserve"> культур.</w:t>
      </w:r>
      <w:r w:rsidR="00353BFA" w:rsidRPr="00353BFA">
        <w:rPr>
          <w:rFonts w:ascii="Times New Roman" w:hAnsi="Times New Roman" w:cs="Times New Roman"/>
          <w:color w:val="auto"/>
          <w:szCs w:val="28"/>
          <w:lang w:val="ru-RU"/>
        </w:rPr>
        <w:br/>
        <w:t xml:space="preserve"> </w:t>
      </w:r>
      <w:proofErr w:type="spellStart"/>
      <w:r w:rsidR="00353BFA" w:rsidRPr="00353BFA">
        <w:rPr>
          <w:rFonts w:ascii="Times New Roman" w:hAnsi="Times New Roman" w:cs="Times New Roman"/>
          <w:color w:val="auto"/>
          <w:szCs w:val="28"/>
        </w:rPr>
        <w:t>Кукурудза</w:t>
      </w:r>
      <w:proofErr w:type="spellEnd"/>
    </w:p>
    <w:p w:rsidR="00353BFA" w:rsidRPr="00353BFA" w:rsidRDefault="00353BFA" w:rsidP="00353BFA">
      <w:pPr>
        <w:pStyle w:val="aff8"/>
        <w:numPr>
          <w:ilvl w:val="0"/>
          <w:numId w:val="12"/>
        </w:numPr>
        <w:rPr>
          <w:sz w:val="28"/>
          <w:szCs w:val="28"/>
        </w:rPr>
      </w:pPr>
      <w:r w:rsidRPr="00353BFA">
        <w:rPr>
          <w:sz w:val="28"/>
          <w:szCs w:val="28"/>
        </w:rPr>
        <w:t xml:space="preserve">Для </w:t>
      </w:r>
      <w:proofErr w:type="spellStart"/>
      <w:r w:rsidRPr="00353BFA">
        <w:rPr>
          <w:sz w:val="28"/>
          <w:szCs w:val="28"/>
        </w:rPr>
        <w:t>тривалого</w:t>
      </w:r>
      <w:proofErr w:type="spellEnd"/>
      <w:r w:rsidRPr="00353BFA">
        <w:rPr>
          <w:sz w:val="28"/>
          <w:szCs w:val="28"/>
        </w:rPr>
        <w:t xml:space="preserve"> </w:t>
      </w:r>
      <w:proofErr w:type="spellStart"/>
      <w:r w:rsidRPr="00353BFA">
        <w:rPr>
          <w:sz w:val="28"/>
          <w:szCs w:val="28"/>
        </w:rPr>
        <w:t>зберігання</w:t>
      </w:r>
      <w:proofErr w:type="spellEnd"/>
      <w:r w:rsidRPr="00353BFA">
        <w:rPr>
          <w:sz w:val="28"/>
          <w:szCs w:val="28"/>
        </w:rPr>
        <w:t xml:space="preserve"> </w:t>
      </w:r>
      <w:proofErr w:type="spellStart"/>
      <w:r w:rsidRPr="00353BFA">
        <w:rPr>
          <w:sz w:val="28"/>
          <w:szCs w:val="28"/>
        </w:rPr>
        <w:t>вологість</w:t>
      </w:r>
      <w:proofErr w:type="spellEnd"/>
      <w:r w:rsidRPr="00353BFA">
        <w:rPr>
          <w:sz w:val="28"/>
          <w:szCs w:val="28"/>
        </w:rPr>
        <w:t xml:space="preserve"> зерна </w:t>
      </w:r>
      <w:proofErr w:type="gramStart"/>
      <w:r w:rsidRPr="00353BFA">
        <w:rPr>
          <w:sz w:val="28"/>
          <w:szCs w:val="28"/>
        </w:rPr>
        <w:t>повинна</w:t>
      </w:r>
      <w:proofErr w:type="gramEnd"/>
      <w:r w:rsidRPr="00353BFA">
        <w:rPr>
          <w:sz w:val="28"/>
          <w:szCs w:val="28"/>
        </w:rPr>
        <w:t xml:space="preserve"> бути </w:t>
      </w:r>
      <w:r w:rsidRPr="00353BFA">
        <w:rPr>
          <w:rStyle w:val="af6"/>
          <w:sz w:val="28"/>
          <w:szCs w:val="28"/>
        </w:rPr>
        <w:t xml:space="preserve">не </w:t>
      </w:r>
      <w:proofErr w:type="spellStart"/>
      <w:r w:rsidRPr="00353BFA">
        <w:rPr>
          <w:rStyle w:val="af6"/>
          <w:sz w:val="28"/>
          <w:szCs w:val="28"/>
        </w:rPr>
        <w:t>вище</w:t>
      </w:r>
      <w:proofErr w:type="spellEnd"/>
      <w:r w:rsidRPr="00353BFA">
        <w:rPr>
          <w:rStyle w:val="af6"/>
          <w:sz w:val="28"/>
          <w:szCs w:val="28"/>
        </w:rPr>
        <w:t xml:space="preserve"> 14%</w:t>
      </w:r>
      <w:r w:rsidRPr="00353BFA">
        <w:rPr>
          <w:sz w:val="28"/>
          <w:szCs w:val="28"/>
        </w:rPr>
        <w:t>.</w:t>
      </w:r>
    </w:p>
    <w:p w:rsidR="00353BFA" w:rsidRPr="00353BFA" w:rsidRDefault="00353BFA" w:rsidP="00353BFA">
      <w:pPr>
        <w:pStyle w:val="aff8"/>
        <w:numPr>
          <w:ilvl w:val="0"/>
          <w:numId w:val="12"/>
        </w:numPr>
        <w:rPr>
          <w:sz w:val="28"/>
          <w:szCs w:val="28"/>
        </w:rPr>
      </w:pPr>
      <w:proofErr w:type="spellStart"/>
      <w:r w:rsidRPr="00353BFA">
        <w:rPr>
          <w:sz w:val="28"/>
          <w:szCs w:val="28"/>
        </w:rPr>
        <w:t>Обов’язкове</w:t>
      </w:r>
      <w:proofErr w:type="spellEnd"/>
      <w:r w:rsidRPr="00353BFA">
        <w:rPr>
          <w:sz w:val="28"/>
          <w:szCs w:val="28"/>
        </w:rPr>
        <w:t xml:space="preserve"> </w:t>
      </w:r>
      <w:proofErr w:type="spellStart"/>
      <w:r w:rsidRPr="00353BFA">
        <w:rPr>
          <w:sz w:val="28"/>
          <w:szCs w:val="28"/>
        </w:rPr>
        <w:t>охолодження</w:t>
      </w:r>
      <w:proofErr w:type="spellEnd"/>
      <w:r w:rsidRPr="00353BFA">
        <w:rPr>
          <w:sz w:val="28"/>
          <w:szCs w:val="28"/>
        </w:rPr>
        <w:t xml:space="preserve"> до </w:t>
      </w:r>
      <w:proofErr w:type="spellStart"/>
      <w:r w:rsidRPr="00353BFA">
        <w:rPr>
          <w:sz w:val="28"/>
          <w:szCs w:val="28"/>
        </w:rPr>
        <w:t>температури</w:t>
      </w:r>
      <w:proofErr w:type="spellEnd"/>
      <w:r w:rsidRPr="00353BFA">
        <w:rPr>
          <w:sz w:val="28"/>
          <w:szCs w:val="28"/>
        </w:rPr>
        <w:t xml:space="preserve"> </w:t>
      </w:r>
      <w:proofErr w:type="spellStart"/>
      <w:r w:rsidRPr="00353BFA">
        <w:rPr>
          <w:sz w:val="28"/>
          <w:szCs w:val="28"/>
        </w:rPr>
        <w:t>навколишнього</w:t>
      </w:r>
      <w:proofErr w:type="spellEnd"/>
      <w:r w:rsidRPr="00353BFA">
        <w:rPr>
          <w:sz w:val="28"/>
          <w:szCs w:val="28"/>
        </w:rPr>
        <w:t xml:space="preserve"> </w:t>
      </w:r>
      <w:proofErr w:type="spellStart"/>
      <w:r w:rsidRPr="00353BFA">
        <w:rPr>
          <w:sz w:val="28"/>
          <w:szCs w:val="28"/>
        </w:rPr>
        <w:t>середовища</w:t>
      </w:r>
      <w:proofErr w:type="spellEnd"/>
      <w:r w:rsidRPr="00353BFA">
        <w:rPr>
          <w:sz w:val="28"/>
          <w:szCs w:val="28"/>
        </w:rPr>
        <w:t>.</w:t>
      </w:r>
    </w:p>
    <w:p w:rsidR="00353BFA" w:rsidRPr="00353BFA" w:rsidRDefault="00353BFA" w:rsidP="00353BFA">
      <w:pPr>
        <w:pStyle w:val="aff8"/>
        <w:numPr>
          <w:ilvl w:val="0"/>
          <w:numId w:val="12"/>
        </w:numPr>
        <w:rPr>
          <w:sz w:val="28"/>
          <w:szCs w:val="28"/>
        </w:rPr>
      </w:pPr>
      <w:r w:rsidRPr="00353BFA">
        <w:rPr>
          <w:sz w:val="28"/>
          <w:szCs w:val="28"/>
        </w:rPr>
        <w:t xml:space="preserve">Через </w:t>
      </w:r>
      <w:proofErr w:type="gramStart"/>
      <w:r w:rsidRPr="00353BFA">
        <w:rPr>
          <w:sz w:val="28"/>
          <w:szCs w:val="28"/>
        </w:rPr>
        <w:t>великий</w:t>
      </w:r>
      <w:proofErr w:type="gramEnd"/>
      <w:r w:rsidRPr="00353BFA">
        <w:rPr>
          <w:sz w:val="28"/>
          <w:szCs w:val="28"/>
        </w:rPr>
        <w:t xml:space="preserve"> </w:t>
      </w:r>
      <w:proofErr w:type="spellStart"/>
      <w:r w:rsidRPr="00353BFA">
        <w:rPr>
          <w:sz w:val="28"/>
          <w:szCs w:val="28"/>
        </w:rPr>
        <w:t>зародок</w:t>
      </w:r>
      <w:proofErr w:type="spellEnd"/>
      <w:r w:rsidRPr="00353BFA">
        <w:rPr>
          <w:sz w:val="28"/>
          <w:szCs w:val="28"/>
        </w:rPr>
        <w:t xml:space="preserve"> легко </w:t>
      </w:r>
      <w:proofErr w:type="spellStart"/>
      <w:r w:rsidRPr="00353BFA">
        <w:rPr>
          <w:sz w:val="28"/>
          <w:szCs w:val="28"/>
        </w:rPr>
        <w:t>самозігрівається</w:t>
      </w:r>
      <w:proofErr w:type="spellEnd"/>
      <w:r w:rsidRPr="00353BFA">
        <w:rPr>
          <w:sz w:val="28"/>
          <w:szCs w:val="28"/>
        </w:rPr>
        <w:t xml:space="preserve">, тому </w:t>
      </w:r>
      <w:proofErr w:type="spellStart"/>
      <w:r w:rsidRPr="00353BFA">
        <w:rPr>
          <w:sz w:val="28"/>
          <w:szCs w:val="28"/>
        </w:rPr>
        <w:t>потребує</w:t>
      </w:r>
      <w:proofErr w:type="spellEnd"/>
      <w:r w:rsidRPr="00353BFA">
        <w:rPr>
          <w:sz w:val="28"/>
          <w:szCs w:val="28"/>
        </w:rPr>
        <w:t xml:space="preserve"> активного </w:t>
      </w:r>
      <w:proofErr w:type="spellStart"/>
      <w:r w:rsidRPr="00353BFA">
        <w:rPr>
          <w:sz w:val="28"/>
          <w:szCs w:val="28"/>
        </w:rPr>
        <w:t>вентилювання</w:t>
      </w:r>
      <w:proofErr w:type="spellEnd"/>
      <w:r w:rsidRPr="00353BFA">
        <w:rPr>
          <w:sz w:val="28"/>
          <w:szCs w:val="28"/>
        </w:rPr>
        <w:t>.</w:t>
      </w:r>
    </w:p>
    <w:p w:rsidR="00353BFA" w:rsidRPr="00353BFA" w:rsidRDefault="00353BFA" w:rsidP="00353BFA">
      <w:pPr>
        <w:pStyle w:val="aff8"/>
        <w:numPr>
          <w:ilvl w:val="0"/>
          <w:numId w:val="12"/>
        </w:numPr>
        <w:rPr>
          <w:sz w:val="28"/>
          <w:szCs w:val="28"/>
        </w:rPr>
      </w:pPr>
      <w:r w:rsidRPr="00353BFA">
        <w:rPr>
          <w:sz w:val="28"/>
          <w:szCs w:val="28"/>
        </w:rPr>
        <w:t xml:space="preserve">При </w:t>
      </w:r>
      <w:proofErr w:type="spellStart"/>
      <w:proofErr w:type="gramStart"/>
      <w:r w:rsidRPr="00353BFA">
        <w:rPr>
          <w:sz w:val="28"/>
          <w:szCs w:val="28"/>
        </w:rPr>
        <w:t>п</w:t>
      </w:r>
      <w:proofErr w:type="gramEnd"/>
      <w:r w:rsidRPr="00353BFA">
        <w:rPr>
          <w:sz w:val="28"/>
          <w:szCs w:val="28"/>
        </w:rPr>
        <w:t>ідвищеній</w:t>
      </w:r>
      <w:proofErr w:type="spellEnd"/>
      <w:r w:rsidRPr="00353BFA">
        <w:rPr>
          <w:sz w:val="28"/>
          <w:szCs w:val="28"/>
        </w:rPr>
        <w:t xml:space="preserve"> </w:t>
      </w:r>
      <w:proofErr w:type="spellStart"/>
      <w:r w:rsidRPr="00353BFA">
        <w:rPr>
          <w:sz w:val="28"/>
          <w:szCs w:val="28"/>
        </w:rPr>
        <w:t>вологості</w:t>
      </w:r>
      <w:proofErr w:type="spellEnd"/>
      <w:r w:rsidRPr="00353BFA">
        <w:rPr>
          <w:sz w:val="28"/>
          <w:szCs w:val="28"/>
        </w:rPr>
        <w:t xml:space="preserve"> </w:t>
      </w:r>
      <w:proofErr w:type="spellStart"/>
      <w:r w:rsidRPr="00353BFA">
        <w:rPr>
          <w:sz w:val="28"/>
          <w:szCs w:val="28"/>
        </w:rPr>
        <w:t>швидко</w:t>
      </w:r>
      <w:proofErr w:type="spellEnd"/>
      <w:r w:rsidRPr="00353BFA">
        <w:rPr>
          <w:sz w:val="28"/>
          <w:szCs w:val="28"/>
        </w:rPr>
        <w:t xml:space="preserve"> </w:t>
      </w:r>
      <w:proofErr w:type="spellStart"/>
      <w:r w:rsidRPr="00353BFA">
        <w:rPr>
          <w:sz w:val="28"/>
          <w:szCs w:val="28"/>
        </w:rPr>
        <w:t>уражується</w:t>
      </w:r>
      <w:proofErr w:type="spellEnd"/>
      <w:r w:rsidRPr="00353BFA">
        <w:rPr>
          <w:sz w:val="28"/>
          <w:szCs w:val="28"/>
        </w:rPr>
        <w:t xml:space="preserve"> </w:t>
      </w:r>
      <w:proofErr w:type="spellStart"/>
      <w:r w:rsidRPr="00353BFA">
        <w:rPr>
          <w:sz w:val="28"/>
          <w:szCs w:val="28"/>
        </w:rPr>
        <w:t>пліснявими</w:t>
      </w:r>
      <w:proofErr w:type="spellEnd"/>
      <w:r w:rsidRPr="00353BFA">
        <w:rPr>
          <w:sz w:val="28"/>
          <w:szCs w:val="28"/>
        </w:rPr>
        <w:t xml:space="preserve"> грибами.</w:t>
      </w:r>
    </w:p>
    <w:p w:rsidR="00353BFA" w:rsidRPr="00353BFA" w:rsidRDefault="00353BFA" w:rsidP="00353BFA">
      <w:pPr>
        <w:pStyle w:val="31"/>
        <w:rPr>
          <w:rFonts w:ascii="Times New Roman" w:hAnsi="Times New Roman" w:cs="Times New Roman"/>
          <w:color w:val="auto"/>
          <w:szCs w:val="28"/>
        </w:rPr>
      </w:pPr>
      <w:proofErr w:type="spellStart"/>
      <w:r w:rsidRPr="00353BFA">
        <w:rPr>
          <w:rFonts w:ascii="Times New Roman" w:hAnsi="Times New Roman" w:cs="Times New Roman"/>
          <w:color w:val="auto"/>
          <w:szCs w:val="28"/>
        </w:rPr>
        <w:t>Просо</w:t>
      </w:r>
      <w:proofErr w:type="spellEnd"/>
      <w:r w:rsidRPr="00353BFA">
        <w:rPr>
          <w:rFonts w:ascii="Times New Roman" w:hAnsi="Times New Roman" w:cs="Times New Roman"/>
          <w:color w:val="auto"/>
          <w:szCs w:val="28"/>
        </w:rPr>
        <w:t xml:space="preserve"> </w:t>
      </w:r>
      <w:proofErr w:type="spellStart"/>
      <w:r w:rsidRPr="00353BFA">
        <w:rPr>
          <w:rFonts w:ascii="Times New Roman" w:hAnsi="Times New Roman" w:cs="Times New Roman"/>
          <w:color w:val="auto"/>
          <w:szCs w:val="28"/>
        </w:rPr>
        <w:t>та</w:t>
      </w:r>
      <w:proofErr w:type="spellEnd"/>
      <w:r w:rsidRPr="00353BFA">
        <w:rPr>
          <w:rFonts w:ascii="Times New Roman" w:hAnsi="Times New Roman" w:cs="Times New Roman"/>
          <w:color w:val="auto"/>
          <w:szCs w:val="28"/>
        </w:rPr>
        <w:t xml:space="preserve"> </w:t>
      </w:r>
      <w:proofErr w:type="spellStart"/>
      <w:r w:rsidRPr="00353BFA">
        <w:rPr>
          <w:rFonts w:ascii="Times New Roman" w:hAnsi="Times New Roman" w:cs="Times New Roman"/>
          <w:color w:val="auto"/>
          <w:szCs w:val="28"/>
        </w:rPr>
        <w:t>гречка</w:t>
      </w:r>
      <w:proofErr w:type="spellEnd"/>
    </w:p>
    <w:p w:rsidR="00353BFA" w:rsidRPr="00353BFA" w:rsidRDefault="00353BFA" w:rsidP="00353BFA">
      <w:pPr>
        <w:pStyle w:val="aff8"/>
        <w:numPr>
          <w:ilvl w:val="0"/>
          <w:numId w:val="13"/>
        </w:numPr>
        <w:rPr>
          <w:sz w:val="28"/>
          <w:szCs w:val="28"/>
        </w:rPr>
      </w:pPr>
      <w:proofErr w:type="spellStart"/>
      <w:r w:rsidRPr="00353BFA">
        <w:rPr>
          <w:sz w:val="28"/>
          <w:szCs w:val="28"/>
        </w:rPr>
        <w:t>Зберігають</w:t>
      </w:r>
      <w:proofErr w:type="spellEnd"/>
      <w:r w:rsidRPr="00353BFA">
        <w:rPr>
          <w:sz w:val="28"/>
          <w:szCs w:val="28"/>
        </w:rPr>
        <w:t xml:space="preserve"> у сухих, добре </w:t>
      </w:r>
      <w:proofErr w:type="spellStart"/>
      <w:proofErr w:type="gramStart"/>
      <w:r w:rsidRPr="00353BFA">
        <w:rPr>
          <w:sz w:val="28"/>
          <w:szCs w:val="28"/>
        </w:rPr>
        <w:t>пров</w:t>
      </w:r>
      <w:proofErr w:type="gramEnd"/>
      <w:r w:rsidRPr="00353BFA">
        <w:rPr>
          <w:sz w:val="28"/>
          <w:szCs w:val="28"/>
        </w:rPr>
        <w:t>ітрюваних</w:t>
      </w:r>
      <w:proofErr w:type="spellEnd"/>
      <w:r w:rsidRPr="00353BFA">
        <w:rPr>
          <w:sz w:val="28"/>
          <w:szCs w:val="28"/>
        </w:rPr>
        <w:t xml:space="preserve"> складах.</w:t>
      </w:r>
    </w:p>
    <w:p w:rsidR="00353BFA" w:rsidRPr="00353BFA" w:rsidRDefault="00353BFA" w:rsidP="00353BFA">
      <w:pPr>
        <w:pStyle w:val="aff8"/>
        <w:numPr>
          <w:ilvl w:val="0"/>
          <w:numId w:val="13"/>
        </w:numPr>
        <w:rPr>
          <w:sz w:val="28"/>
          <w:szCs w:val="28"/>
        </w:rPr>
      </w:pPr>
      <w:proofErr w:type="spellStart"/>
      <w:r w:rsidRPr="00353BFA">
        <w:rPr>
          <w:sz w:val="28"/>
          <w:szCs w:val="28"/>
        </w:rPr>
        <w:t>Висота</w:t>
      </w:r>
      <w:proofErr w:type="spellEnd"/>
      <w:r w:rsidRPr="00353BFA">
        <w:rPr>
          <w:sz w:val="28"/>
          <w:szCs w:val="28"/>
        </w:rPr>
        <w:t xml:space="preserve"> </w:t>
      </w:r>
      <w:proofErr w:type="spellStart"/>
      <w:r w:rsidRPr="00353BFA">
        <w:rPr>
          <w:sz w:val="28"/>
          <w:szCs w:val="28"/>
        </w:rPr>
        <w:t>насипу</w:t>
      </w:r>
      <w:proofErr w:type="spellEnd"/>
      <w:r w:rsidRPr="00353BFA">
        <w:rPr>
          <w:sz w:val="28"/>
          <w:szCs w:val="28"/>
        </w:rPr>
        <w:t xml:space="preserve"> — </w:t>
      </w:r>
      <w:r w:rsidRPr="00353BFA">
        <w:rPr>
          <w:rStyle w:val="af6"/>
          <w:sz w:val="28"/>
          <w:szCs w:val="28"/>
        </w:rPr>
        <w:t>до 2 м</w:t>
      </w:r>
      <w:r w:rsidRPr="00353BFA">
        <w:rPr>
          <w:sz w:val="28"/>
          <w:szCs w:val="28"/>
        </w:rPr>
        <w:t xml:space="preserve">, при </w:t>
      </w:r>
      <w:proofErr w:type="spellStart"/>
      <w:r w:rsidRPr="00353BFA">
        <w:rPr>
          <w:sz w:val="28"/>
          <w:szCs w:val="28"/>
        </w:rPr>
        <w:t>вологості</w:t>
      </w:r>
      <w:proofErr w:type="spellEnd"/>
      <w:r w:rsidRPr="00353BFA">
        <w:rPr>
          <w:sz w:val="28"/>
          <w:szCs w:val="28"/>
        </w:rPr>
        <w:t xml:space="preserve"> </w:t>
      </w:r>
      <w:proofErr w:type="spellStart"/>
      <w:r w:rsidRPr="00353BFA">
        <w:rPr>
          <w:sz w:val="28"/>
          <w:szCs w:val="28"/>
        </w:rPr>
        <w:t>понад</w:t>
      </w:r>
      <w:proofErr w:type="spellEnd"/>
      <w:r w:rsidRPr="00353BFA">
        <w:rPr>
          <w:sz w:val="28"/>
          <w:szCs w:val="28"/>
        </w:rPr>
        <w:t xml:space="preserve"> 20% — </w:t>
      </w:r>
      <w:proofErr w:type="gramStart"/>
      <w:r w:rsidRPr="00353BFA">
        <w:rPr>
          <w:sz w:val="28"/>
          <w:szCs w:val="28"/>
        </w:rPr>
        <w:t xml:space="preserve">не </w:t>
      </w:r>
      <w:proofErr w:type="spellStart"/>
      <w:r w:rsidRPr="00353BFA">
        <w:rPr>
          <w:sz w:val="28"/>
          <w:szCs w:val="28"/>
        </w:rPr>
        <w:t>б</w:t>
      </w:r>
      <w:proofErr w:type="gramEnd"/>
      <w:r w:rsidRPr="00353BFA">
        <w:rPr>
          <w:sz w:val="28"/>
          <w:szCs w:val="28"/>
        </w:rPr>
        <w:t>ільше</w:t>
      </w:r>
      <w:proofErr w:type="spellEnd"/>
      <w:r w:rsidRPr="00353BFA">
        <w:rPr>
          <w:sz w:val="28"/>
          <w:szCs w:val="28"/>
        </w:rPr>
        <w:t xml:space="preserve"> </w:t>
      </w:r>
      <w:r w:rsidRPr="00353BFA">
        <w:rPr>
          <w:rStyle w:val="af6"/>
          <w:sz w:val="28"/>
          <w:szCs w:val="28"/>
        </w:rPr>
        <w:t>1,5–1,6 м</w:t>
      </w:r>
      <w:r w:rsidRPr="00353BFA">
        <w:rPr>
          <w:sz w:val="28"/>
          <w:szCs w:val="28"/>
        </w:rPr>
        <w:t>.</w:t>
      </w:r>
    </w:p>
    <w:p w:rsidR="00353BFA" w:rsidRPr="00353BFA" w:rsidRDefault="00353BFA" w:rsidP="00353BFA">
      <w:pPr>
        <w:pStyle w:val="aff8"/>
        <w:numPr>
          <w:ilvl w:val="0"/>
          <w:numId w:val="13"/>
        </w:numPr>
        <w:rPr>
          <w:sz w:val="28"/>
          <w:szCs w:val="28"/>
        </w:rPr>
      </w:pPr>
      <w:proofErr w:type="spellStart"/>
      <w:r w:rsidRPr="00353BFA">
        <w:rPr>
          <w:sz w:val="28"/>
          <w:szCs w:val="28"/>
        </w:rPr>
        <w:t>Потребують</w:t>
      </w:r>
      <w:proofErr w:type="spellEnd"/>
      <w:r w:rsidRPr="00353BFA">
        <w:rPr>
          <w:sz w:val="28"/>
          <w:szCs w:val="28"/>
        </w:rPr>
        <w:t xml:space="preserve"> </w:t>
      </w:r>
      <w:proofErr w:type="spellStart"/>
      <w:r w:rsidRPr="00353BFA">
        <w:rPr>
          <w:sz w:val="28"/>
          <w:szCs w:val="28"/>
        </w:rPr>
        <w:t>постійного</w:t>
      </w:r>
      <w:proofErr w:type="spellEnd"/>
      <w:r w:rsidRPr="00353BFA">
        <w:rPr>
          <w:sz w:val="28"/>
          <w:szCs w:val="28"/>
        </w:rPr>
        <w:t xml:space="preserve"> контролю </w:t>
      </w:r>
      <w:proofErr w:type="spellStart"/>
      <w:r w:rsidRPr="00353BFA">
        <w:rPr>
          <w:sz w:val="28"/>
          <w:szCs w:val="28"/>
        </w:rPr>
        <w:t>температури</w:t>
      </w:r>
      <w:proofErr w:type="spellEnd"/>
      <w:r w:rsidRPr="00353BFA">
        <w:rPr>
          <w:sz w:val="28"/>
          <w:szCs w:val="28"/>
        </w:rPr>
        <w:t xml:space="preserve"> та </w:t>
      </w:r>
      <w:proofErr w:type="spellStart"/>
      <w:r w:rsidRPr="00353BFA">
        <w:rPr>
          <w:sz w:val="28"/>
          <w:szCs w:val="28"/>
        </w:rPr>
        <w:t>вологості</w:t>
      </w:r>
      <w:proofErr w:type="spellEnd"/>
      <w:r w:rsidRPr="00353BFA">
        <w:rPr>
          <w:sz w:val="28"/>
          <w:szCs w:val="28"/>
        </w:rPr>
        <w:t>.</w:t>
      </w:r>
    </w:p>
    <w:p w:rsidR="00353BFA" w:rsidRPr="00353BFA" w:rsidRDefault="00353BFA" w:rsidP="00353BFA">
      <w:pPr>
        <w:pStyle w:val="aff8"/>
        <w:numPr>
          <w:ilvl w:val="0"/>
          <w:numId w:val="13"/>
        </w:numPr>
        <w:rPr>
          <w:sz w:val="28"/>
          <w:szCs w:val="28"/>
        </w:rPr>
      </w:pPr>
      <w:proofErr w:type="spellStart"/>
      <w:r w:rsidRPr="00353BFA">
        <w:rPr>
          <w:sz w:val="28"/>
          <w:szCs w:val="28"/>
        </w:rPr>
        <w:t>Схильні</w:t>
      </w:r>
      <w:proofErr w:type="spellEnd"/>
      <w:r w:rsidRPr="00353BFA">
        <w:rPr>
          <w:sz w:val="28"/>
          <w:szCs w:val="28"/>
        </w:rPr>
        <w:t xml:space="preserve"> до </w:t>
      </w:r>
      <w:proofErr w:type="spellStart"/>
      <w:r w:rsidRPr="00353BFA">
        <w:rPr>
          <w:sz w:val="28"/>
          <w:szCs w:val="28"/>
        </w:rPr>
        <w:t>самозігрівання</w:t>
      </w:r>
      <w:proofErr w:type="spellEnd"/>
      <w:r w:rsidRPr="00353BFA">
        <w:rPr>
          <w:sz w:val="28"/>
          <w:szCs w:val="28"/>
        </w:rPr>
        <w:t xml:space="preserve"> при </w:t>
      </w:r>
      <w:proofErr w:type="spellStart"/>
      <w:proofErr w:type="gramStart"/>
      <w:r w:rsidRPr="00353BFA">
        <w:rPr>
          <w:sz w:val="28"/>
          <w:szCs w:val="28"/>
        </w:rPr>
        <w:t>п</w:t>
      </w:r>
      <w:proofErr w:type="gramEnd"/>
      <w:r w:rsidRPr="00353BFA">
        <w:rPr>
          <w:sz w:val="28"/>
          <w:szCs w:val="28"/>
        </w:rPr>
        <w:t>ідвищеній</w:t>
      </w:r>
      <w:proofErr w:type="spellEnd"/>
      <w:r w:rsidRPr="00353BFA">
        <w:rPr>
          <w:sz w:val="28"/>
          <w:szCs w:val="28"/>
        </w:rPr>
        <w:t xml:space="preserve"> </w:t>
      </w:r>
      <w:proofErr w:type="spellStart"/>
      <w:r w:rsidRPr="00353BFA">
        <w:rPr>
          <w:sz w:val="28"/>
          <w:szCs w:val="28"/>
        </w:rPr>
        <w:t>вологості</w:t>
      </w:r>
      <w:proofErr w:type="spellEnd"/>
      <w:r w:rsidRPr="00353BFA">
        <w:rPr>
          <w:sz w:val="28"/>
          <w:szCs w:val="28"/>
        </w:rPr>
        <w:t>.</w:t>
      </w:r>
    </w:p>
    <w:p w:rsidR="00353BFA" w:rsidRPr="00353BFA" w:rsidRDefault="00353BFA" w:rsidP="00353BFA">
      <w:pPr>
        <w:pStyle w:val="31"/>
        <w:rPr>
          <w:rFonts w:ascii="Times New Roman" w:hAnsi="Times New Roman" w:cs="Times New Roman"/>
          <w:color w:val="auto"/>
          <w:szCs w:val="28"/>
        </w:rPr>
      </w:pPr>
      <w:proofErr w:type="spellStart"/>
      <w:r w:rsidRPr="00353BFA">
        <w:rPr>
          <w:rFonts w:ascii="Times New Roman" w:hAnsi="Times New Roman" w:cs="Times New Roman"/>
          <w:color w:val="auto"/>
          <w:szCs w:val="28"/>
        </w:rPr>
        <w:t>Насіння</w:t>
      </w:r>
      <w:proofErr w:type="spellEnd"/>
      <w:r w:rsidRPr="00353BFA">
        <w:rPr>
          <w:rFonts w:ascii="Times New Roman" w:hAnsi="Times New Roman" w:cs="Times New Roman"/>
          <w:color w:val="auto"/>
          <w:szCs w:val="28"/>
        </w:rPr>
        <w:t xml:space="preserve"> </w:t>
      </w:r>
      <w:proofErr w:type="spellStart"/>
      <w:r w:rsidRPr="00353BFA">
        <w:rPr>
          <w:rFonts w:ascii="Times New Roman" w:hAnsi="Times New Roman" w:cs="Times New Roman"/>
          <w:color w:val="auto"/>
          <w:szCs w:val="28"/>
        </w:rPr>
        <w:t>соняшнику</w:t>
      </w:r>
      <w:proofErr w:type="spellEnd"/>
    </w:p>
    <w:p w:rsidR="00353BFA" w:rsidRPr="00353BFA" w:rsidRDefault="00353BFA" w:rsidP="00353BFA">
      <w:pPr>
        <w:pStyle w:val="aff8"/>
        <w:numPr>
          <w:ilvl w:val="0"/>
          <w:numId w:val="14"/>
        </w:numPr>
        <w:rPr>
          <w:sz w:val="28"/>
          <w:szCs w:val="28"/>
        </w:rPr>
      </w:pPr>
      <w:proofErr w:type="spellStart"/>
      <w:r w:rsidRPr="00353BFA">
        <w:rPr>
          <w:sz w:val="28"/>
          <w:szCs w:val="28"/>
        </w:rPr>
        <w:t>Надійно</w:t>
      </w:r>
      <w:proofErr w:type="spellEnd"/>
      <w:r w:rsidRPr="00353BFA">
        <w:rPr>
          <w:sz w:val="28"/>
          <w:szCs w:val="28"/>
        </w:rPr>
        <w:t xml:space="preserve"> </w:t>
      </w:r>
      <w:proofErr w:type="spellStart"/>
      <w:r w:rsidRPr="00353BFA">
        <w:rPr>
          <w:sz w:val="28"/>
          <w:szCs w:val="28"/>
        </w:rPr>
        <w:t>зберігається</w:t>
      </w:r>
      <w:proofErr w:type="spellEnd"/>
      <w:r w:rsidRPr="00353BFA">
        <w:rPr>
          <w:sz w:val="28"/>
          <w:szCs w:val="28"/>
        </w:rPr>
        <w:t xml:space="preserve"> при </w:t>
      </w:r>
      <w:proofErr w:type="spellStart"/>
      <w:r w:rsidRPr="00353BFA">
        <w:rPr>
          <w:sz w:val="28"/>
          <w:szCs w:val="28"/>
        </w:rPr>
        <w:t>вологості</w:t>
      </w:r>
      <w:proofErr w:type="spellEnd"/>
      <w:r w:rsidRPr="00353BFA">
        <w:rPr>
          <w:sz w:val="28"/>
          <w:szCs w:val="28"/>
        </w:rPr>
        <w:t xml:space="preserve"> </w:t>
      </w:r>
      <w:r w:rsidRPr="00353BFA">
        <w:rPr>
          <w:rStyle w:val="af6"/>
          <w:sz w:val="28"/>
          <w:szCs w:val="28"/>
        </w:rPr>
        <w:t>до 7%</w:t>
      </w:r>
      <w:r w:rsidRPr="00353BFA">
        <w:rPr>
          <w:sz w:val="28"/>
          <w:szCs w:val="28"/>
        </w:rPr>
        <w:t>.</w:t>
      </w:r>
    </w:p>
    <w:p w:rsidR="00353BFA" w:rsidRPr="00353BFA" w:rsidRDefault="00353BFA" w:rsidP="00353BFA">
      <w:pPr>
        <w:pStyle w:val="aff8"/>
        <w:numPr>
          <w:ilvl w:val="0"/>
          <w:numId w:val="14"/>
        </w:numPr>
        <w:rPr>
          <w:sz w:val="28"/>
          <w:szCs w:val="28"/>
        </w:rPr>
      </w:pPr>
      <w:r w:rsidRPr="00353BFA">
        <w:rPr>
          <w:sz w:val="28"/>
          <w:szCs w:val="28"/>
        </w:rPr>
        <w:t xml:space="preserve">Оптимальна температура </w:t>
      </w:r>
      <w:proofErr w:type="spellStart"/>
      <w:r w:rsidRPr="00353BFA">
        <w:rPr>
          <w:sz w:val="28"/>
          <w:szCs w:val="28"/>
        </w:rPr>
        <w:t>зберігання</w:t>
      </w:r>
      <w:proofErr w:type="spellEnd"/>
      <w:r w:rsidRPr="00353BFA">
        <w:rPr>
          <w:sz w:val="28"/>
          <w:szCs w:val="28"/>
        </w:rPr>
        <w:t xml:space="preserve"> — </w:t>
      </w:r>
      <w:r w:rsidRPr="00353BFA">
        <w:rPr>
          <w:rStyle w:val="af6"/>
          <w:sz w:val="28"/>
          <w:szCs w:val="28"/>
        </w:rPr>
        <w:t>до 10°С</w:t>
      </w:r>
      <w:r w:rsidRPr="00353BFA">
        <w:rPr>
          <w:sz w:val="28"/>
          <w:szCs w:val="28"/>
        </w:rPr>
        <w:t>.</w:t>
      </w:r>
    </w:p>
    <w:p w:rsidR="00353BFA" w:rsidRPr="00353BFA" w:rsidRDefault="00353BFA" w:rsidP="00353BFA">
      <w:pPr>
        <w:pStyle w:val="aff8"/>
        <w:numPr>
          <w:ilvl w:val="0"/>
          <w:numId w:val="14"/>
        </w:numPr>
        <w:rPr>
          <w:sz w:val="28"/>
          <w:szCs w:val="28"/>
        </w:rPr>
      </w:pPr>
      <w:r w:rsidRPr="00353BFA">
        <w:rPr>
          <w:sz w:val="28"/>
          <w:szCs w:val="28"/>
        </w:rPr>
        <w:t xml:space="preserve">Через </w:t>
      </w:r>
      <w:proofErr w:type="spellStart"/>
      <w:r w:rsidRPr="00353BFA">
        <w:rPr>
          <w:sz w:val="28"/>
          <w:szCs w:val="28"/>
        </w:rPr>
        <w:t>високий</w:t>
      </w:r>
      <w:proofErr w:type="spellEnd"/>
      <w:r w:rsidRPr="00353BFA">
        <w:rPr>
          <w:sz w:val="28"/>
          <w:szCs w:val="28"/>
        </w:rPr>
        <w:t xml:space="preserve"> </w:t>
      </w:r>
      <w:proofErr w:type="spellStart"/>
      <w:r w:rsidRPr="00353BFA">
        <w:rPr>
          <w:sz w:val="28"/>
          <w:szCs w:val="28"/>
        </w:rPr>
        <w:t>вмі</w:t>
      </w:r>
      <w:proofErr w:type="gramStart"/>
      <w:r w:rsidRPr="00353BFA">
        <w:rPr>
          <w:sz w:val="28"/>
          <w:szCs w:val="28"/>
        </w:rPr>
        <w:t>ст</w:t>
      </w:r>
      <w:proofErr w:type="spellEnd"/>
      <w:proofErr w:type="gramEnd"/>
      <w:r w:rsidRPr="00353BFA">
        <w:rPr>
          <w:sz w:val="28"/>
          <w:szCs w:val="28"/>
        </w:rPr>
        <w:t xml:space="preserve"> </w:t>
      </w:r>
      <w:proofErr w:type="spellStart"/>
      <w:r w:rsidRPr="00353BFA">
        <w:rPr>
          <w:sz w:val="28"/>
          <w:szCs w:val="28"/>
        </w:rPr>
        <w:t>олії</w:t>
      </w:r>
      <w:proofErr w:type="spellEnd"/>
      <w:r w:rsidRPr="00353BFA">
        <w:rPr>
          <w:sz w:val="28"/>
          <w:szCs w:val="28"/>
        </w:rPr>
        <w:t xml:space="preserve"> </w:t>
      </w:r>
      <w:proofErr w:type="spellStart"/>
      <w:r w:rsidRPr="00353BFA">
        <w:rPr>
          <w:sz w:val="28"/>
          <w:szCs w:val="28"/>
        </w:rPr>
        <w:t>швидко</w:t>
      </w:r>
      <w:proofErr w:type="spellEnd"/>
      <w:r w:rsidRPr="00353BFA">
        <w:rPr>
          <w:sz w:val="28"/>
          <w:szCs w:val="28"/>
        </w:rPr>
        <w:t xml:space="preserve"> </w:t>
      </w:r>
      <w:proofErr w:type="spellStart"/>
      <w:r w:rsidRPr="00353BFA">
        <w:rPr>
          <w:sz w:val="28"/>
          <w:szCs w:val="28"/>
        </w:rPr>
        <w:t>псується</w:t>
      </w:r>
      <w:proofErr w:type="spellEnd"/>
      <w:r w:rsidRPr="00353BFA">
        <w:rPr>
          <w:sz w:val="28"/>
          <w:szCs w:val="28"/>
        </w:rPr>
        <w:t xml:space="preserve"> при </w:t>
      </w:r>
      <w:proofErr w:type="spellStart"/>
      <w:r w:rsidRPr="00353BFA">
        <w:rPr>
          <w:sz w:val="28"/>
          <w:szCs w:val="28"/>
        </w:rPr>
        <w:t>підвищеній</w:t>
      </w:r>
      <w:proofErr w:type="spellEnd"/>
      <w:r w:rsidRPr="00353BFA">
        <w:rPr>
          <w:sz w:val="28"/>
          <w:szCs w:val="28"/>
        </w:rPr>
        <w:t xml:space="preserve"> </w:t>
      </w:r>
      <w:proofErr w:type="spellStart"/>
      <w:r w:rsidRPr="00353BFA">
        <w:rPr>
          <w:sz w:val="28"/>
          <w:szCs w:val="28"/>
        </w:rPr>
        <w:t>температурі</w:t>
      </w:r>
      <w:proofErr w:type="spellEnd"/>
      <w:r w:rsidRPr="00353BFA">
        <w:rPr>
          <w:sz w:val="28"/>
          <w:szCs w:val="28"/>
        </w:rPr>
        <w:t>.</w:t>
      </w:r>
    </w:p>
    <w:p w:rsidR="00353BFA" w:rsidRPr="00353BFA" w:rsidRDefault="00353BFA" w:rsidP="00353BFA">
      <w:pPr>
        <w:pStyle w:val="aff8"/>
        <w:numPr>
          <w:ilvl w:val="0"/>
          <w:numId w:val="14"/>
        </w:numPr>
        <w:rPr>
          <w:sz w:val="28"/>
          <w:szCs w:val="28"/>
        </w:rPr>
      </w:pPr>
      <w:proofErr w:type="spellStart"/>
      <w:r w:rsidRPr="00353BFA">
        <w:rPr>
          <w:sz w:val="28"/>
          <w:szCs w:val="28"/>
        </w:rPr>
        <w:t>Потребує</w:t>
      </w:r>
      <w:proofErr w:type="spellEnd"/>
      <w:r w:rsidRPr="00353BFA">
        <w:rPr>
          <w:sz w:val="28"/>
          <w:szCs w:val="28"/>
        </w:rPr>
        <w:t xml:space="preserve"> </w:t>
      </w:r>
      <w:proofErr w:type="spellStart"/>
      <w:r w:rsidRPr="00353BFA">
        <w:rPr>
          <w:sz w:val="28"/>
          <w:szCs w:val="28"/>
        </w:rPr>
        <w:t>ретельного</w:t>
      </w:r>
      <w:proofErr w:type="spellEnd"/>
      <w:r w:rsidRPr="00353BFA">
        <w:rPr>
          <w:sz w:val="28"/>
          <w:szCs w:val="28"/>
        </w:rPr>
        <w:t xml:space="preserve"> контролю, </w:t>
      </w:r>
      <w:proofErr w:type="spellStart"/>
      <w:r w:rsidRPr="00353BFA">
        <w:rPr>
          <w:sz w:val="28"/>
          <w:szCs w:val="28"/>
        </w:rPr>
        <w:t>бо</w:t>
      </w:r>
      <w:proofErr w:type="spellEnd"/>
      <w:r w:rsidRPr="00353BFA">
        <w:rPr>
          <w:sz w:val="28"/>
          <w:szCs w:val="28"/>
        </w:rPr>
        <w:t xml:space="preserve"> легко </w:t>
      </w:r>
      <w:proofErr w:type="spellStart"/>
      <w:r w:rsidRPr="00353BFA">
        <w:rPr>
          <w:sz w:val="28"/>
          <w:szCs w:val="28"/>
        </w:rPr>
        <w:t>прогірка</w:t>
      </w:r>
      <w:proofErr w:type="gramStart"/>
      <w:r w:rsidRPr="00353BFA">
        <w:rPr>
          <w:sz w:val="28"/>
          <w:szCs w:val="28"/>
        </w:rPr>
        <w:t>є</w:t>
      </w:r>
      <w:proofErr w:type="spellEnd"/>
      <w:r w:rsidRPr="00353BFA">
        <w:rPr>
          <w:sz w:val="28"/>
          <w:szCs w:val="28"/>
        </w:rPr>
        <w:t>.</w:t>
      </w:r>
      <w:proofErr w:type="gramEnd"/>
    </w:p>
    <w:p w:rsidR="00353BFA" w:rsidRPr="00353BFA" w:rsidRDefault="00353BFA" w:rsidP="00353BFA">
      <w:pPr>
        <w:pStyle w:val="31"/>
        <w:rPr>
          <w:rFonts w:ascii="Times New Roman" w:hAnsi="Times New Roman" w:cs="Times New Roman"/>
          <w:color w:val="auto"/>
          <w:szCs w:val="28"/>
        </w:rPr>
      </w:pPr>
      <w:proofErr w:type="spellStart"/>
      <w:r w:rsidRPr="00353BFA">
        <w:rPr>
          <w:rFonts w:ascii="Times New Roman" w:hAnsi="Times New Roman" w:cs="Times New Roman"/>
          <w:color w:val="auto"/>
          <w:szCs w:val="28"/>
        </w:rPr>
        <w:t>Соя</w:t>
      </w:r>
      <w:proofErr w:type="spellEnd"/>
    </w:p>
    <w:p w:rsidR="00353BFA" w:rsidRPr="00353BFA" w:rsidRDefault="00353BFA" w:rsidP="00353BFA">
      <w:pPr>
        <w:pStyle w:val="aff8"/>
        <w:numPr>
          <w:ilvl w:val="0"/>
          <w:numId w:val="15"/>
        </w:numPr>
        <w:rPr>
          <w:sz w:val="28"/>
          <w:szCs w:val="28"/>
        </w:rPr>
      </w:pPr>
      <w:r w:rsidRPr="00353BFA">
        <w:rPr>
          <w:sz w:val="28"/>
          <w:szCs w:val="28"/>
        </w:rPr>
        <w:t xml:space="preserve">Критична </w:t>
      </w:r>
      <w:proofErr w:type="spellStart"/>
      <w:r w:rsidRPr="00353BFA">
        <w:rPr>
          <w:sz w:val="28"/>
          <w:szCs w:val="28"/>
        </w:rPr>
        <w:t>вологість</w:t>
      </w:r>
      <w:proofErr w:type="spellEnd"/>
      <w:r w:rsidRPr="00353BFA">
        <w:rPr>
          <w:sz w:val="28"/>
          <w:szCs w:val="28"/>
        </w:rPr>
        <w:t xml:space="preserve"> — </w:t>
      </w:r>
      <w:r w:rsidRPr="00353BFA">
        <w:rPr>
          <w:rStyle w:val="af6"/>
          <w:sz w:val="28"/>
          <w:szCs w:val="28"/>
        </w:rPr>
        <w:t>10–12%</w:t>
      </w:r>
      <w:r w:rsidRPr="00353BFA">
        <w:rPr>
          <w:sz w:val="28"/>
          <w:szCs w:val="28"/>
        </w:rPr>
        <w:t>.</w:t>
      </w:r>
    </w:p>
    <w:p w:rsidR="00353BFA" w:rsidRPr="00353BFA" w:rsidRDefault="00353BFA" w:rsidP="00353BFA">
      <w:pPr>
        <w:pStyle w:val="aff8"/>
        <w:numPr>
          <w:ilvl w:val="0"/>
          <w:numId w:val="15"/>
        </w:numPr>
        <w:rPr>
          <w:sz w:val="28"/>
          <w:szCs w:val="28"/>
        </w:rPr>
      </w:pPr>
      <w:proofErr w:type="spellStart"/>
      <w:r w:rsidRPr="00353BFA">
        <w:rPr>
          <w:sz w:val="28"/>
          <w:szCs w:val="28"/>
        </w:rPr>
        <w:t>Зберігати</w:t>
      </w:r>
      <w:proofErr w:type="spellEnd"/>
      <w:r w:rsidRPr="00353BFA">
        <w:rPr>
          <w:sz w:val="28"/>
          <w:szCs w:val="28"/>
        </w:rPr>
        <w:t xml:space="preserve"> в сухих </w:t>
      </w:r>
      <w:proofErr w:type="spellStart"/>
      <w:r w:rsidRPr="00353BFA">
        <w:rPr>
          <w:sz w:val="28"/>
          <w:szCs w:val="28"/>
        </w:rPr>
        <w:t>приміщеннях</w:t>
      </w:r>
      <w:proofErr w:type="spellEnd"/>
      <w:r w:rsidRPr="00353BFA">
        <w:rPr>
          <w:sz w:val="28"/>
          <w:szCs w:val="28"/>
        </w:rPr>
        <w:t xml:space="preserve"> </w:t>
      </w:r>
      <w:proofErr w:type="gramStart"/>
      <w:r w:rsidRPr="00353BFA">
        <w:rPr>
          <w:sz w:val="28"/>
          <w:szCs w:val="28"/>
        </w:rPr>
        <w:t>при</w:t>
      </w:r>
      <w:proofErr w:type="gramEnd"/>
      <w:r w:rsidRPr="00353BFA">
        <w:rPr>
          <w:sz w:val="28"/>
          <w:szCs w:val="28"/>
        </w:rPr>
        <w:t xml:space="preserve"> </w:t>
      </w:r>
      <w:proofErr w:type="spellStart"/>
      <w:r w:rsidRPr="00353BFA">
        <w:rPr>
          <w:sz w:val="28"/>
          <w:szCs w:val="28"/>
        </w:rPr>
        <w:t>відносній</w:t>
      </w:r>
      <w:proofErr w:type="spellEnd"/>
      <w:r w:rsidRPr="00353BFA">
        <w:rPr>
          <w:sz w:val="28"/>
          <w:szCs w:val="28"/>
        </w:rPr>
        <w:t xml:space="preserve"> </w:t>
      </w:r>
      <w:proofErr w:type="spellStart"/>
      <w:r w:rsidRPr="00353BFA">
        <w:rPr>
          <w:sz w:val="28"/>
          <w:szCs w:val="28"/>
        </w:rPr>
        <w:t>вологості</w:t>
      </w:r>
      <w:proofErr w:type="spellEnd"/>
      <w:r w:rsidRPr="00353BFA">
        <w:rPr>
          <w:sz w:val="28"/>
          <w:szCs w:val="28"/>
        </w:rPr>
        <w:t xml:space="preserve"> </w:t>
      </w:r>
      <w:proofErr w:type="spellStart"/>
      <w:r w:rsidRPr="00353BFA">
        <w:rPr>
          <w:sz w:val="28"/>
          <w:szCs w:val="28"/>
        </w:rPr>
        <w:t>повітря</w:t>
      </w:r>
      <w:proofErr w:type="spellEnd"/>
      <w:r w:rsidRPr="00353BFA">
        <w:rPr>
          <w:sz w:val="28"/>
          <w:szCs w:val="28"/>
        </w:rPr>
        <w:t xml:space="preserve"> </w:t>
      </w:r>
      <w:proofErr w:type="spellStart"/>
      <w:r w:rsidRPr="00353BFA">
        <w:rPr>
          <w:sz w:val="28"/>
          <w:szCs w:val="28"/>
        </w:rPr>
        <w:t>близько</w:t>
      </w:r>
      <w:proofErr w:type="spellEnd"/>
      <w:r w:rsidRPr="00353BFA">
        <w:rPr>
          <w:sz w:val="28"/>
          <w:szCs w:val="28"/>
        </w:rPr>
        <w:t xml:space="preserve"> </w:t>
      </w:r>
      <w:r w:rsidRPr="00353BFA">
        <w:rPr>
          <w:rStyle w:val="af6"/>
          <w:sz w:val="28"/>
          <w:szCs w:val="28"/>
        </w:rPr>
        <w:t>60%</w:t>
      </w:r>
      <w:r w:rsidRPr="00353BFA">
        <w:rPr>
          <w:sz w:val="28"/>
          <w:szCs w:val="28"/>
        </w:rPr>
        <w:t>.</w:t>
      </w:r>
    </w:p>
    <w:p w:rsidR="00353BFA" w:rsidRPr="00353BFA" w:rsidRDefault="00353BFA" w:rsidP="00353BFA">
      <w:pPr>
        <w:pStyle w:val="aff8"/>
        <w:numPr>
          <w:ilvl w:val="0"/>
          <w:numId w:val="15"/>
        </w:numPr>
        <w:rPr>
          <w:sz w:val="28"/>
          <w:szCs w:val="28"/>
        </w:rPr>
      </w:pPr>
      <w:proofErr w:type="spellStart"/>
      <w:r w:rsidRPr="00353BFA">
        <w:rPr>
          <w:sz w:val="28"/>
          <w:szCs w:val="28"/>
        </w:rPr>
        <w:t>Пошкоджене</w:t>
      </w:r>
      <w:proofErr w:type="spellEnd"/>
      <w:r w:rsidRPr="00353BFA">
        <w:rPr>
          <w:sz w:val="28"/>
          <w:szCs w:val="28"/>
        </w:rPr>
        <w:t xml:space="preserve"> зерно </w:t>
      </w:r>
      <w:proofErr w:type="spellStart"/>
      <w:r w:rsidRPr="00353BFA">
        <w:rPr>
          <w:sz w:val="28"/>
          <w:szCs w:val="28"/>
        </w:rPr>
        <w:t>швидко</w:t>
      </w:r>
      <w:proofErr w:type="spellEnd"/>
      <w:r w:rsidRPr="00353BFA">
        <w:rPr>
          <w:sz w:val="28"/>
          <w:szCs w:val="28"/>
        </w:rPr>
        <w:t xml:space="preserve"> </w:t>
      </w:r>
      <w:proofErr w:type="spellStart"/>
      <w:r w:rsidRPr="00353BFA">
        <w:rPr>
          <w:sz w:val="28"/>
          <w:szCs w:val="28"/>
        </w:rPr>
        <w:t>уражується</w:t>
      </w:r>
      <w:proofErr w:type="spellEnd"/>
      <w:r w:rsidRPr="00353BFA">
        <w:rPr>
          <w:sz w:val="28"/>
          <w:szCs w:val="28"/>
        </w:rPr>
        <w:t xml:space="preserve"> </w:t>
      </w:r>
      <w:proofErr w:type="spellStart"/>
      <w:r w:rsidRPr="00353BFA">
        <w:rPr>
          <w:sz w:val="28"/>
          <w:szCs w:val="28"/>
        </w:rPr>
        <w:t>мікрофлорою</w:t>
      </w:r>
      <w:proofErr w:type="spellEnd"/>
      <w:r w:rsidRPr="00353BFA">
        <w:rPr>
          <w:sz w:val="28"/>
          <w:szCs w:val="28"/>
        </w:rPr>
        <w:t>.</w:t>
      </w:r>
    </w:p>
    <w:p w:rsidR="00353BFA" w:rsidRPr="00353BFA" w:rsidRDefault="00353BFA" w:rsidP="00353BFA">
      <w:pPr>
        <w:pStyle w:val="aff8"/>
        <w:numPr>
          <w:ilvl w:val="0"/>
          <w:numId w:val="15"/>
        </w:numPr>
        <w:rPr>
          <w:sz w:val="28"/>
          <w:szCs w:val="28"/>
        </w:rPr>
      </w:pPr>
      <w:proofErr w:type="spellStart"/>
      <w:r w:rsidRPr="00353BFA">
        <w:rPr>
          <w:sz w:val="28"/>
          <w:szCs w:val="28"/>
        </w:rPr>
        <w:t>Перемішування</w:t>
      </w:r>
      <w:proofErr w:type="spellEnd"/>
      <w:r w:rsidRPr="00353BFA">
        <w:rPr>
          <w:sz w:val="28"/>
          <w:szCs w:val="28"/>
        </w:rPr>
        <w:t xml:space="preserve"> повинно бути </w:t>
      </w:r>
      <w:proofErr w:type="spellStart"/>
      <w:r w:rsidRPr="00353BFA">
        <w:rPr>
          <w:sz w:val="28"/>
          <w:szCs w:val="28"/>
        </w:rPr>
        <w:t>обережним</w:t>
      </w:r>
      <w:proofErr w:type="spellEnd"/>
      <w:r w:rsidRPr="00353BFA">
        <w:rPr>
          <w:sz w:val="28"/>
          <w:szCs w:val="28"/>
        </w:rPr>
        <w:t xml:space="preserve">, </w:t>
      </w:r>
      <w:proofErr w:type="spellStart"/>
      <w:r w:rsidRPr="00353BFA">
        <w:rPr>
          <w:sz w:val="28"/>
          <w:szCs w:val="28"/>
        </w:rPr>
        <w:t>щоб</w:t>
      </w:r>
      <w:proofErr w:type="spellEnd"/>
      <w:r w:rsidRPr="00353BFA">
        <w:rPr>
          <w:sz w:val="28"/>
          <w:szCs w:val="28"/>
        </w:rPr>
        <w:t xml:space="preserve"> не </w:t>
      </w:r>
      <w:proofErr w:type="spellStart"/>
      <w:r w:rsidRPr="00353BFA">
        <w:rPr>
          <w:sz w:val="28"/>
          <w:szCs w:val="28"/>
        </w:rPr>
        <w:t>пошкоджувати</w:t>
      </w:r>
      <w:proofErr w:type="spellEnd"/>
      <w:r w:rsidRPr="00353BFA">
        <w:rPr>
          <w:sz w:val="28"/>
          <w:szCs w:val="28"/>
        </w:rPr>
        <w:t xml:space="preserve"> </w:t>
      </w:r>
      <w:proofErr w:type="spellStart"/>
      <w:r w:rsidRPr="00353BFA">
        <w:rPr>
          <w:sz w:val="28"/>
          <w:szCs w:val="28"/>
        </w:rPr>
        <w:t>оболонку</w:t>
      </w:r>
      <w:proofErr w:type="spellEnd"/>
      <w:r w:rsidRPr="00353BFA">
        <w:rPr>
          <w:sz w:val="28"/>
          <w:szCs w:val="28"/>
        </w:rPr>
        <w:t>.</w:t>
      </w:r>
    </w:p>
    <w:p w:rsidR="00353BFA" w:rsidRPr="00353BFA" w:rsidRDefault="00353BFA" w:rsidP="00353BFA">
      <w:pPr>
        <w:pStyle w:val="31"/>
        <w:rPr>
          <w:rFonts w:ascii="Times New Roman" w:hAnsi="Times New Roman" w:cs="Times New Roman"/>
          <w:color w:val="auto"/>
          <w:szCs w:val="28"/>
        </w:rPr>
      </w:pPr>
      <w:proofErr w:type="spellStart"/>
      <w:r w:rsidRPr="00353BFA">
        <w:rPr>
          <w:rFonts w:ascii="Times New Roman" w:hAnsi="Times New Roman" w:cs="Times New Roman"/>
          <w:color w:val="auto"/>
          <w:szCs w:val="28"/>
        </w:rPr>
        <w:t>Рицина</w:t>
      </w:r>
      <w:proofErr w:type="spellEnd"/>
    </w:p>
    <w:p w:rsidR="00353BFA" w:rsidRPr="00353BFA" w:rsidRDefault="00353BFA" w:rsidP="00353BFA">
      <w:pPr>
        <w:pStyle w:val="aff8"/>
        <w:numPr>
          <w:ilvl w:val="0"/>
          <w:numId w:val="16"/>
        </w:numPr>
        <w:rPr>
          <w:sz w:val="28"/>
          <w:szCs w:val="28"/>
        </w:rPr>
      </w:pPr>
      <w:proofErr w:type="spellStart"/>
      <w:r w:rsidRPr="00353BFA">
        <w:rPr>
          <w:sz w:val="28"/>
          <w:szCs w:val="28"/>
        </w:rPr>
        <w:t>Насіння</w:t>
      </w:r>
      <w:proofErr w:type="spellEnd"/>
      <w:r w:rsidRPr="00353BFA">
        <w:rPr>
          <w:sz w:val="28"/>
          <w:szCs w:val="28"/>
        </w:rPr>
        <w:t xml:space="preserve"> </w:t>
      </w:r>
      <w:proofErr w:type="spellStart"/>
      <w:r w:rsidRPr="00353BFA">
        <w:rPr>
          <w:sz w:val="28"/>
          <w:szCs w:val="28"/>
        </w:rPr>
        <w:t>дуже</w:t>
      </w:r>
      <w:proofErr w:type="spellEnd"/>
      <w:r w:rsidRPr="00353BFA">
        <w:rPr>
          <w:sz w:val="28"/>
          <w:szCs w:val="28"/>
        </w:rPr>
        <w:t xml:space="preserve"> </w:t>
      </w:r>
      <w:proofErr w:type="spellStart"/>
      <w:r w:rsidRPr="00353BFA">
        <w:rPr>
          <w:sz w:val="28"/>
          <w:szCs w:val="28"/>
        </w:rPr>
        <w:t>крихке</w:t>
      </w:r>
      <w:proofErr w:type="spellEnd"/>
      <w:r w:rsidRPr="00353BFA">
        <w:rPr>
          <w:sz w:val="28"/>
          <w:szCs w:val="28"/>
        </w:rPr>
        <w:t xml:space="preserve">, легко </w:t>
      </w:r>
      <w:proofErr w:type="spellStart"/>
      <w:r w:rsidRPr="00353BFA">
        <w:rPr>
          <w:sz w:val="28"/>
          <w:szCs w:val="28"/>
        </w:rPr>
        <w:t>травмується</w:t>
      </w:r>
      <w:proofErr w:type="spellEnd"/>
      <w:r w:rsidRPr="00353BFA">
        <w:rPr>
          <w:sz w:val="28"/>
          <w:szCs w:val="28"/>
        </w:rPr>
        <w:t>.</w:t>
      </w:r>
    </w:p>
    <w:p w:rsidR="00353BFA" w:rsidRPr="00353BFA" w:rsidRDefault="00353BFA" w:rsidP="00353BFA">
      <w:pPr>
        <w:pStyle w:val="aff8"/>
        <w:numPr>
          <w:ilvl w:val="0"/>
          <w:numId w:val="16"/>
        </w:numPr>
        <w:rPr>
          <w:sz w:val="28"/>
          <w:szCs w:val="28"/>
        </w:rPr>
      </w:pPr>
      <w:proofErr w:type="spellStart"/>
      <w:proofErr w:type="gramStart"/>
      <w:r w:rsidRPr="00353BFA">
        <w:rPr>
          <w:sz w:val="28"/>
          <w:szCs w:val="28"/>
        </w:rPr>
        <w:t>Містить</w:t>
      </w:r>
      <w:proofErr w:type="spellEnd"/>
      <w:proofErr w:type="gramEnd"/>
      <w:r w:rsidRPr="00353BFA">
        <w:rPr>
          <w:sz w:val="28"/>
          <w:szCs w:val="28"/>
        </w:rPr>
        <w:t xml:space="preserve"> </w:t>
      </w:r>
      <w:proofErr w:type="spellStart"/>
      <w:r w:rsidRPr="00353BFA">
        <w:rPr>
          <w:sz w:val="28"/>
          <w:szCs w:val="28"/>
        </w:rPr>
        <w:t>токсичну</w:t>
      </w:r>
      <w:proofErr w:type="spellEnd"/>
      <w:r w:rsidRPr="00353BFA">
        <w:rPr>
          <w:sz w:val="28"/>
          <w:szCs w:val="28"/>
        </w:rPr>
        <w:t xml:space="preserve"> </w:t>
      </w:r>
      <w:proofErr w:type="spellStart"/>
      <w:r w:rsidRPr="00353BFA">
        <w:rPr>
          <w:sz w:val="28"/>
          <w:szCs w:val="28"/>
        </w:rPr>
        <w:t>речовину</w:t>
      </w:r>
      <w:proofErr w:type="spellEnd"/>
      <w:r w:rsidRPr="00353BFA">
        <w:rPr>
          <w:sz w:val="28"/>
          <w:szCs w:val="28"/>
        </w:rPr>
        <w:t xml:space="preserve"> (</w:t>
      </w:r>
      <w:proofErr w:type="spellStart"/>
      <w:r w:rsidRPr="00353BFA">
        <w:rPr>
          <w:sz w:val="28"/>
          <w:szCs w:val="28"/>
        </w:rPr>
        <w:t>рицинін</w:t>
      </w:r>
      <w:proofErr w:type="spellEnd"/>
      <w:r w:rsidRPr="00353BFA">
        <w:rPr>
          <w:sz w:val="28"/>
          <w:szCs w:val="28"/>
        </w:rPr>
        <w:t xml:space="preserve">), тому </w:t>
      </w:r>
      <w:proofErr w:type="spellStart"/>
      <w:r w:rsidRPr="00353BFA">
        <w:rPr>
          <w:sz w:val="28"/>
          <w:szCs w:val="28"/>
        </w:rPr>
        <w:t>потребує</w:t>
      </w:r>
      <w:proofErr w:type="spellEnd"/>
      <w:r w:rsidRPr="00353BFA">
        <w:rPr>
          <w:sz w:val="28"/>
          <w:szCs w:val="28"/>
        </w:rPr>
        <w:t xml:space="preserve"> </w:t>
      </w:r>
      <w:proofErr w:type="spellStart"/>
      <w:r w:rsidRPr="00353BFA">
        <w:rPr>
          <w:sz w:val="28"/>
          <w:szCs w:val="28"/>
        </w:rPr>
        <w:t>обережного</w:t>
      </w:r>
      <w:proofErr w:type="spellEnd"/>
      <w:r w:rsidRPr="00353BFA">
        <w:rPr>
          <w:sz w:val="28"/>
          <w:szCs w:val="28"/>
        </w:rPr>
        <w:t xml:space="preserve"> </w:t>
      </w:r>
      <w:proofErr w:type="spellStart"/>
      <w:r w:rsidRPr="00353BFA">
        <w:rPr>
          <w:sz w:val="28"/>
          <w:szCs w:val="28"/>
        </w:rPr>
        <w:t>поводження</w:t>
      </w:r>
      <w:proofErr w:type="spellEnd"/>
      <w:r w:rsidRPr="00353BFA">
        <w:rPr>
          <w:sz w:val="28"/>
          <w:szCs w:val="28"/>
        </w:rPr>
        <w:t>.</w:t>
      </w:r>
    </w:p>
    <w:p w:rsidR="00353BFA" w:rsidRPr="00353BFA" w:rsidRDefault="00353BFA" w:rsidP="00353BFA">
      <w:pPr>
        <w:pStyle w:val="aff8"/>
        <w:numPr>
          <w:ilvl w:val="0"/>
          <w:numId w:val="16"/>
        </w:numPr>
        <w:rPr>
          <w:sz w:val="28"/>
          <w:szCs w:val="28"/>
        </w:rPr>
      </w:pPr>
      <w:proofErr w:type="spellStart"/>
      <w:r w:rsidRPr="00353BFA">
        <w:rPr>
          <w:sz w:val="28"/>
          <w:szCs w:val="28"/>
        </w:rPr>
        <w:t>Зберігається</w:t>
      </w:r>
      <w:proofErr w:type="spellEnd"/>
      <w:r w:rsidRPr="00353BFA">
        <w:rPr>
          <w:sz w:val="28"/>
          <w:szCs w:val="28"/>
        </w:rPr>
        <w:t xml:space="preserve"> </w:t>
      </w:r>
      <w:proofErr w:type="spellStart"/>
      <w:r w:rsidRPr="00353BFA">
        <w:rPr>
          <w:sz w:val="28"/>
          <w:szCs w:val="28"/>
        </w:rPr>
        <w:t>тільки</w:t>
      </w:r>
      <w:proofErr w:type="spellEnd"/>
      <w:r w:rsidRPr="00353BFA">
        <w:rPr>
          <w:sz w:val="28"/>
          <w:szCs w:val="28"/>
        </w:rPr>
        <w:t xml:space="preserve"> в сухих </w:t>
      </w:r>
      <w:proofErr w:type="spellStart"/>
      <w:r w:rsidRPr="00353BFA">
        <w:rPr>
          <w:sz w:val="28"/>
          <w:szCs w:val="28"/>
        </w:rPr>
        <w:t>приміщеннях</w:t>
      </w:r>
      <w:proofErr w:type="spellEnd"/>
      <w:r w:rsidRPr="00353BFA">
        <w:rPr>
          <w:sz w:val="28"/>
          <w:szCs w:val="28"/>
        </w:rPr>
        <w:t xml:space="preserve"> з </w:t>
      </w:r>
      <w:proofErr w:type="gramStart"/>
      <w:r w:rsidRPr="00353BFA">
        <w:rPr>
          <w:sz w:val="28"/>
          <w:szCs w:val="28"/>
        </w:rPr>
        <w:t>доброю</w:t>
      </w:r>
      <w:proofErr w:type="gramEnd"/>
      <w:r w:rsidRPr="00353BFA">
        <w:rPr>
          <w:sz w:val="28"/>
          <w:szCs w:val="28"/>
        </w:rPr>
        <w:t xml:space="preserve"> </w:t>
      </w:r>
      <w:proofErr w:type="spellStart"/>
      <w:r w:rsidRPr="00353BFA">
        <w:rPr>
          <w:sz w:val="28"/>
          <w:szCs w:val="28"/>
        </w:rPr>
        <w:t>вентиляцією</w:t>
      </w:r>
      <w:proofErr w:type="spellEnd"/>
      <w:r w:rsidRPr="00353BFA">
        <w:rPr>
          <w:sz w:val="28"/>
          <w:szCs w:val="28"/>
        </w:rPr>
        <w:t>.</w:t>
      </w:r>
    </w:p>
    <w:p w:rsidR="00B16A46" w:rsidRPr="0092245F" w:rsidRDefault="00E41A86">
      <w:pPr>
        <w:rPr>
          <w:lang w:val="ru-RU"/>
        </w:rPr>
      </w:pPr>
      <w:proofErr w:type="spellStart"/>
      <w:r w:rsidRPr="0092245F">
        <w:rPr>
          <w:b/>
          <w:lang w:val="ru-RU"/>
        </w:rPr>
        <w:lastRenderedPageBreak/>
        <w:t>Висновок</w:t>
      </w:r>
      <w:proofErr w:type="spellEnd"/>
      <w:r w:rsidRPr="0092245F">
        <w:rPr>
          <w:b/>
          <w:lang w:val="ru-RU"/>
        </w:rPr>
        <w:t>:</w:t>
      </w:r>
      <w:r w:rsidR="0092245F">
        <w:rPr>
          <w:lang w:val="ru-RU"/>
        </w:rPr>
        <w:t xml:space="preserve"> </w:t>
      </w:r>
      <w:proofErr w:type="gramStart"/>
      <w:r w:rsidR="0092245F" w:rsidRPr="0092245F">
        <w:rPr>
          <w:lang w:val="ru-RU"/>
        </w:rPr>
        <w:t>У</w:t>
      </w:r>
      <w:proofErr w:type="gramEnd"/>
      <w:r w:rsidR="0092245F" w:rsidRPr="0092245F">
        <w:rPr>
          <w:lang w:val="ru-RU"/>
        </w:rPr>
        <w:t xml:space="preserve"> </w:t>
      </w:r>
      <w:proofErr w:type="spellStart"/>
      <w:proofErr w:type="gramStart"/>
      <w:r w:rsidR="0092245F" w:rsidRPr="0092245F">
        <w:rPr>
          <w:lang w:val="ru-RU"/>
        </w:rPr>
        <w:t>ход</w:t>
      </w:r>
      <w:proofErr w:type="gramEnd"/>
      <w:r w:rsidR="0092245F" w:rsidRPr="0092245F">
        <w:rPr>
          <w:lang w:val="ru-RU"/>
        </w:rPr>
        <w:t>і</w:t>
      </w:r>
      <w:proofErr w:type="spellEnd"/>
      <w:r w:rsidR="0092245F" w:rsidRPr="0092245F">
        <w:rPr>
          <w:lang w:val="ru-RU"/>
        </w:rPr>
        <w:t xml:space="preserve"> </w:t>
      </w:r>
      <w:proofErr w:type="spellStart"/>
      <w:r w:rsidR="0092245F" w:rsidRPr="0092245F">
        <w:rPr>
          <w:lang w:val="ru-RU"/>
        </w:rPr>
        <w:t>виконання</w:t>
      </w:r>
      <w:proofErr w:type="spellEnd"/>
      <w:r w:rsidR="0092245F" w:rsidRPr="0092245F">
        <w:rPr>
          <w:lang w:val="ru-RU"/>
        </w:rPr>
        <w:t xml:space="preserve"> </w:t>
      </w:r>
      <w:r w:rsidR="0092245F">
        <w:rPr>
          <w:lang w:val="ru-RU"/>
        </w:rPr>
        <w:t xml:space="preserve">практичного </w:t>
      </w:r>
      <w:proofErr w:type="spellStart"/>
      <w:r w:rsidR="0092245F">
        <w:rPr>
          <w:lang w:val="ru-RU"/>
        </w:rPr>
        <w:t>заняття</w:t>
      </w:r>
      <w:proofErr w:type="spellEnd"/>
      <w:r w:rsidR="0092245F" w:rsidRPr="0092245F">
        <w:rPr>
          <w:lang w:val="ru-RU"/>
        </w:rPr>
        <w:t xml:space="preserve"> </w:t>
      </w:r>
      <w:proofErr w:type="spellStart"/>
      <w:r w:rsidR="0092245F" w:rsidRPr="0092245F">
        <w:rPr>
          <w:lang w:val="ru-RU"/>
        </w:rPr>
        <w:t>було</w:t>
      </w:r>
      <w:proofErr w:type="spellEnd"/>
      <w:r w:rsidR="0092245F" w:rsidRPr="0092245F">
        <w:rPr>
          <w:lang w:val="ru-RU"/>
        </w:rPr>
        <w:t xml:space="preserve"> </w:t>
      </w:r>
      <w:proofErr w:type="spellStart"/>
      <w:r w:rsidR="0092245F" w:rsidRPr="0092245F">
        <w:rPr>
          <w:lang w:val="ru-RU"/>
        </w:rPr>
        <w:t>вивчено</w:t>
      </w:r>
      <w:proofErr w:type="spellEnd"/>
      <w:r w:rsidR="0092245F" w:rsidRPr="0092245F">
        <w:rPr>
          <w:lang w:val="ru-RU"/>
        </w:rPr>
        <w:t xml:space="preserve"> </w:t>
      </w:r>
      <w:proofErr w:type="spellStart"/>
      <w:r w:rsidR="0092245F" w:rsidRPr="0092245F">
        <w:rPr>
          <w:lang w:val="ru-RU"/>
        </w:rPr>
        <w:t>основні</w:t>
      </w:r>
      <w:proofErr w:type="spellEnd"/>
      <w:r w:rsidR="0092245F" w:rsidRPr="0092245F">
        <w:rPr>
          <w:lang w:val="ru-RU"/>
        </w:rPr>
        <w:t xml:space="preserve"> </w:t>
      </w:r>
      <w:proofErr w:type="spellStart"/>
      <w:r w:rsidR="0092245F" w:rsidRPr="0092245F">
        <w:rPr>
          <w:lang w:val="ru-RU"/>
        </w:rPr>
        <w:t>показники</w:t>
      </w:r>
      <w:proofErr w:type="spellEnd"/>
      <w:r w:rsidR="0092245F" w:rsidRPr="0092245F">
        <w:rPr>
          <w:lang w:val="ru-RU"/>
        </w:rPr>
        <w:t xml:space="preserve"> </w:t>
      </w:r>
      <w:proofErr w:type="spellStart"/>
      <w:r w:rsidR="0092245F" w:rsidRPr="0092245F">
        <w:rPr>
          <w:lang w:val="ru-RU"/>
        </w:rPr>
        <w:t>якості</w:t>
      </w:r>
      <w:proofErr w:type="spellEnd"/>
      <w:r w:rsidR="0092245F" w:rsidRPr="0092245F">
        <w:rPr>
          <w:lang w:val="ru-RU"/>
        </w:rPr>
        <w:t xml:space="preserve"> зерна та </w:t>
      </w:r>
      <w:proofErr w:type="spellStart"/>
      <w:r w:rsidR="0092245F" w:rsidRPr="0092245F">
        <w:rPr>
          <w:lang w:val="ru-RU"/>
        </w:rPr>
        <w:t>методи</w:t>
      </w:r>
      <w:proofErr w:type="spellEnd"/>
      <w:r w:rsidR="0092245F" w:rsidRPr="0092245F">
        <w:rPr>
          <w:lang w:val="ru-RU"/>
        </w:rPr>
        <w:t xml:space="preserve"> </w:t>
      </w:r>
      <w:proofErr w:type="spellStart"/>
      <w:r w:rsidR="0092245F" w:rsidRPr="0092245F">
        <w:rPr>
          <w:lang w:val="ru-RU"/>
        </w:rPr>
        <w:t>їх</w:t>
      </w:r>
      <w:proofErr w:type="spellEnd"/>
      <w:r w:rsidR="0092245F" w:rsidRPr="0092245F">
        <w:rPr>
          <w:lang w:val="ru-RU"/>
        </w:rPr>
        <w:t xml:space="preserve"> </w:t>
      </w:r>
      <w:proofErr w:type="spellStart"/>
      <w:r w:rsidR="0092245F" w:rsidRPr="0092245F">
        <w:rPr>
          <w:lang w:val="ru-RU"/>
        </w:rPr>
        <w:t>визначення</w:t>
      </w:r>
      <w:proofErr w:type="spellEnd"/>
      <w:r w:rsidR="0092245F" w:rsidRPr="0092245F">
        <w:rPr>
          <w:lang w:val="ru-RU"/>
        </w:rPr>
        <w:t xml:space="preserve">. Проведено </w:t>
      </w:r>
      <w:proofErr w:type="spellStart"/>
      <w:r w:rsidR="0092245F" w:rsidRPr="0092245F">
        <w:rPr>
          <w:lang w:val="ru-RU"/>
        </w:rPr>
        <w:t>органолептичну</w:t>
      </w:r>
      <w:proofErr w:type="spellEnd"/>
      <w:r w:rsidR="0092245F" w:rsidRPr="0092245F">
        <w:rPr>
          <w:lang w:val="ru-RU"/>
        </w:rPr>
        <w:t xml:space="preserve"> </w:t>
      </w:r>
      <w:proofErr w:type="spellStart"/>
      <w:r w:rsidR="0092245F" w:rsidRPr="0092245F">
        <w:rPr>
          <w:lang w:val="ru-RU"/>
        </w:rPr>
        <w:t>оцінку</w:t>
      </w:r>
      <w:proofErr w:type="spellEnd"/>
      <w:r w:rsidR="0092245F" w:rsidRPr="0092245F">
        <w:rPr>
          <w:lang w:val="ru-RU"/>
        </w:rPr>
        <w:t xml:space="preserve"> зерна (</w:t>
      </w:r>
      <w:proofErr w:type="spellStart"/>
      <w:r w:rsidR="0092245F" w:rsidRPr="0092245F">
        <w:rPr>
          <w:lang w:val="ru-RU"/>
        </w:rPr>
        <w:t>колі</w:t>
      </w:r>
      <w:proofErr w:type="gramStart"/>
      <w:r w:rsidR="0092245F" w:rsidRPr="0092245F">
        <w:rPr>
          <w:lang w:val="ru-RU"/>
        </w:rPr>
        <w:t>р</w:t>
      </w:r>
      <w:proofErr w:type="spellEnd"/>
      <w:proofErr w:type="gramEnd"/>
      <w:r w:rsidR="0092245F" w:rsidRPr="0092245F">
        <w:rPr>
          <w:lang w:val="ru-RU"/>
        </w:rPr>
        <w:t xml:space="preserve">, запах, смак), </w:t>
      </w:r>
      <w:proofErr w:type="spellStart"/>
      <w:r w:rsidR="0092245F" w:rsidRPr="0092245F">
        <w:rPr>
          <w:lang w:val="ru-RU"/>
        </w:rPr>
        <w:t>визначено</w:t>
      </w:r>
      <w:proofErr w:type="spellEnd"/>
      <w:r w:rsidR="0092245F" w:rsidRPr="0092245F">
        <w:rPr>
          <w:lang w:val="ru-RU"/>
        </w:rPr>
        <w:t xml:space="preserve"> </w:t>
      </w:r>
      <w:proofErr w:type="spellStart"/>
      <w:r w:rsidR="0092245F" w:rsidRPr="0092245F">
        <w:rPr>
          <w:lang w:val="ru-RU"/>
        </w:rPr>
        <w:t>вологість</w:t>
      </w:r>
      <w:proofErr w:type="spellEnd"/>
      <w:r w:rsidR="0092245F" w:rsidRPr="0092245F">
        <w:rPr>
          <w:lang w:val="ru-RU"/>
        </w:rPr>
        <w:t xml:space="preserve"> сирого зерна </w:t>
      </w:r>
      <w:proofErr w:type="spellStart"/>
      <w:r w:rsidR="0092245F" w:rsidRPr="0092245F">
        <w:rPr>
          <w:lang w:val="ru-RU"/>
        </w:rPr>
        <w:t>двоступеневим</w:t>
      </w:r>
      <w:proofErr w:type="spellEnd"/>
      <w:r w:rsidR="0092245F" w:rsidRPr="0092245F">
        <w:rPr>
          <w:lang w:val="ru-RU"/>
        </w:rPr>
        <w:t xml:space="preserve"> методом </w:t>
      </w:r>
      <w:proofErr w:type="spellStart"/>
      <w:r w:rsidR="0092245F" w:rsidRPr="0092245F">
        <w:rPr>
          <w:lang w:val="ru-RU"/>
        </w:rPr>
        <w:t>із</w:t>
      </w:r>
      <w:proofErr w:type="spellEnd"/>
      <w:r w:rsidR="0092245F" w:rsidRPr="0092245F">
        <w:rPr>
          <w:lang w:val="ru-RU"/>
        </w:rPr>
        <w:t xml:space="preserve"> </w:t>
      </w:r>
      <w:proofErr w:type="spellStart"/>
      <w:r w:rsidR="0092245F" w:rsidRPr="0092245F">
        <w:rPr>
          <w:lang w:val="ru-RU"/>
        </w:rPr>
        <w:t>попереднім</w:t>
      </w:r>
      <w:proofErr w:type="spellEnd"/>
      <w:r w:rsidR="0092245F" w:rsidRPr="0092245F">
        <w:rPr>
          <w:lang w:val="ru-RU"/>
        </w:rPr>
        <w:t xml:space="preserve"> </w:t>
      </w:r>
      <w:proofErr w:type="spellStart"/>
      <w:r w:rsidR="0092245F" w:rsidRPr="0092245F">
        <w:rPr>
          <w:lang w:val="ru-RU"/>
        </w:rPr>
        <w:t>підсушуванням</w:t>
      </w:r>
      <w:proofErr w:type="spellEnd"/>
      <w:r w:rsidR="0092245F" w:rsidRPr="0092245F">
        <w:rPr>
          <w:lang w:val="ru-RU"/>
        </w:rPr>
        <w:t xml:space="preserve">, </w:t>
      </w:r>
      <w:proofErr w:type="spellStart"/>
      <w:r w:rsidR="0092245F" w:rsidRPr="0092245F">
        <w:rPr>
          <w:lang w:val="ru-RU"/>
        </w:rPr>
        <w:t>розглянуто</w:t>
      </w:r>
      <w:proofErr w:type="spellEnd"/>
      <w:r w:rsidR="0092245F" w:rsidRPr="0092245F">
        <w:rPr>
          <w:lang w:val="ru-RU"/>
        </w:rPr>
        <w:t xml:space="preserve"> склад і </w:t>
      </w:r>
      <w:proofErr w:type="spellStart"/>
      <w:r w:rsidR="0092245F" w:rsidRPr="0092245F">
        <w:rPr>
          <w:lang w:val="ru-RU"/>
        </w:rPr>
        <w:t>види</w:t>
      </w:r>
      <w:proofErr w:type="spellEnd"/>
      <w:r w:rsidR="0092245F" w:rsidRPr="0092245F">
        <w:rPr>
          <w:lang w:val="ru-RU"/>
        </w:rPr>
        <w:t xml:space="preserve"> </w:t>
      </w:r>
      <w:proofErr w:type="spellStart"/>
      <w:r w:rsidR="0092245F" w:rsidRPr="0092245F">
        <w:rPr>
          <w:lang w:val="ru-RU"/>
        </w:rPr>
        <w:t>домішок</w:t>
      </w:r>
      <w:proofErr w:type="spellEnd"/>
      <w:r w:rsidR="0092245F" w:rsidRPr="0092245F">
        <w:rPr>
          <w:lang w:val="ru-RU"/>
        </w:rPr>
        <w:t xml:space="preserve">, а </w:t>
      </w:r>
      <w:proofErr w:type="spellStart"/>
      <w:r w:rsidR="0092245F" w:rsidRPr="0092245F">
        <w:rPr>
          <w:lang w:val="ru-RU"/>
        </w:rPr>
        <w:t>також</w:t>
      </w:r>
      <w:proofErr w:type="spellEnd"/>
      <w:r w:rsidR="0092245F" w:rsidRPr="0092245F">
        <w:rPr>
          <w:lang w:val="ru-RU"/>
        </w:rPr>
        <w:t xml:space="preserve"> порядок </w:t>
      </w:r>
      <w:proofErr w:type="spellStart"/>
      <w:r w:rsidR="0092245F" w:rsidRPr="0092245F">
        <w:rPr>
          <w:lang w:val="ru-RU"/>
        </w:rPr>
        <w:t>визначення</w:t>
      </w:r>
      <w:proofErr w:type="spellEnd"/>
      <w:r w:rsidR="0092245F" w:rsidRPr="0092245F">
        <w:rPr>
          <w:lang w:val="ru-RU"/>
        </w:rPr>
        <w:t xml:space="preserve"> </w:t>
      </w:r>
      <w:proofErr w:type="spellStart"/>
      <w:r w:rsidR="0092245F" w:rsidRPr="0092245F">
        <w:rPr>
          <w:lang w:val="ru-RU"/>
        </w:rPr>
        <w:t>зараженості</w:t>
      </w:r>
      <w:proofErr w:type="spellEnd"/>
      <w:r w:rsidR="0092245F" w:rsidRPr="0092245F">
        <w:rPr>
          <w:lang w:val="ru-RU"/>
        </w:rPr>
        <w:t xml:space="preserve"> зерна </w:t>
      </w:r>
      <w:proofErr w:type="spellStart"/>
      <w:r w:rsidR="0092245F" w:rsidRPr="0092245F">
        <w:rPr>
          <w:lang w:val="ru-RU"/>
        </w:rPr>
        <w:t>шкідниками</w:t>
      </w:r>
      <w:proofErr w:type="spellEnd"/>
      <w:r w:rsidR="0092245F" w:rsidRPr="0092245F">
        <w:rPr>
          <w:lang w:val="ru-RU"/>
        </w:rPr>
        <w:t xml:space="preserve">. </w:t>
      </w:r>
      <w:proofErr w:type="spellStart"/>
      <w:r w:rsidR="0092245F" w:rsidRPr="0092245F">
        <w:rPr>
          <w:lang w:val="ru-RU"/>
        </w:rPr>
        <w:t>Узагальнено</w:t>
      </w:r>
      <w:proofErr w:type="spellEnd"/>
      <w:r w:rsidR="0092245F" w:rsidRPr="0092245F">
        <w:rPr>
          <w:lang w:val="ru-RU"/>
        </w:rPr>
        <w:t xml:space="preserve"> </w:t>
      </w:r>
      <w:proofErr w:type="spellStart"/>
      <w:r w:rsidR="0092245F" w:rsidRPr="0092245F">
        <w:rPr>
          <w:lang w:val="ru-RU"/>
        </w:rPr>
        <w:t>норми</w:t>
      </w:r>
      <w:proofErr w:type="spellEnd"/>
      <w:r w:rsidR="0092245F" w:rsidRPr="0092245F">
        <w:rPr>
          <w:lang w:val="ru-RU"/>
        </w:rPr>
        <w:t xml:space="preserve"> </w:t>
      </w:r>
      <w:proofErr w:type="spellStart"/>
      <w:r w:rsidR="0092245F" w:rsidRPr="0092245F">
        <w:rPr>
          <w:lang w:val="ru-RU"/>
        </w:rPr>
        <w:t>природних</w:t>
      </w:r>
      <w:proofErr w:type="spellEnd"/>
      <w:r w:rsidR="0092245F" w:rsidRPr="0092245F">
        <w:rPr>
          <w:lang w:val="ru-RU"/>
        </w:rPr>
        <w:t xml:space="preserve"> </w:t>
      </w:r>
      <w:proofErr w:type="spellStart"/>
      <w:r w:rsidR="0092245F" w:rsidRPr="0092245F">
        <w:rPr>
          <w:lang w:val="ru-RU"/>
        </w:rPr>
        <w:t>втрат</w:t>
      </w:r>
      <w:proofErr w:type="spellEnd"/>
      <w:r w:rsidR="0092245F" w:rsidRPr="0092245F">
        <w:rPr>
          <w:lang w:val="ru-RU"/>
        </w:rPr>
        <w:t xml:space="preserve"> </w:t>
      </w:r>
      <w:proofErr w:type="spellStart"/>
      <w:proofErr w:type="gramStart"/>
      <w:r w:rsidR="0092245F" w:rsidRPr="0092245F">
        <w:rPr>
          <w:lang w:val="ru-RU"/>
        </w:rPr>
        <w:t>п</w:t>
      </w:r>
      <w:proofErr w:type="gramEnd"/>
      <w:r w:rsidR="0092245F" w:rsidRPr="0092245F">
        <w:rPr>
          <w:lang w:val="ru-RU"/>
        </w:rPr>
        <w:t>ід</w:t>
      </w:r>
      <w:proofErr w:type="spellEnd"/>
      <w:r w:rsidR="0092245F" w:rsidRPr="0092245F">
        <w:rPr>
          <w:lang w:val="ru-RU"/>
        </w:rPr>
        <w:t xml:space="preserve"> час </w:t>
      </w:r>
      <w:proofErr w:type="spellStart"/>
      <w:r w:rsidR="0092245F" w:rsidRPr="0092245F">
        <w:rPr>
          <w:lang w:val="ru-RU"/>
        </w:rPr>
        <w:t>зберігання</w:t>
      </w:r>
      <w:proofErr w:type="spellEnd"/>
      <w:r w:rsidR="0092245F" w:rsidRPr="0092245F">
        <w:rPr>
          <w:lang w:val="ru-RU"/>
        </w:rPr>
        <w:t xml:space="preserve"> та </w:t>
      </w:r>
      <w:proofErr w:type="spellStart"/>
      <w:r w:rsidR="0092245F" w:rsidRPr="0092245F">
        <w:rPr>
          <w:lang w:val="ru-RU"/>
        </w:rPr>
        <w:t>особливості</w:t>
      </w:r>
      <w:proofErr w:type="spellEnd"/>
      <w:r w:rsidR="0092245F" w:rsidRPr="0092245F">
        <w:rPr>
          <w:lang w:val="ru-RU"/>
        </w:rPr>
        <w:t xml:space="preserve"> </w:t>
      </w:r>
      <w:proofErr w:type="spellStart"/>
      <w:r w:rsidR="0092245F" w:rsidRPr="0092245F">
        <w:rPr>
          <w:lang w:val="ru-RU"/>
        </w:rPr>
        <w:t>зберігання</w:t>
      </w:r>
      <w:proofErr w:type="spellEnd"/>
      <w:r w:rsidR="0092245F" w:rsidRPr="0092245F">
        <w:rPr>
          <w:lang w:val="ru-RU"/>
        </w:rPr>
        <w:t xml:space="preserve"> зерна </w:t>
      </w:r>
      <w:proofErr w:type="spellStart"/>
      <w:r w:rsidR="0092245F" w:rsidRPr="0092245F">
        <w:rPr>
          <w:lang w:val="ru-RU"/>
        </w:rPr>
        <w:t>різних</w:t>
      </w:r>
      <w:proofErr w:type="spellEnd"/>
      <w:r w:rsidR="0092245F" w:rsidRPr="0092245F">
        <w:rPr>
          <w:lang w:val="ru-RU"/>
        </w:rPr>
        <w:t xml:space="preserve"> культур. </w:t>
      </w:r>
      <w:proofErr w:type="spellStart"/>
      <w:r w:rsidR="0092245F" w:rsidRPr="0092245F">
        <w:rPr>
          <w:lang w:val="ru-RU"/>
        </w:rPr>
        <w:t>Отримані</w:t>
      </w:r>
      <w:proofErr w:type="spellEnd"/>
      <w:r w:rsidR="0092245F" w:rsidRPr="0092245F">
        <w:rPr>
          <w:lang w:val="ru-RU"/>
        </w:rPr>
        <w:t xml:space="preserve"> </w:t>
      </w:r>
      <w:proofErr w:type="spellStart"/>
      <w:r w:rsidR="0092245F" w:rsidRPr="0092245F">
        <w:rPr>
          <w:lang w:val="ru-RU"/>
        </w:rPr>
        <w:t>знання</w:t>
      </w:r>
      <w:proofErr w:type="spellEnd"/>
      <w:r w:rsidR="0092245F" w:rsidRPr="0092245F">
        <w:rPr>
          <w:lang w:val="ru-RU"/>
        </w:rPr>
        <w:t xml:space="preserve"> </w:t>
      </w:r>
      <w:proofErr w:type="spellStart"/>
      <w:r w:rsidR="0092245F" w:rsidRPr="0092245F">
        <w:rPr>
          <w:lang w:val="ru-RU"/>
        </w:rPr>
        <w:t>дозволяють</w:t>
      </w:r>
      <w:proofErr w:type="spellEnd"/>
      <w:r w:rsidR="0092245F" w:rsidRPr="0092245F">
        <w:rPr>
          <w:lang w:val="ru-RU"/>
        </w:rPr>
        <w:t xml:space="preserve"> </w:t>
      </w:r>
      <w:proofErr w:type="spellStart"/>
      <w:r w:rsidR="0092245F" w:rsidRPr="0092245F">
        <w:rPr>
          <w:lang w:val="ru-RU"/>
        </w:rPr>
        <w:t>оцінювати</w:t>
      </w:r>
      <w:proofErr w:type="spellEnd"/>
      <w:r w:rsidR="0092245F" w:rsidRPr="0092245F">
        <w:rPr>
          <w:lang w:val="ru-RU"/>
        </w:rPr>
        <w:t xml:space="preserve"> </w:t>
      </w:r>
      <w:proofErr w:type="spellStart"/>
      <w:r w:rsidR="0092245F" w:rsidRPr="0092245F">
        <w:rPr>
          <w:lang w:val="ru-RU"/>
        </w:rPr>
        <w:t>якість</w:t>
      </w:r>
      <w:proofErr w:type="spellEnd"/>
      <w:r w:rsidR="0092245F" w:rsidRPr="0092245F">
        <w:rPr>
          <w:lang w:val="ru-RU"/>
        </w:rPr>
        <w:t xml:space="preserve"> зерна та </w:t>
      </w:r>
      <w:proofErr w:type="spellStart"/>
      <w:r w:rsidR="0092245F" w:rsidRPr="0092245F">
        <w:rPr>
          <w:lang w:val="ru-RU"/>
        </w:rPr>
        <w:t>контролювати</w:t>
      </w:r>
      <w:proofErr w:type="spellEnd"/>
      <w:r w:rsidR="0092245F" w:rsidRPr="0092245F">
        <w:rPr>
          <w:lang w:val="ru-RU"/>
        </w:rPr>
        <w:t xml:space="preserve"> </w:t>
      </w:r>
      <w:proofErr w:type="spellStart"/>
      <w:r w:rsidR="0092245F" w:rsidRPr="0092245F">
        <w:rPr>
          <w:lang w:val="ru-RU"/>
        </w:rPr>
        <w:t>його</w:t>
      </w:r>
      <w:proofErr w:type="spellEnd"/>
      <w:r w:rsidR="0092245F" w:rsidRPr="0092245F">
        <w:rPr>
          <w:lang w:val="ru-RU"/>
        </w:rPr>
        <w:t xml:space="preserve"> стан </w:t>
      </w:r>
      <w:proofErr w:type="spellStart"/>
      <w:proofErr w:type="gramStart"/>
      <w:r w:rsidR="0092245F" w:rsidRPr="0092245F">
        <w:rPr>
          <w:lang w:val="ru-RU"/>
        </w:rPr>
        <w:t>п</w:t>
      </w:r>
      <w:proofErr w:type="gramEnd"/>
      <w:r w:rsidR="0092245F" w:rsidRPr="0092245F">
        <w:rPr>
          <w:lang w:val="ru-RU"/>
        </w:rPr>
        <w:t>ід</w:t>
      </w:r>
      <w:proofErr w:type="spellEnd"/>
      <w:r w:rsidR="0092245F" w:rsidRPr="0092245F">
        <w:rPr>
          <w:lang w:val="ru-RU"/>
        </w:rPr>
        <w:t xml:space="preserve"> час </w:t>
      </w:r>
      <w:proofErr w:type="spellStart"/>
      <w:r w:rsidR="0092245F" w:rsidRPr="0092245F">
        <w:rPr>
          <w:lang w:val="ru-RU"/>
        </w:rPr>
        <w:t>зберігання</w:t>
      </w:r>
      <w:proofErr w:type="spellEnd"/>
      <w:r w:rsidR="0092245F" w:rsidRPr="0092245F">
        <w:rPr>
          <w:lang w:val="ru-RU"/>
        </w:rPr>
        <w:t>.</w:t>
      </w:r>
    </w:p>
    <w:p w:rsidR="00B16A46" w:rsidRPr="0092245F" w:rsidRDefault="00194C9C">
      <w:pPr>
        <w:rPr>
          <w:b/>
          <w:szCs w:val="28"/>
          <w:lang w:val="ru-RU"/>
        </w:rPr>
      </w:pPr>
      <w:proofErr w:type="spellStart"/>
      <w:r w:rsidRPr="0092245F">
        <w:rPr>
          <w:b/>
          <w:szCs w:val="28"/>
          <w:lang w:val="ru-RU"/>
        </w:rPr>
        <w:t>Питання</w:t>
      </w:r>
      <w:proofErr w:type="spellEnd"/>
      <w:r w:rsidRPr="0092245F">
        <w:rPr>
          <w:b/>
          <w:szCs w:val="28"/>
          <w:lang w:val="ru-RU"/>
        </w:rPr>
        <w:t xml:space="preserve"> </w:t>
      </w:r>
      <w:proofErr w:type="gramStart"/>
      <w:r w:rsidRPr="0092245F">
        <w:rPr>
          <w:b/>
          <w:szCs w:val="28"/>
          <w:lang w:val="ru-RU"/>
        </w:rPr>
        <w:t>для</w:t>
      </w:r>
      <w:proofErr w:type="gramEnd"/>
      <w:r w:rsidRPr="0092245F">
        <w:rPr>
          <w:b/>
          <w:szCs w:val="28"/>
          <w:lang w:val="ru-RU"/>
        </w:rPr>
        <w:t xml:space="preserve"> самоконтролю:</w:t>
      </w:r>
    </w:p>
    <w:p w:rsidR="00B16A46" w:rsidRPr="0092245F" w:rsidRDefault="00194C9C" w:rsidP="0092245F">
      <w:pPr>
        <w:pStyle w:val="aff8"/>
        <w:rPr>
          <w:sz w:val="28"/>
          <w:szCs w:val="28"/>
        </w:rPr>
      </w:pPr>
      <w:r w:rsidRPr="0092245F">
        <w:rPr>
          <w:b/>
          <w:sz w:val="28"/>
          <w:szCs w:val="28"/>
        </w:rPr>
        <w:t xml:space="preserve">1. </w:t>
      </w:r>
      <w:proofErr w:type="spellStart"/>
      <w:r w:rsidRPr="0092245F">
        <w:rPr>
          <w:b/>
          <w:sz w:val="28"/>
          <w:szCs w:val="28"/>
        </w:rPr>
        <w:t>Які</w:t>
      </w:r>
      <w:proofErr w:type="spellEnd"/>
      <w:r w:rsidRPr="0092245F">
        <w:rPr>
          <w:b/>
          <w:sz w:val="28"/>
          <w:szCs w:val="28"/>
        </w:rPr>
        <w:t xml:space="preserve"> </w:t>
      </w:r>
      <w:proofErr w:type="spellStart"/>
      <w:r w:rsidRPr="0092245F">
        <w:rPr>
          <w:b/>
          <w:sz w:val="28"/>
          <w:szCs w:val="28"/>
        </w:rPr>
        <w:t>показники</w:t>
      </w:r>
      <w:proofErr w:type="spellEnd"/>
      <w:r w:rsidRPr="0092245F">
        <w:rPr>
          <w:b/>
          <w:sz w:val="28"/>
          <w:szCs w:val="28"/>
        </w:rPr>
        <w:t xml:space="preserve"> </w:t>
      </w:r>
      <w:proofErr w:type="spellStart"/>
      <w:r w:rsidRPr="0092245F">
        <w:rPr>
          <w:b/>
          <w:sz w:val="28"/>
          <w:szCs w:val="28"/>
        </w:rPr>
        <w:t>якості</w:t>
      </w:r>
      <w:proofErr w:type="spellEnd"/>
      <w:r w:rsidRPr="0092245F">
        <w:rPr>
          <w:b/>
          <w:sz w:val="28"/>
          <w:szCs w:val="28"/>
        </w:rPr>
        <w:t xml:space="preserve"> зерна </w:t>
      </w:r>
      <w:proofErr w:type="spellStart"/>
      <w:r w:rsidRPr="0092245F">
        <w:rPr>
          <w:b/>
          <w:sz w:val="28"/>
          <w:szCs w:val="28"/>
        </w:rPr>
        <w:t>відносяться</w:t>
      </w:r>
      <w:proofErr w:type="spellEnd"/>
      <w:r w:rsidRPr="0092245F">
        <w:rPr>
          <w:b/>
          <w:sz w:val="28"/>
          <w:szCs w:val="28"/>
        </w:rPr>
        <w:t xml:space="preserve"> до </w:t>
      </w:r>
      <w:proofErr w:type="spellStart"/>
      <w:r w:rsidRPr="0092245F">
        <w:rPr>
          <w:b/>
          <w:sz w:val="28"/>
          <w:szCs w:val="28"/>
        </w:rPr>
        <w:t>органолептичних</w:t>
      </w:r>
      <w:proofErr w:type="spellEnd"/>
      <w:r w:rsidRPr="0092245F">
        <w:rPr>
          <w:b/>
          <w:sz w:val="28"/>
          <w:szCs w:val="28"/>
        </w:rPr>
        <w:t>?</w:t>
      </w:r>
      <w:r w:rsidR="0092245F" w:rsidRPr="0092245F">
        <w:rPr>
          <w:sz w:val="28"/>
          <w:szCs w:val="28"/>
        </w:rPr>
        <w:br/>
        <w:t xml:space="preserve">До </w:t>
      </w:r>
      <w:proofErr w:type="spellStart"/>
      <w:r w:rsidR="0092245F" w:rsidRPr="0092245F">
        <w:rPr>
          <w:sz w:val="28"/>
          <w:szCs w:val="28"/>
        </w:rPr>
        <w:t>органолептичних</w:t>
      </w:r>
      <w:proofErr w:type="spellEnd"/>
      <w:r w:rsidR="0092245F" w:rsidRPr="0092245F">
        <w:rPr>
          <w:sz w:val="28"/>
          <w:szCs w:val="28"/>
        </w:rPr>
        <w:t xml:space="preserve"> </w:t>
      </w:r>
      <w:proofErr w:type="spellStart"/>
      <w:r w:rsidR="0092245F" w:rsidRPr="0092245F">
        <w:rPr>
          <w:sz w:val="28"/>
          <w:szCs w:val="28"/>
        </w:rPr>
        <w:t>показників</w:t>
      </w:r>
      <w:proofErr w:type="spellEnd"/>
      <w:r w:rsidR="0092245F" w:rsidRPr="0092245F">
        <w:rPr>
          <w:sz w:val="28"/>
          <w:szCs w:val="28"/>
        </w:rPr>
        <w:t xml:space="preserve"> </w:t>
      </w:r>
      <w:proofErr w:type="spellStart"/>
      <w:r w:rsidR="0092245F" w:rsidRPr="0092245F">
        <w:rPr>
          <w:sz w:val="28"/>
          <w:szCs w:val="28"/>
        </w:rPr>
        <w:t>якості</w:t>
      </w:r>
      <w:proofErr w:type="spellEnd"/>
      <w:r w:rsidR="0092245F" w:rsidRPr="0092245F">
        <w:rPr>
          <w:sz w:val="28"/>
          <w:szCs w:val="28"/>
        </w:rPr>
        <w:t xml:space="preserve"> зерна належать: </w:t>
      </w:r>
      <w:proofErr w:type="spellStart"/>
      <w:r w:rsidR="0092245F" w:rsidRPr="0092245F">
        <w:rPr>
          <w:rStyle w:val="af6"/>
          <w:sz w:val="28"/>
          <w:szCs w:val="28"/>
        </w:rPr>
        <w:t>колі</w:t>
      </w:r>
      <w:proofErr w:type="gramStart"/>
      <w:r w:rsidR="0092245F" w:rsidRPr="0092245F">
        <w:rPr>
          <w:rStyle w:val="af6"/>
          <w:sz w:val="28"/>
          <w:szCs w:val="28"/>
        </w:rPr>
        <w:t>р</w:t>
      </w:r>
      <w:proofErr w:type="spellEnd"/>
      <w:proofErr w:type="gramEnd"/>
      <w:r w:rsidR="0092245F" w:rsidRPr="0092245F">
        <w:rPr>
          <w:rStyle w:val="af6"/>
          <w:sz w:val="28"/>
          <w:szCs w:val="28"/>
        </w:rPr>
        <w:t xml:space="preserve"> (</w:t>
      </w:r>
      <w:proofErr w:type="spellStart"/>
      <w:r w:rsidR="0092245F" w:rsidRPr="0092245F">
        <w:rPr>
          <w:rStyle w:val="af6"/>
          <w:sz w:val="28"/>
          <w:szCs w:val="28"/>
        </w:rPr>
        <w:t>забарвлення</w:t>
      </w:r>
      <w:proofErr w:type="spellEnd"/>
      <w:r w:rsidR="0092245F" w:rsidRPr="0092245F">
        <w:rPr>
          <w:rStyle w:val="af6"/>
          <w:sz w:val="28"/>
          <w:szCs w:val="28"/>
        </w:rPr>
        <w:t xml:space="preserve">), </w:t>
      </w:r>
      <w:proofErr w:type="spellStart"/>
      <w:r w:rsidR="0092245F" w:rsidRPr="0092245F">
        <w:rPr>
          <w:rStyle w:val="af6"/>
          <w:sz w:val="28"/>
          <w:szCs w:val="28"/>
        </w:rPr>
        <w:t>блиск</w:t>
      </w:r>
      <w:proofErr w:type="spellEnd"/>
      <w:r w:rsidR="0092245F" w:rsidRPr="0092245F">
        <w:rPr>
          <w:rStyle w:val="af6"/>
          <w:sz w:val="28"/>
          <w:szCs w:val="28"/>
        </w:rPr>
        <w:t xml:space="preserve">, запах, смак та </w:t>
      </w:r>
      <w:proofErr w:type="spellStart"/>
      <w:r w:rsidR="0092245F" w:rsidRPr="0092245F">
        <w:rPr>
          <w:rStyle w:val="af6"/>
          <w:sz w:val="28"/>
          <w:szCs w:val="28"/>
        </w:rPr>
        <w:t>загальний</w:t>
      </w:r>
      <w:proofErr w:type="spellEnd"/>
      <w:r w:rsidR="0092245F" w:rsidRPr="0092245F">
        <w:rPr>
          <w:rStyle w:val="af6"/>
          <w:sz w:val="28"/>
          <w:szCs w:val="28"/>
        </w:rPr>
        <w:t xml:space="preserve"> </w:t>
      </w:r>
      <w:proofErr w:type="spellStart"/>
      <w:r w:rsidR="0092245F" w:rsidRPr="0092245F">
        <w:rPr>
          <w:rStyle w:val="af6"/>
          <w:sz w:val="28"/>
          <w:szCs w:val="28"/>
        </w:rPr>
        <w:t>зовнішній</w:t>
      </w:r>
      <w:proofErr w:type="spellEnd"/>
      <w:r w:rsidR="0092245F" w:rsidRPr="0092245F">
        <w:rPr>
          <w:rStyle w:val="af6"/>
          <w:sz w:val="28"/>
          <w:szCs w:val="28"/>
        </w:rPr>
        <w:t xml:space="preserve"> </w:t>
      </w:r>
      <w:proofErr w:type="spellStart"/>
      <w:r w:rsidR="0092245F" w:rsidRPr="0092245F">
        <w:rPr>
          <w:rStyle w:val="af6"/>
          <w:sz w:val="28"/>
          <w:szCs w:val="28"/>
        </w:rPr>
        <w:t>вигляд</w:t>
      </w:r>
      <w:proofErr w:type="spellEnd"/>
      <w:r w:rsidR="0092245F" w:rsidRPr="0092245F">
        <w:rPr>
          <w:sz w:val="28"/>
          <w:szCs w:val="28"/>
        </w:rPr>
        <w:t>.</w:t>
      </w:r>
      <w:r w:rsidR="0092245F">
        <w:rPr>
          <w:sz w:val="28"/>
          <w:szCs w:val="28"/>
          <w:lang w:val="uk-UA"/>
        </w:rPr>
        <w:br/>
      </w:r>
      <w:proofErr w:type="spellStart"/>
      <w:r w:rsidR="0092245F" w:rsidRPr="0092245F">
        <w:rPr>
          <w:sz w:val="28"/>
          <w:szCs w:val="28"/>
        </w:rPr>
        <w:t>Колі</w:t>
      </w:r>
      <w:proofErr w:type="gramStart"/>
      <w:r w:rsidR="0092245F" w:rsidRPr="0092245F">
        <w:rPr>
          <w:sz w:val="28"/>
          <w:szCs w:val="28"/>
        </w:rPr>
        <w:t>р</w:t>
      </w:r>
      <w:proofErr w:type="spellEnd"/>
      <w:proofErr w:type="gramEnd"/>
      <w:r w:rsidR="0092245F" w:rsidRPr="0092245F">
        <w:rPr>
          <w:sz w:val="28"/>
          <w:szCs w:val="28"/>
        </w:rPr>
        <w:t xml:space="preserve"> і </w:t>
      </w:r>
      <w:proofErr w:type="spellStart"/>
      <w:r w:rsidR="0092245F" w:rsidRPr="0092245F">
        <w:rPr>
          <w:sz w:val="28"/>
          <w:szCs w:val="28"/>
        </w:rPr>
        <w:t>блиск</w:t>
      </w:r>
      <w:proofErr w:type="spellEnd"/>
      <w:r w:rsidR="0092245F" w:rsidRPr="0092245F">
        <w:rPr>
          <w:sz w:val="28"/>
          <w:szCs w:val="28"/>
        </w:rPr>
        <w:t xml:space="preserve"> </w:t>
      </w:r>
      <w:proofErr w:type="spellStart"/>
      <w:r w:rsidR="0092245F" w:rsidRPr="0092245F">
        <w:rPr>
          <w:sz w:val="28"/>
          <w:szCs w:val="28"/>
        </w:rPr>
        <w:t>характеризують</w:t>
      </w:r>
      <w:proofErr w:type="spellEnd"/>
      <w:r w:rsidR="0092245F" w:rsidRPr="0092245F">
        <w:rPr>
          <w:sz w:val="28"/>
          <w:szCs w:val="28"/>
        </w:rPr>
        <w:t xml:space="preserve"> </w:t>
      </w:r>
      <w:proofErr w:type="spellStart"/>
      <w:r w:rsidR="0092245F" w:rsidRPr="0092245F">
        <w:rPr>
          <w:sz w:val="28"/>
          <w:szCs w:val="28"/>
        </w:rPr>
        <w:t>ступінь</w:t>
      </w:r>
      <w:proofErr w:type="spellEnd"/>
      <w:r w:rsidR="0092245F" w:rsidRPr="0092245F">
        <w:rPr>
          <w:sz w:val="28"/>
          <w:szCs w:val="28"/>
        </w:rPr>
        <w:t xml:space="preserve"> </w:t>
      </w:r>
      <w:proofErr w:type="spellStart"/>
      <w:r w:rsidR="0092245F" w:rsidRPr="0092245F">
        <w:rPr>
          <w:sz w:val="28"/>
          <w:szCs w:val="28"/>
        </w:rPr>
        <w:t>стиглості</w:t>
      </w:r>
      <w:proofErr w:type="spellEnd"/>
      <w:r w:rsidR="0092245F" w:rsidRPr="0092245F">
        <w:rPr>
          <w:sz w:val="28"/>
          <w:szCs w:val="28"/>
        </w:rPr>
        <w:t xml:space="preserve"> та </w:t>
      </w:r>
      <w:proofErr w:type="spellStart"/>
      <w:r w:rsidR="0092245F" w:rsidRPr="0092245F">
        <w:rPr>
          <w:sz w:val="28"/>
          <w:szCs w:val="28"/>
        </w:rPr>
        <w:t>умови</w:t>
      </w:r>
      <w:proofErr w:type="spellEnd"/>
      <w:r w:rsidR="0092245F" w:rsidRPr="0092245F">
        <w:rPr>
          <w:sz w:val="28"/>
          <w:szCs w:val="28"/>
        </w:rPr>
        <w:t xml:space="preserve"> </w:t>
      </w:r>
      <w:proofErr w:type="spellStart"/>
      <w:r w:rsidR="0092245F" w:rsidRPr="0092245F">
        <w:rPr>
          <w:sz w:val="28"/>
          <w:szCs w:val="28"/>
        </w:rPr>
        <w:t>зберігання</w:t>
      </w:r>
      <w:proofErr w:type="spellEnd"/>
      <w:r w:rsidR="0092245F" w:rsidRPr="0092245F">
        <w:rPr>
          <w:sz w:val="28"/>
          <w:szCs w:val="28"/>
        </w:rPr>
        <w:t xml:space="preserve"> зерна. </w:t>
      </w:r>
      <w:proofErr w:type="spellStart"/>
      <w:r w:rsidR="0092245F" w:rsidRPr="0092245F">
        <w:rPr>
          <w:sz w:val="28"/>
          <w:szCs w:val="28"/>
        </w:rPr>
        <w:t>Здорове</w:t>
      </w:r>
      <w:proofErr w:type="spellEnd"/>
      <w:r w:rsidR="0092245F" w:rsidRPr="0092245F">
        <w:rPr>
          <w:sz w:val="28"/>
          <w:szCs w:val="28"/>
        </w:rPr>
        <w:t xml:space="preserve"> зерно </w:t>
      </w:r>
      <w:proofErr w:type="spellStart"/>
      <w:r w:rsidR="0092245F" w:rsidRPr="0092245F">
        <w:rPr>
          <w:sz w:val="28"/>
          <w:szCs w:val="28"/>
        </w:rPr>
        <w:t>має</w:t>
      </w:r>
      <w:proofErr w:type="spellEnd"/>
      <w:r w:rsidR="0092245F" w:rsidRPr="0092245F">
        <w:rPr>
          <w:sz w:val="28"/>
          <w:szCs w:val="28"/>
        </w:rPr>
        <w:t xml:space="preserve"> </w:t>
      </w:r>
      <w:proofErr w:type="spellStart"/>
      <w:r w:rsidR="0092245F" w:rsidRPr="0092245F">
        <w:rPr>
          <w:sz w:val="28"/>
          <w:szCs w:val="28"/>
        </w:rPr>
        <w:t>властивий</w:t>
      </w:r>
      <w:proofErr w:type="spellEnd"/>
      <w:r w:rsidR="0092245F" w:rsidRPr="0092245F">
        <w:rPr>
          <w:sz w:val="28"/>
          <w:szCs w:val="28"/>
        </w:rPr>
        <w:t xml:space="preserve"> </w:t>
      </w:r>
      <w:proofErr w:type="spellStart"/>
      <w:r w:rsidR="0092245F" w:rsidRPr="0092245F">
        <w:rPr>
          <w:sz w:val="28"/>
          <w:szCs w:val="28"/>
        </w:rPr>
        <w:t>культурі</w:t>
      </w:r>
      <w:proofErr w:type="spellEnd"/>
      <w:r w:rsidR="0092245F" w:rsidRPr="0092245F">
        <w:rPr>
          <w:sz w:val="28"/>
          <w:szCs w:val="28"/>
        </w:rPr>
        <w:t xml:space="preserve"> </w:t>
      </w:r>
      <w:proofErr w:type="spellStart"/>
      <w:r w:rsidR="0092245F" w:rsidRPr="0092245F">
        <w:rPr>
          <w:sz w:val="28"/>
          <w:szCs w:val="28"/>
        </w:rPr>
        <w:t>природний</w:t>
      </w:r>
      <w:proofErr w:type="spellEnd"/>
      <w:r w:rsidR="0092245F" w:rsidRPr="0092245F">
        <w:rPr>
          <w:sz w:val="28"/>
          <w:szCs w:val="28"/>
        </w:rPr>
        <w:t xml:space="preserve"> </w:t>
      </w:r>
      <w:proofErr w:type="spellStart"/>
      <w:r w:rsidR="0092245F" w:rsidRPr="0092245F">
        <w:rPr>
          <w:sz w:val="28"/>
          <w:szCs w:val="28"/>
        </w:rPr>
        <w:t>колі</w:t>
      </w:r>
      <w:proofErr w:type="gramStart"/>
      <w:r w:rsidR="0092245F" w:rsidRPr="0092245F">
        <w:rPr>
          <w:sz w:val="28"/>
          <w:szCs w:val="28"/>
        </w:rPr>
        <w:t>р</w:t>
      </w:r>
      <w:proofErr w:type="spellEnd"/>
      <w:proofErr w:type="gramEnd"/>
      <w:r w:rsidR="0092245F" w:rsidRPr="0092245F">
        <w:rPr>
          <w:sz w:val="28"/>
          <w:szCs w:val="28"/>
        </w:rPr>
        <w:t xml:space="preserve"> і </w:t>
      </w:r>
      <w:proofErr w:type="spellStart"/>
      <w:r w:rsidR="0092245F" w:rsidRPr="0092245F">
        <w:rPr>
          <w:sz w:val="28"/>
          <w:szCs w:val="28"/>
        </w:rPr>
        <w:t>характерний</w:t>
      </w:r>
      <w:proofErr w:type="spellEnd"/>
      <w:r w:rsidR="0092245F" w:rsidRPr="0092245F">
        <w:rPr>
          <w:sz w:val="28"/>
          <w:szCs w:val="28"/>
        </w:rPr>
        <w:t xml:space="preserve"> </w:t>
      </w:r>
      <w:proofErr w:type="spellStart"/>
      <w:r w:rsidR="0092245F" w:rsidRPr="0092245F">
        <w:rPr>
          <w:sz w:val="28"/>
          <w:szCs w:val="28"/>
        </w:rPr>
        <w:t>блиск</w:t>
      </w:r>
      <w:proofErr w:type="spellEnd"/>
      <w:r w:rsidR="0092245F" w:rsidRPr="0092245F">
        <w:rPr>
          <w:sz w:val="28"/>
          <w:szCs w:val="28"/>
        </w:rPr>
        <w:t xml:space="preserve">. </w:t>
      </w:r>
      <w:proofErr w:type="spellStart"/>
      <w:r w:rsidR="0092245F" w:rsidRPr="0092245F">
        <w:rPr>
          <w:sz w:val="28"/>
          <w:szCs w:val="28"/>
        </w:rPr>
        <w:t>Потемніння</w:t>
      </w:r>
      <w:proofErr w:type="spellEnd"/>
      <w:r w:rsidR="0092245F" w:rsidRPr="0092245F">
        <w:rPr>
          <w:sz w:val="28"/>
          <w:szCs w:val="28"/>
        </w:rPr>
        <w:t xml:space="preserve">, </w:t>
      </w:r>
      <w:proofErr w:type="spellStart"/>
      <w:r w:rsidR="0092245F" w:rsidRPr="0092245F">
        <w:rPr>
          <w:sz w:val="28"/>
          <w:szCs w:val="28"/>
        </w:rPr>
        <w:t>тьмяність</w:t>
      </w:r>
      <w:proofErr w:type="spellEnd"/>
      <w:r w:rsidR="0092245F" w:rsidRPr="0092245F">
        <w:rPr>
          <w:sz w:val="28"/>
          <w:szCs w:val="28"/>
        </w:rPr>
        <w:t xml:space="preserve"> </w:t>
      </w:r>
      <w:proofErr w:type="spellStart"/>
      <w:r w:rsidR="0092245F" w:rsidRPr="0092245F">
        <w:rPr>
          <w:sz w:val="28"/>
          <w:szCs w:val="28"/>
        </w:rPr>
        <w:t>або</w:t>
      </w:r>
      <w:proofErr w:type="spellEnd"/>
      <w:r w:rsidR="0092245F" w:rsidRPr="0092245F">
        <w:rPr>
          <w:sz w:val="28"/>
          <w:szCs w:val="28"/>
        </w:rPr>
        <w:t xml:space="preserve"> </w:t>
      </w:r>
      <w:proofErr w:type="spellStart"/>
      <w:r w:rsidR="0092245F" w:rsidRPr="0092245F">
        <w:rPr>
          <w:sz w:val="28"/>
          <w:szCs w:val="28"/>
        </w:rPr>
        <w:t>плями</w:t>
      </w:r>
      <w:proofErr w:type="spellEnd"/>
      <w:r w:rsidR="0092245F" w:rsidRPr="0092245F">
        <w:rPr>
          <w:sz w:val="28"/>
          <w:szCs w:val="28"/>
        </w:rPr>
        <w:t xml:space="preserve"> </w:t>
      </w:r>
      <w:proofErr w:type="spellStart"/>
      <w:r w:rsidR="0092245F" w:rsidRPr="0092245F">
        <w:rPr>
          <w:sz w:val="28"/>
          <w:szCs w:val="28"/>
        </w:rPr>
        <w:t>можуть</w:t>
      </w:r>
      <w:proofErr w:type="spellEnd"/>
      <w:r w:rsidR="0092245F" w:rsidRPr="0092245F">
        <w:rPr>
          <w:sz w:val="28"/>
          <w:szCs w:val="28"/>
        </w:rPr>
        <w:t xml:space="preserve"> </w:t>
      </w:r>
      <w:proofErr w:type="spellStart"/>
      <w:proofErr w:type="gramStart"/>
      <w:r w:rsidR="0092245F" w:rsidRPr="0092245F">
        <w:rPr>
          <w:sz w:val="28"/>
          <w:szCs w:val="28"/>
        </w:rPr>
        <w:t>св</w:t>
      </w:r>
      <w:proofErr w:type="gramEnd"/>
      <w:r w:rsidR="0092245F" w:rsidRPr="0092245F">
        <w:rPr>
          <w:sz w:val="28"/>
          <w:szCs w:val="28"/>
        </w:rPr>
        <w:t>ідчити</w:t>
      </w:r>
      <w:proofErr w:type="spellEnd"/>
      <w:r w:rsidR="0092245F" w:rsidRPr="0092245F">
        <w:rPr>
          <w:sz w:val="28"/>
          <w:szCs w:val="28"/>
        </w:rPr>
        <w:t xml:space="preserve"> про </w:t>
      </w:r>
      <w:proofErr w:type="spellStart"/>
      <w:r w:rsidR="0092245F" w:rsidRPr="0092245F">
        <w:rPr>
          <w:sz w:val="28"/>
          <w:szCs w:val="28"/>
        </w:rPr>
        <w:t>самозігрівання</w:t>
      </w:r>
      <w:proofErr w:type="spellEnd"/>
      <w:r w:rsidR="0092245F" w:rsidRPr="0092245F">
        <w:rPr>
          <w:sz w:val="28"/>
          <w:szCs w:val="28"/>
        </w:rPr>
        <w:t xml:space="preserve">, </w:t>
      </w:r>
      <w:proofErr w:type="spellStart"/>
      <w:r w:rsidR="0092245F" w:rsidRPr="0092245F">
        <w:rPr>
          <w:sz w:val="28"/>
          <w:szCs w:val="28"/>
        </w:rPr>
        <w:t>зволоження</w:t>
      </w:r>
      <w:proofErr w:type="spellEnd"/>
      <w:r w:rsidR="0092245F" w:rsidRPr="0092245F">
        <w:rPr>
          <w:sz w:val="28"/>
          <w:szCs w:val="28"/>
        </w:rPr>
        <w:t xml:space="preserve"> </w:t>
      </w:r>
      <w:proofErr w:type="spellStart"/>
      <w:r w:rsidR="0092245F" w:rsidRPr="0092245F">
        <w:rPr>
          <w:sz w:val="28"/>
          <w:szCs w:val="28"/>
        </w:rPr>
        <w:t>чи</w:t>
      </w:r>
      <w:proofErr w:type="spellEnd"/>
      <w:r w:rsidR="0092245F" w:rsidRPr="0092245F">
        <w:rPr>
          <w:sz w:val="28"/>
          <w:szCs w:val="28"/>
        </w:rPr>
        <w:t xml:space="preserve"> </w:t>
      </w:r>
      <w:proofErr w:type="spellStart"/>
      <w:r w:rsidR="0092245F" w:rsidRPr="0092245F">
        <w:rPr>
          <w:sz w:val="28"/>
          <w:szCs w:val="28"/>
        </w:rPr>
        <w:t>ураження</w:t>
      </w:r>
      <w:proofErr w:type="spellEnd"/>
      <w:r w:rsidR="0092245F" w:rsidRPr="0092245F">
        <w:rPr>
          <w:sz w:val="28"/>
          <w:szCs w:val="28"/>
        </w:rPr>
        <w:t xml:space="preserve"> </w:t>
      </w:r>
      <w:proofErr w:type="spellStart"/>
      <w:r w:rsidR="0092245F" w:rsidRPr="0092245F">
        <w:rPr>
          <w:sz w:val="28"/>
          <w:szCs w:val="28"/>
        </w:rPr>
        <w:t>мікроорганізмами</w:t>
      </w:r>
      <w:proofErr w:type="spellEnd"/>
      <w:r w:rsidR="0092245F" w:rsidRPr="0092245F">
        <w:rPr>
          <w:sz w:val="28"/>
          <w:szCs w:val="28"/>
        </w:rPr>
        <w:t>.</w:t>
      </w:r>
      <w:r w:rsidR="0092245F">
        <w:rPr>
          <w:sz w:val="28"/>
          <w:szCs w:val="28"/>
          <w:lang w:val="uk-UA"/>
        </w:rPr>
        <w:br/>
      </w:r>
      <w:r w:rsidR="0092245F" w:rsidRPr="0092245F">
        <w:rPr>
          <w:sz w:val="28"/>
          <w:szCs w:val="28"/>
        </w:rPr>
        <w:t xml:space="preserve">Запах </w:t>
      </w:r>
      <w:proofErr w:type="spellStart"/>
      <w:r w:rsidR="0092245F" w:rsidRPr="0092245F">
        <w:rPr>
          <w:sz w:val="28"/>
          <w:szCs w:val="28"/>
        </w:rPr>
        <w:t>визначають</w:t>
      </w:r>
      <w:proofErr w:type="spellEnd"/>
      <w:r w:rsidR="0092245F" w:rsidRPr="0092245F">
        <w:rPr>
          <w:sz w:val="28"/>
          <w:szCs w:val="28"/>
        </w:rPr>
        <w:t xml:space="preserve"> шляхом </w:t>
      </w:r>
      <w:proofErr w:type="spellStart"/>
      <w:r w:rsidR="0092245F" w:rsidRPr="0092245F">
        <w:rPr>
          <w:sz w:val="28"/>
          <w:szCs w:val="28"/>
        </w:rPr>
        <w:t>нагрівання</w:t>
      </w:r>
      <w:proofErr w:type="spellEnd"/>
      <w:r w:rsidR="0092245F" w:rsidRPr="0092245F">
        <w:rPr>
          <w:sz w:val="28"/>
          <w:szCs w:val="28"/>
        </w:rPr>
        <w:t xml:space="preserve"> </w:t>
      </w:r>
      <w:proofErr w:type="spellStart"/>
      <w:r w:rsidR="0092245F" w:rsidRPr="0092245F">
        <w:rPr>
          <w:sz w:val="28"/>
          <w:szCs w:val="28"/>
        </w:rPr>
        <w:t>або</w:t>
      </w:r>
      <w:proofErr w:type="spellEnd"/>
      <w:r w:rsidR="0092245F" w:rsidRPr="0092245F">
        <w:rPr>
          <w:sz w:val="28"/>
          <w:szCs w:val="28"/>
        </w:rPr>
        <w:t xml:space="preserve"> </w:t>
      </w:r>
      <w:proofErr w:type="spellStart"/>
      <w:r w:rsidR="0092245F" w:rsidRPr="0092245F">
        <w:rPr>
          <w:sz w:val="28"/>
          <w:szCs w:val="28"/>
        </w:rPr>
        <w:t>розтирання</w:t>
      </w:r>
      <w:proofErr w:type="spellEnd"/>
      <w:r w:rsidR="0092245F" w:rsidRPr="0092245F">
        <w:rPr>
          <w:sz w:val="28"/>
          <w:szCs w:val="28"/>
        </w:rPr>
        <w:t xml:space="preserve"> зерна. </w:t>
      </w:r>
      <w:proofErr w:type="spellStart"/>
      <w:r w:rsidR="0092245F" w:rsidRPr="0092245F">
        <w:rPr>
          <w:sz w:val="28"/>
          <w:szCs w:val="28"/>
        </w:rPr>
        <w:t>Нормальне</w:t>
      </w:r>
      <w:proofErr w:type="spellEnd"/>
      <w:r w:rsidR="0092245F" w:rsidRPr="0092245F">
        <w:rPr>
          <w:sz w:val="28"/>
          <w:szCs w:val="28"/>
        </w:rPr>
        <w:t xml:space="preserve"> зерно </w:t>
      </w:r>
      <w:proofErr w:type="spellStart"/>
      <w:r w:rsidR="0092245F" w:rsidRPr="0092245F">
        <w:rPr>
          <w:sz w:val="28"/>
          <w:szCs w:val="28"/>
        </w:rPr>
        <w:t>має</w:t>
      </w:r>
      <w:proofErr w:type="spellEnd"/>
      <w:r w:rsidR="0092245F" w:rsidRPr="0092245F">
        <w:rPr>
          <w:sz w:val="28"/>
          <w:szCs w:val="28"/>
        </w:rPr>
        <w:t xml:space="preserve"> </w:t>
      </w:r>
      <w:proofErr w:type="spellStart"/>
      <w:r w:rsidR="0092245F" w:rsidRPr="0092245F">
        <w:rPr>
          <w:sz w:val="28"/>
          <w:szCs w:val="28"/>
        </w:rPr>
        <w:t>слабкий</w:t>
      </w:r>
      <w:proofErr w:type="spellEnd"/>
      <w:r w:rsidR="0092245F" w:rsidRPr="0092245F">
        <w:rPr>
          <w:sz w:val="28"/>
          <w:szCs w:val="28"/>
        </w:rPr>
        <w:t xml:space="preserve">, </w:t>
      </w:r>
      <w:proofErr w:type="spellStart"/>
      <w:r w:rsidR="0092245F" w:rsidRPr="0092245F">
        <w:rPr>
          <w:sz w:val="28"/>
          <w:szCs w:val="28"/>
        </w:rPr>
        <w:t>специфічний</w:t>
      </w:r>
      <w:proofErr w:type="spellEnd"/>
      <w:r w:rsidR="0092245F" w:rsidRPr="0092245F">
        <w:rPr>
          <w:sz w:val="28"/>
          <w:szCs w:val="28"/>
        </w:rPr>
        <w:t xml:space="preserve"> запах. </w:t>
      </w:r>
      <w:proofErr w:type="spellStart"/>
      <w:r w:rsidR="0092245F" w:rsidRPr="0092245F">
        <w:rPr>
          <w:sz w:val="28"/>
          <w:szCs w:val="28"/>
        </w:rPr>
        <w:t>Наявність</w:t>
      </w:r>
      <w:proofErr w:type="spellEnd"/>
      <w:r w:rsidR="0092245F" w:rsidRPr="0092245F">
        <w:rPr>
          <w:sz w:val="28"/>
          <w:szCs w:val="28"/>
        </w:rPr>
        <w:t xml:space="preserve"> </w:t>
      </w:r>
      <w:proofErr w:type="spellStart"/>
      <w:proofErr w:type="gramStart"/>
      <w:r w:rsidR="0092245F" w:rsidRPr="0092245F">
        <w:rPr>
          <w:sz w:val="28"/>
          <w:szCs w:val="28"/>
        </w:rPr>
        <w:t>пл</w:t>
      </w:r>
      <w:proofErr w:type="gramEnd"/>
      <w:r w:rsidR="0092245F" w:rsidRPr="0092245F">
        <w:rPr>
          <w:sz w:val="28"/>
          <w:szCs w:val="28"/>
        </w:rPr>
        <w:t>ісеневого</w:t>
      </w:r>
      <w:proofErr w:type="spellEnd"/>
      <w:r w:rsidR="0092245F" w:rsidRPr="0092245F">
        <w:rPr>
          <w:sz w:val="28"/>
          <w:szCs w:val="28"/>
        </w:rPr>
        <w:t xml:space="preserve">, затхлого, </w:t>
      </w:r>
      <w:proofErr w:type="spellStart"/>
      <w:r w:rsidR="0092245F" w:rsidRPr="0092245F">
        <w:rPr>
          <w:sz w:val="28"/>
          <w:szCs w:val="28"/>
        </w:rPr>
        <w:t>оселедцевого</w:t>
      </w:r>
      <w:proofErr w:type="spellEnd"/>
      <w:r w:rsidR="0092245F" w:rsidRPr="0092245F">
        <w:rPr>
          <w:sz w:val="28"/>
          <w:szCs w:val="28"/>
        </w:rPr>
        <w:t xml:space="preserve">, </w:t>
      </w:r>
      <w:proofErr w:type="spellStart"/>
      <w:r w:rsidR="0092245F" w:rsidRPr="0092245F">
        <w:rPr>
          <w:sz w:val="28"/>
          <w:szCs w:val="28"/>
        </w:rPr>
        <w:t>димного</w:t>
      </w:r>
      <w:proofErr w:type="spellEnd"/>
      <w:r w:rsidR="0092245F" w:rsidRPr="0092245F">
        <w:rPr>
          <w:sz w:val="28"/>
          <w:szCs w:val="28"/>
        </w:rPr>
        <w:t xml:space="preserve"> </w:t>
      </w:r>
      <w:proofErr w:type="spellStart"/>
      <w:r w:rsidR="0092245F" w:rsidRPr="0092245F">
        <w:rPr>
          <w:sz w:val="28"/>
          <w:szCs w:val="28"/>
        </w:rPr>
        <w:t>чи</w:t>
      </w:r>
      <w:proofErr w:type="spellEnd"/>
      <w:r w:rsidR="0092245F" w:rsidRPr="0092245F">
        <w:rPr>
          <w:sz w:val="28"/>
          <w:szCs w:val="28"/>
        </w:rPr>
        <w:t xml:space="preserve"> </w:t>
      </w:r>
      <w:proofErr w:type="spellStart"/>
      <w:r w:rsidR="0092245F" w:rsidRPr="0092245F">
        <w:rPr>
          <w:sz w:val="28"/>
          <w:szCs w:val="28"/>
        </w:rPr>
        <w:t>хімічного</w:t>
      </w:r>
      <w:proofErr w:type="spellEnd"/>
      <w:r w:rsidR="0092245F" w:rsidRPr="0092245F">
        <w:rPr>
          <w:sz w:val="28"/>
          <w:szCs w:val="28"/>
        </w:rPr>
        <w:t xml:space="preserve"> запаху </w:t>
      </w:r>
      <w:proofErr w:type="spellStart"/>
      <w:r w:rsidR="0092245F" w:rsidRPr="0092245F">
        <w:rPr>
          <w:sz w:val="28"/>
          <w:szCs w:val="28"/>
        </w:rPr>
        <w:t>свідчить</w:t>
      </w:r>
      <w:proofErr w:type="spellEnd"/>
      <w:r w:rsidR="0092245F" w:rsidRPr="0092245F">
        <w:rPr>
          <w:sz w:val="28"/>
          <w:szCs w:val="28"/>
        </w:rPr>
        <w:t xml:space="preserve"> про </w:t>
      </w:r>
      <w:proofErr w:type="spellStart"/>
      <w:r w:rsidR="0092245F" w:rsidRPr="0092245F">
        <w:rPr>
          <w:sz w:val="28"/>
          <w:szCs w:val="28"/>
        </w:rPr>
        <w:t>псування</w:t>
      </w:r>
      <w:proofErr w:type="spellEnd"/>
      <w:r w:rsidR="0092245F" w:rsidRPr="0092245F">
        <w:rPr>
          <w:sz w:val="28"/>
          <w:szCs w:val="28"/>
        </w:rPr>
        <w:t xml:space="preserve"> </w:t>
      </w:r>
      <w:proofErr w:type="spellStart"/>
      <w:r w:rsidR="0092245F" w:rsidRPr="0092245F">
        <w:rPr>
          <w:sz w:val="28"/>
          <w:szCs w:val="28"/>
        </w:rPr>
        <w:t>або</w:t>
      </w:r>
      <w:proofErr w:type="spellEnd"/>
      <w:r w:rsidR="0092245F" w:rsidRPr="0092245F">
        <w:rPr>
          <w:sz w:val="28"/>
          <w:szCs w:val="28"/>
        </w:rPr>
        <w:t xml:space="preserve"> </w:t>
      </w:r>
      <w:proofErr w:type="spellStart"/>
      <w:r w:rsidR="0092245F" w:rsidRPr="0092245F">
        <w:rPr>
          <w:sz w:val="28"/>
          <w:szCs w:val="28"/>
        </w:rPr>
        <w:t>забруднення</w:t>
      </w:r>
      <w:proofErr w:type="spellEnd"/>
      <w:r w:rsidR="0092245F" w:rsidRPr="0092245F">
        <w:rPr>
          <w:sz w:val="28"/>
          <w:szCs w:val="28"/>
        </w:rPr>
        <w:t>.</w:t>
      </w:r>
      <w:r w:rsidR="0092245F">
        <w:rPr>
          <w:sz w:val="28"/>
          <w:szCs w:val="28"/>
          <w:lang w:val="uk-UA"/>
        </w:rPr>
        <w:br/>
      </w:r>
      <w:r w:rsidR="0092245F" w:rsidRPr="0092245F">
        <w:rPr>
          <w:sz w:val="28"/>
          <w:szCs w:val="28"/>
        </w:rPr>
        <w:t xml:space="preserve">Смак </w:t>
      </w:r>
      <w:proofErr w:type="spellStart"/>
      <w:r w:rsidR="0092245F" w:rsidRPr="0092245F">
        <w:rPr>
          <w:sz w:val="28"/>
          <w:szCs w:val="28"/>
        </w:rPr>
        <w:t>визначають</w:t>
      </w:r>
      <w:proofErr w:type="spellEnd"/>
      <w:r w:rsidR="0092245F" w:rsidRPr="0092245F">
        <w:rPr>
          <w:sz w:val="28"/>
          <w:szCs w:val="28"/>
        </w:rPr>
        <w:t xml:space="preserve"> </w:t>
      </w:r>
      <w:proofErr w:type="spellStart"/>
      <w:r w:rsidR="0092245F" w:rsidRPr="0092245F">
        <w:rPr>
          <w:sz w:val="28"/>
          <w:szCs w:val="28"/>
        </w:rPr>
        <w:t>розжовуванням</w:t>
      </w:r>
      <w:proofErr w:type="spellEnd"/>
      <w:r w:rsidR="0092245F" w:rsidRPr="0092245F">
        <w:rPr>
          <w:sz w:val="28"/>
          <w:szCs w:val="28"/>
        </w:rPr>
        <w:t xml:space="preserve"> </w:t>
      </w:r>
      <w:proofErr w:type="spellStart"/>
      <w:r w:rsidR="0092245F" w:rsidRPr="0092245F">
        <w:rPr>
          <w:sz w:val="28"/>
          <w:szCs w:val="28"/>
        </w:rPr>
        <w:t>невеликої</w:t>
      </w:r>
      <w:proofErr w:type="spellEnd"/>
      <w:r w:rsidR="0092245F" w:rsidRPr="0092245F">
        <w:rPr>
          <w:sz w:val="28"/>
          <w:szCs w:val="28"/>
        </w:rPr>
        <w:t xml:space="preserve"> </w:t>
      </w:r>
      <w:proofErr w:type="spellStart"/>
      <w:r w:rsidR="0092245F" w:rsidRPr="0092245F">
        <w:rPr>
          <w:sz w:val="28"/>
          <w:szCs w:val="28"/>
        </w:rPr>
        <w:t>кількості</w:t>
      </w:r>
      <w:proofErr w:type="spellEnd"/>
      <w:r w:rsidR="0092245F" w:rsidRPr="0092245F">
        <w:rPr>
          <w:sz w:val="28"/>
          <w:szCs w:val="28"/>
        </w:rPr>
        <w:t xml:space="preserve"> зерна. </w:t>
      </w:r>
      <w:proofErr w:type="spellStart"/>
      <w:r w:rsidR="0092245F" w:rsidRPr="0092245F">
        <w:rPr>
          <w:sz w:val="28"/>
          <w:szCs w:val="28"/>
        </w:rPr>
        <w:t>Здорове</w:t>
      </w:r>
      <w:proofErr w:type="spellEnd"/>
      <w:r w:rsidR="0092245F" w:rsidRPr="0092245F">
        <w:rPr>
          <w:sz w:val="28"/>
          <w:szCs w:val="28"/>
        </w:rPr>
        <w:t xml:space="preserve"> зерно </w:t>
      </w:r>
      <w:proofErr w:type="spellStart"/>
      <w:r w:rsidR="0092245F" w:rsidRPr="0092245F">
        <w:rPr>
          <w:sz w:val="28"/>
          <w:szCs w:val="28"/>
        </w:rPr>
        <w:t>має</w:t>
      </w:r>
      <w:proofErr w:type="spellEnd"/>
      <w:r w:rsidR="0092245F" w:rsidRPr="0092245F">
        <w:rPr>
          <w:sz w:val="28"/>
          <w:szCs w:val="28"/>
        </w:rPr>
        <w:t xml:space="preserve"> </w:t>
      </w:r>
      <w:proofErr w:type="spellStart"/>
      <w:r w:rsidR="0092245F" w:rsidRPr="0092245F">
        <w:rPr>
          <w:sz w:val="28"/>
          <w:szCs w:val="28"/>
        </w:rPr>
        <w:t>слабковиражений</w:t>
      </w:r>
      <w:proofErr w:type="spellEnd"/>
      <w:r w:rsidR="0092245F" w:rsidRPr="0092245F">
        <w:rPr>
          <w:sz w:val="28"/>
          <w:szCs w:val="28"/>
        </w:rPr>
        <w:t xml:space="preserve">, </w:t>
      </w:r>
      <w:proofErr w:type="spellStart"/>
      <w:r w:rsidR="0092245F" w:rsidRPr="0092245F">
        <w:rPr>
          <w:sz w:val="28"/>
          <w:szCs w:val="28"/>
        </w:rPr>
        <w:t>властивий</w:t>
      </w:r>
      <w:proofErr w:type="spellEnd"/>
      <w:r w:rsidR="0092245F" w:rsidRPr="0092245F">
        <w:rPr>
          <w:sz w:val="28"/>
          <w:szCs w:val="28"/>
        </w:rPr>
        <w:t xml:space="preserve"> </w:t>
      </w:r>
      <w:proofErr w:type="spellStart"/>
      <w:r w:rsidR="0092245F" w:rsidRPr="0092245F">
        <w:rPr>
          <w:sz w:val="28"/>
          <w:szCs w:val="28"/>
        </w:rPr>
        <w:t>культурі</w:t>
      </w:r>
      <w:proofErr w:type="spellEnd"/>
      <w:r w:rsidR="0092245F" w:rsidRPr="0092245F">
        <w:rPr>
          <w:sz w:val="28"/>
          <w:szCs w:val="28"/>
        </w:rPr>
        <w:t xml:space="preserve"> смак. </w:t>
      </w:r>
      <w:proofErr w:type="spellStart"/>
      <w:r w:rsidR="0092245F" w:rsidRPr="0092245F">
        <w:rPr>
          <w:sz w:val="28"/>
          <w:szCs w:val="28"/>
        </w:rPr>
        <w:t>Кислий</w:t>
      </w:r>
      <w:proofErr w:type="spellEnd"/>
      <w:r w:rsidR="0092245F" w:rsidRPr="0092245F">
        <w:rPr>
          <w:sz w:val="28"/>
          <w:szCs w:val="28"/>
        </w:rPr>
        <w:t xml:space="preserve">, </w:t>
      </w:r>
      <w:proofErr w:type="spellStart"/>
      <w:r w:rsidR="0092245F" w:rsidRPr="0092245F">
        <w:rPr>
          <w:sz w:val="28"/>
          <w:szCs w:val="28"/>
        </w:rPr>
        <w:t>гіркий</w:t>
      </w:r>
      <w:proofErr w:type="spellEnd"/>
      <w:r w:rsidR="0092245F" w:rsidRPr="0092245F">
        <w:rPr>
          <w:sz w:val="28"/>
          <w:szCs w:val="28"/>
        </w:rPr>
        <w:t xml:space="preserve"> </w:t>
      </w:r>
      <w:proofErr w:type="spellStart"/>
      <w:r w:rsidR="0092245F" w:rsidRPr="0092245F">
        <w:rPr>
          <w:sz w:val="28"/>
          <w:szCs w:val="28"/>
        </w:rPr>
        <w:t>або</w:t>
      </w:r>
      <w:proofErr w:type="spellEnd"/>
      <w:r w:rsidR="0092245F" w:rsidRPr="0092245F">
        <w:rPr>
          <w:sz w:val="28"/>
          <w:szCs w:val="28"/>
        </w:rPr>
        <w:t xml:space="preserve"> </w:t>
      </w:r>
      <w:proofErr w:type="spellStart"/>
      <w:r w:rsidR="0092245F" w:rsidRPr="0092245F">
        <w:rPr>
          <w:sz w:val="28"/>
          <w:szCs w:val="28"/>
        </w:rPr>
        <w:t>солодкий</w:t>
      </w:r>
      <w:proofErr w:type="spellEnd"/>
      <w:r w:rsidR="0092245F" w:rsidRPr="0092245F">
        <w:rPr>
          <w:sz w:val="28"/>
          <w:szCs w:val="28"/>
        </w:rPr>
        <w:t xml:space="preserve"> </w:t>
      </w:r>
      <w:proofErr w:type="spellStart"/>
      <w:r w:rsidR="0092245F" w:rsidRPr="0092245F">
        <w:rPr>
          <w:sz w:val="28"/>
          <w:szCs w:val="28"/>
        </w:rPr>
        <w:t>присмак</w:t>
      </w:r>
      <w:proofErr w:type="spellEnd"/>
      <w:r w:rsidR="0092245F" w:rsidRPr="0092245F">
        <w:rPr>
          <w:sz w:val="28"/>
          <w:szCs w:val="28"/>
        </w:rPr>
        <w:t xml:space="preserve"> </w:t>
      </w:r>
      <w:proofErr w:type="spellStart"/>
      <w:proofErr w:type="gramStart"/>
      <w:r w:rsidR="0092245F" w:rsidRPr="0092245F">
        <w:rPr>
          <w:sz w:val="28"/>
          <w:szCs w:val="28"/>
        </w:rPr>
        <w:t>св</w:t>
      </w:r>
      <w:proofErr w:type="gramEnd"/>
      <w:r w:rsidR="0092245F" w:rsidRPr="0092245F">
        <w:rPr>
          <w:sz w:val="28"/>
          <w:szCs w:val="28"/>
        </w:rPr>
        <w:t>ідчить</w:t>
      </w:r>
      <w:proofErr w:type="spellEnd"/>
      <w:r w:rsidR="0092245F" w:rsidRPr="0092245F">
        <w:rPr>
          <w:sz w:val="28"/>
          <w:szCs w:val="28"/>
        </w:rPr>
        <w:t xml:space="preserve"> про </w:t>
      </w:r>
      <w:proofErr w:type="spellStart"/>
      <w:r w:rsidR="0092245F" w:rsidRPr="0092245F">
        <w:rPr>
          <w:sz w:val="28"/>
          <w:szCs w:val="28"/>
        </w:rPr>
        <w:t>небажані</w:t>
      </w:r>
      <w:proofErr w:type="spellEnd"/>
      <w:r w:rsidR="0092245F" w:rsidRPr="0092245F">
        <w:rPr>
          <w:sz w:val="28"/>
          <w:szCs w:val="28"/>
        </w:rPr>
        <w:t xml:space="preserve"> </w:t>
      </w:r>
      <w:proofErr w:type="spellStart"/>
      <w:r w:rsidR="0092245F" w:rsidRPr="0092245F">
        <w:rPr>
          <w:sz w:val="28"/>
          <w:szCs w:val="28"/>
        </w:rPr>
        <w:t>процеси</w:t>
      </w:r>
      <w:proofErr w:type="spellEnd"/>
      <w:r w:rsidR="0092245F" w:rsidRPr="0092245F">
        <w:rPr>
          <w:sz w:val="28"/>
          <w:szCs w:val="28"/>
        </w:rPr>
        <w:t xml:space="preserve"> (</w:t>
      </w:r>
      <w:proofErr w:type="spellStart"/>
      <w:r w:rsidR="0092245F" w:rsidRPr="0092245F">
        <w:rPr>
          <w:sz w:val="28"/>
          <w:szCs w:val="28"/>
        </w:rPr>
        <w:t>бродіння</w:t>
      </w:r>
      <w:proofErr w:type="spellEnd"/>
      <w:r w:rsidR="0092245F" w:rsidRPr="0092245F">
        <w:rPr>
          <w:sz w:val="28"/>
          <w:szCs w:val="28"/>
        </w:rPr>
        <w:t xml:space="preserve">, </w:t>
      </w:r>
      <w:proofErr w:type="spellStart"/>
      <w:r w:rsidR="0092245F" w:rsidRPr="0092245F">
        <w:rPr>
          <w:sz w:val="28"/>
          <w:szCs w:val="28"/>
        </w:rPr>
        <w:t>проростання</w:t>
      </w:r>
      <w:proofErr w:type="spellEnd"/>
      <w:r w:rsidR="0092245F" w:rsidRPr="0092245F">
        <w:rPr>
          <w:sz w:val="28"/>
          <w:szCs w:val="28"/>
        </w:rPr>
        <w:t xml:space="preserve">, </w:t>
      </w:r>
      <w:proofErr w:type="spellStart"/>
      <w:r w:rsidR="0092245F" w:rsidRPr="0092245F">
        <w:rPr>
          <w:sz w:val="28"/>
          <w:szCs w:val="28"/>
        </w:rPr>
        <w:t>ураження</w:t>
      </w:r>
      <w:proofErr w:type="spellEnd"/>
      <w:r w:rsidR="0092245F" w:rsidRPr="0092245F">
        <w:rPr>
          <w:sz w:val="28"/>
          <w:szCs w:val="28"/>
        </w:rPr>
        <w:t>).</w:t>
      </w:r>
    </w:p>
    <w:p w:rsidR="0092245F" w:rsidRPr="0092245F" w:rsidRDefault="00194C9C" w:rsidP="0092245F">
      <w:pPr>
        <w:pStyle w:val="aff8"/>
        <w:rPr>
          <w:sz w:val="28"/>
          <w:szCs w:val="28"/>
        </w:rPr>
      </w:pPr>
      <w:r w:rsidRPr="0092245F">
        <w:rPr>
          <w:b/>
          <w:sz w:val="28"/>
          <w:szCs w:val="28"/>
        </w:rPr>
        <w:t xml:space="preserve">2. </w:t>
      </w:r>
      <w:proofErr w:type="gramStart"/>
      <w:r w:rsidRPr="0092245F">
        <w:rPr>
          <w:b/>
          <w:sz w:val="28"/>
          <w:szCs w:val="28"/>
        </w:rPr>
        <w:t>З</w:t>
      </w:r>
      <w:proofErr w:type="gramEnd"/>
      <w:r w:rsidRPr="0092245F">
        <w:rPr>
          <w:b/>
          <w:sz w:val="28"/>
          <w:szCs w:val="28"/>
        </w:rPr>
        <w:t xml:space="preserve"> </w:t>
      </w:r>
      <w:proofErr w:type="spellStart"/>
      <w:r w:rsidRPr="0092245F">
        <w:rPr>
          <w:b/>
          <w:sz w:val="28"/>
          <w:szCs w:val="28"/>
        </w:rPr>
        <w:t>якою</w:t>
      </w:r>
      <w:proofErr w:type="spellEnd"/>
      <w:r w:rsidRPr="0092245F">
        <w:rPr>
          <w:b/>
          <w:sz w:val="28"/>
          <w:szCs w:val="28"/>
        </w:rPr>
        <w:t xml:space="preserve"> метою </w:t>
      </w:r>
      <w:proofErr w:type="spellStart"/>
      <w:r w:rsidRPr="0092245F">
        <w:rPr>
          <w:b/>
          <w:sz w:val="28"/>
          <w:szCs w:val="28"/>
        </w:rPr>
        <w:t>визначають</w:t>
      </w:r>
      <w:proofErr w:type="spellEnd"/>
      <w:r w:rsidRPr="0092245F">
        <w:rPr>
          <w:b/>
          <w:sz w:val="28"/>
          <w:szCs w:val="28"/>
        </w:rPr>
        <w:t xml:space="preserve"> </w:t>
      </w:r>
      <w:proofErr w:type="spellStart"/>
      <w:r w:rsidRPr="0092245F">
        <w:rPr>
          <w:b/>
          <w:sz w:val="28"/>
          <w:szCs w:val="28"/>
        </w:rPr>
        <w:t>засміченість</w:t>
      </w:r>
      <w:proofErr w:type="spellEnd"/>
      <w:r w:rsidRPr="0092245F">
        <w:rPr>
          <w:b/>
          <w:sz w:val="28"/>
          <w:szCs w:val="28"/>
        </w:rPr>
        <w:t xml:space="preserve"> зерна?</w:t>
      </w:r>
      <w:r w:rsidR="0092245F" w:rsidRPr="0092245F">
        <w:rPr>
          <w:sz w:val="28"/>
          <w:szCs w:val="28"/>
        </w:rPr>
        <w:br/>
      </w:r>
      <w:proofErr w:type="spellStart"/>
      <w:r w:rsidR="0092245F" w:rsidRPr="0092245F">
        <w:rPr>
          <w:sz w:val="28"/>
          <w:szCs w:val="28"/>
        </w:rPr>
        <w:t>Засміченість</w:t>
      </w:r>
      <w:proofErr w:type="spellEnd"/>
      <w:r w:rsidR="0092245F" w:rsidRPr="0092245F">
        <w:rPr>
          <w:sz w:val="28"/>
          <w:szCs w:val="28"/>
        </w:rPr>
        <w:t xml:space="preserve"> зерна </w:t>
      </w:r>
      <w:proofErr w:type="spellStart"/>
      <w:r w:rsidR="0092245F" w:rsidRPr="0092245F">
        <w:rPr>
          <w:sz w:val="28"/>
          <w:szCs w:val="28"/>
        </w:rPr>
        <w:t>визначають</w:t>
      </w:r>
      <w:proofErr w:type="spellEnd"/>
      <w:r w:rsidR="0092245F" w:rsidRPr="0092245F">
        <w:rPr>
          <w:sz w:val="28"/>
          <w:szCs w:val="28"/>
        </w:rPr>
        <w:t xml:space="preserve"> для </w:t>
      </w:r>
      <w:proofErr w:type="spellStart"/>
      <w:r w:rsidR="0092245F" w:rsidRPr="0092245F">
        <w:rPr>
          <w:sz w:val="28"/>
          <w:szCs w:val="28"/>
        </w:rPr>
        <w:t>встановлення</w:t>
      </w:r>
      <w:proofErr w:type="spellEnd"/>
      <w:r w:rsidR="0092245F" w:rsidRPr="0092245F">
        <w:rPr>
          <w:sz w:val="28"/>
          <w:szCs w:val="28"/>
        </w:rPr>
        <w:t xml:space="preserve"> </w:t>
      </w:r>
      <w:proofErr w:type="spellStart"/>
      <w:r w:rsidR="0092245F" w:rsidRPr="0092245F">
        <w:rPr>
          <w:sz w:val="28"/>
          <w:szCs w:val="28"/>
        </w:rPr>
        <w:t>кількості</w:t>
      </w:r>
      <w:proofErr w:type="spellEnd"/>
      <w:r w:rsidR="0092245F" w:rsidRPr="0092245F">
        <w:rPr>
          <w:sz w:val="28"/>
          <w:szCs w:val="28"/>
        </w:rPr>
        <w:t xml:space="preserve"> та складу </w:t>
      </w:r>
      <w:proofErr w:type="spellStart"/>
      <w:r w:rsidR="0092245F" w:rsidRPr="0092245F">
        <w:rPr>
          <w:b/>
          <w:bCs/>
          <w:sz w:val="28"/>
          <w:szCs w:val="28"/>
        </w:rPr>
        <w:t>смітної</w:t>
      </w:r>
      <w:proofErr w:type="spellEnd"/>
      <w:r w:rsidR="0092245F" w:rsidRPr="0092245F">
        <w:rPr>
          <w:b/>
          <w:bCs/>
          <w:sz w:val="28"/>
          <w:szCs w:val="28"/>
        </w:rPr>
        <w:t xml:space="preserve"> і </w:t>
      </w:r>
      <w:proofErr w:type="spellStart"/>
      <w:r w:rsidR="0092245F" w:rsidRPr="0092245F">
        <w:rPr>
          <w:b/>
          <w:bCs/>
          <w:sz w:val="28"/>
          <w:szCs w:val="28"/>
        </w:rPr>
        <w:t>зернової</w:t>
      </w:r>
      <w:proofErr w:type="spellEnd"/>
      <w:r w:rsidR="0092245F" w:rsidRPr="0092245F">
        <w:rPr>
          <w:b/>
          <w:bCs/>
          <w:sz w:val="28"/>
          <w:szCs w:val="28"/>
        </w:rPr>
        <w:t xml:space="preserve"> </w:t>
      </w:r>
      <w:proofErr w:type="spellStart"/>
      <w:r w:rsidR="0092245F" w:rsidRPr="0092245F">
        <w:rPr>
          <w:b/>
          <w:bCs/>
          <w:sz w:val="28"/>
          <w:szCs w:val="28"/>
        </w:rPr>
        <w:t>домішок</w:t>
      </w:r>
      <w:proofErr w:type="spellEnd"/>
      <w:r w:rsidR="0092245F" w:rsidRPr="0092245F">
        <w:rPr>
          <w:sz w:val="28"/>
          <w:szCs w:val="28"/>
        </w:rPr>
        <w:t xml:space="preserve">, </w:t>
      </w:r>
      <w:proofErr w:type="spellStart"/>
      <w:r w:rsidR="0092245F" w:rsidRPr="0092245F">
        <w:rPr>
          <w:sz w:val="28"/>
          <w:szCs w:val="28"/>
        </w:rPr>
        <w:t>що</w:t>
      </w:r>
      <w:proofErr w:type="spellEnd"/>
      <w:r w:rsidR="0092245F" w:rsidRPr="0092245F">
        <w:rPr>
          <w:sz w:val="28"/>
          <w:szCs w:val="28"/>
        </w:rPr>
        <w:t xml:space="preserve"> </w:t>
      </w:r>
      <w:proofErr w:type="spellStart"/>
      <w:r w:rsidR="0092245F" w:rsidRPr="0092245F">
        <w:rPr>
          <w:sz w:val="28"/>
          <w:szCs w:val="28"/>
        </w:rPr>
        <w:t>впливають</w:t>
      </w:r>
      <w:proofErr w:type="spellEnd"/>
      <w:r w:rsidR="0092245F" w:rsidRPr="0092245F">
        <w:rPr>
          <w:sz w:val="28"/>
          <w:szCs w:val="28"/>
        </w:rPr>
        <w:t xml:space="preserve"> </w:t>
      </w:r>
      <w:proofErr w:type="gramStart"/>
      <w:r w:rsidR="0092245F" w:rsidRPr="0092245F">
        <w:rPr>
          <w:sz w:val="28"/>
          <w:szCs w:val="28"/>
        </w:rPr>
        <w:t>на</w:t>
      </w:r>
      <w:proofErr w:type="gramEnd"/>
      <w:r w:rsidR="0092245F" w:rsidRPr="0092245F">
        <w:rPr>
          <w:sz w:val="28"/>
          <w:szCs w:val="28"/>
        </w:rPr>
        <w:t xml:space="preserve"> </w:t>
      </w:r>
      <w:proofErr w:type="spellStart"/>
      <w:r w:rsidR="0092245F" w:rsidRPr="0092245F">
        <w:rPr>
          <w:sz w:val="28"/>
          <w:szCs w:val="28"/>
        </w:rPr>
        <w:t>якість</w:t>
      </w:r>
      <w:proofErr w:type="spellEnd"/>
      <w:r w:rsidR="0092245F" w:rsidRPr="0092245F">
        <w:rPr>
          <w:sz w:val="28"/>
          <w:szCs w:val="28"/>
        </w:rPr>
        <w:t xml:space="preserve">, </w:t>
      </w:r>
      <w:proofErr w:type="spellStart"/>
      <w:r w:rsidR="0092245F" w:rsidRPr="0092245F">
        <w:rPr>
          <w:sz w:val="28"/>
          <w:szCs w:val="28"/>
        </w:rPr>
        <w:t>безпечність</w:t>
      </w:r>
      <w:proofErr w:type="spellEnd"/>
      <w:r w:rsidR="0092245F" w:rsidRPr="0092245F">
        <w:rPr>
          <w:sz w:val="28"/>
          <w:szCs w:val="28"/>
        </w:rPr>
        <w:t xml:space="preserve"> і </w:t>
      </w:r>
      <w:proofErr w:type="spellStart"/>
      <w:r w:rsidR="0092245F" w:rsidRPr="0092245F">
        <w:rPr>
          <w:sz w:val="28"/>
          <w:szCs w:val="28"/>
        </w:rPr>
        <w:t>товарну</w:t>
      </w:r>
      <w:proofErr w:type="spellEnd"/>
      <w:r w:rsidR="0092245F" w:rsidRPr="0092245F">
        <w:rPr>
          <w:sz w:val="28"/>
          <w:szCs w:val="28"/>
        </w:rPr>
        <w:t xml:space="preserve"> </w:t>
      </w:r>
      <w:proofErr w:type="spellStart"/>
      <w:r w:rsidR="0092245F" w:rsidRPr="0092245F">
        <w:rPr>
          <w:sz w:val="28"/>
          <w:szCs w:val="28"/>
        </w:rPr>
        <w:t>цінність</w:t>
      </w:r>
      <w:proofErr w:type="spellEnd"/>
      <w:r w:rsidR="0092245F" w:rsidRPr="0092245F">
        <w:rPr>
          <w:sz w:val="28"/>
          <w:szCs w:val="28"/>
        </w:rPr>
        <w:t xml:space="preserve"> </w:t>
      </w:r>
      <w:proofErr w:type="spellStart"/>
      <w:r w:rsidR="0092245F" w:rsidRPr="0092245F">
        <w:rPr>
          <w:sz w:val="28"/>
          <w:szCs w:val="28"/>
        </w:rPr>
        <w:t>продукції</w:t>
      </w:r>
      <w:proofErr w:type="spellEnd"/>
      <w:r w:rsidR="0092245F" w:rsidRPr="0092245F">
        <w:rPr>
          <w:sz w:val="28"/>
          <w:szCs w:val="28"/>
        </w:rPr>
        <w:t>.</w:t>
      </w:r>
      <w:r w:rsidR="0092245F">
        <w:rPr>
          <w:sz w:val="28"/>
          <w:szCs w:val="28"/>
          <w:lang w:val="uk-UA"/>
        </w:rPr>
        <w:br/>
      </w:r>
      <w:proofErr w:type="spellStart"/>
      <w:r w:rsidR="0092245F" w:rsidRPr="0092245F">
        <w:rPr>
          <w:sz w:val="28"/>
          <w:szCs w:val="28"/>
        </w:rPr>
        <w:t>Визначення</w:t>
      </w:r>
      <w:proofErr w:type="spellEnd"/>
      <w:r w:rsidR="0092245F" w:rsidRPr="0092245F">
        <w:rPr>
          <w:sz w:val="28"/>
          <w:szCs w:val="28"/>
        </w:rPr>
        <w:t xml:space="preserve"> </w:t>
      </w:r>
      <w:proofErr w:type="spellStart"/>
      <w:r w:rsidR="0092245F" w:rsidRPr="0092245F">
        <w:rPr>
          <w:sz w:val="28"/>
          <w:szCs w:val="28"/>
        </w:rPr>
        <w:t>засміченості</w:t>
      </w:r>
      <w:proofErr w:type="spellEnd"/>
      <w:r w:rsidR="0092245F" w:rsidRPr="0092245F">
        <w:rPr>
          <w:sz w:val="28"/>
          <w:szCs w:val="28"/>
        </w:rPr>
        <w:t xml:space="preserve"> </w:t>
      </w:r>
      <w:proofErr w:type="spellStart"/>
      <w:r w:rsidR="0092245F" w:rsidRPr="0092245F">
        <w:rPr>
          <w:sz w:val="28"/>
          <w:szCs w:val="28"/>
        </w:rPr>
        <w:t>дає</w:t>
      </w:r>
      <w:proofErr w:type="spellEnd"/>
      <w:r w:rsidR="0092245F" w:rsidRPr="0092245F">
        <w:rPr>
          <w:sz w:val="28"/>
          <w:szCs w:val="28"/>
        </w:rPr>
        <w:t xml:space="preserve"> </w:t>
      </w:r>
      <w:proofErr w:type="spellStart"/>
      <w:r w:rsidR="0092245F" w:rsidRPr="0092245F">
        <w:rPr>
          <w:sz w:val="28"/>
          <w:szCs w:val="28"/>
        </w:rPr>
        <w:t>можливість</w:t>
      </w:r>
      <w:proofErr w:type="spellEnd"/>
      <w:r w:rsidR="0092245F" w:rsidRPr="0092245F">
        <w:rPr>
          <w:sz w:val="28"/>
          <w:szCs w:val="28"/>
        </w:rPr>
        <w:t>:</w:t>
      </w:r>
    </w:p>
    <w:p w:rsidR="0092245F" w:rsidRPr="0092245F" w:rsidRDefault="0092245F" w:rsidP="0092245F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eastAsia="Times New Roman" w:cs="Times New Roman"/>
          <w:szCs w:val="28"/>
          <w:lang w:val="ru-RU" w:eastAsia="ru-RU"/>
        </w:rPr>
      </w:pPr>
      <w:proofErr w:type="spellStart"/>
      <w:r w:rsidRPr="0092245F">
        <w:rPr>
          <w:rFonts w:eastAsia="Times New Roman" w:cs="Times New Roman"/>
          <w:szCs w:val="28"/>
          <w:lang w:val="ru-RU" w:eastAsia="ru-RU"/>
        </w:rPr>
        <w:t>оцінити</w:t>
      </w:r>
      <w:proofErr w:type="spellEnd"/>
      <w:r w:rsidRPr="0092245F">
        <w:rPr>
          <w:rFonts w:eastAsia="Times New Roman" w:cs="Times New Roman"/>
          <w:szCs w:val="28"/>
          <w:lang w:val="ru-RU" w:eastAsia="ru-RU"/>
        </w:rPr>
        <w:t xml:space="preserve"> </w:t>
      </w:r>
      <w:proofErr w:type="spellStart"/>
      <w:r w:rsidRPr="0092245F">
        <w:rPr>
          <w:rFonts w:eastAsia="Times New Roman" w:cs="Times New Roman"/>
          <w:szCs w:val="28"/>
          <w:lang w:val="ru-RU" w:eastAsia="ru-RU"/>
        </w:rPr>
        <w:t>відповідність</w:t>
      </w:r>
      <w:proofErr w:type="spellEnd"/>
      <w:r w:rsidRPr="0092245F">
        <w:rPr>
          <w:rFonts w:eastAsia="Times New Roman" w:cs="Times New Roman"/>
          <w:szCs w:val="28"/>
          <w:lang w:val="ru-RU" w:eastAsia="ru-RU"/>
        </w:rPr>
        <w:t xml:space="preserve"> зерна </w:t>
      </w:r>
      <w:proofErr w:type="spellStart"/>
      <w:r w:rsidRPr="0092245F">
        <w:rPr>
          <w:rFonts w:eastAsia="Times New Roman" w:cs="Times New Roman"/>
          <w:szCs w:val="28"/>
          <w:lang w:val="ru-RU" w:eastAsia="ru-RU"/>
        </w:rPr>
        <w:t>державним</w:t>
      </w:r>
      <w:proofErr w:type="spellEnd"/>
      <w:r w:rsidRPr="0092245F">
        <w:rPr>
          <w:rFonts w:eastAsia="Times New Roman" w:cs="Times New Roman"/>
          <w:szCs w:val="28"/>
          <w:lang w:val="ru-RU" w:eastAsia="ru-RU"/>
        </w:rPr>
        <w:t xml:space="preserve"> стандартам;</w:t>
      </w:r>
    </w:p>
    <w:p w:rsidR="0092245F" w:rsidRPr="0092245F" w:rsidRDefault="0092245F" w:rsidP="0092245F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eastAsia="Times New Roman" w:cs="Times New Roman"/>
          <w:szCs w:val="28"/>
          <w:lang w:val="ru-RU" w:eastAsia="ru-RU"/>
        </w:rPr>
      </w:pPr>
      <w:proofErr w:type="spellStart"/>
      <w:r w:rsidRPr="0092245F">
        <w:rPr>
          <w:rFonts w:eastAsia="Times New Roman" w:cs="Times New Roman"/>
          <w:szCs w:val="28"/>
          <w:lang w:val="ru-RU" w:eastAsia="ru-RU"/>
        </w:rPr>
        <w:t>визначити</w:t>
      </w:r>
      <w:proofErr w:type="spellEnd"/>
      <w:r w:rsidRPr="0092245F">
        <w:rPr>
          <w:rFonts w:eastAsia="Times New Roman" w:cs="Times New Roman"/>
          <w:szCs w:val="28"/>
          <w:lang w:val="ru-RU" w:eastAsia="ru-RU"/>
        </w:rPr>
        <w:t xml:space="preserve"> </w:t>
      </w:r>
      <w:proofErr w:type="spellStart"/>
      <w:r w:rsidRPr="0092245F">
        <w:rPr>
          <w:rFonts w:eastAsia="Times New Roman" w:cs="Times New Roman"/>
          <w:szCs w:val="28"/>
          <w:lang w:val="ru-RU" w:eastAsia="ru-RU"/>
        </w:rPr>
        <w:t>клас</w:t>
      </w:r>
      <w:proofErr w:type="spellEnd"/>
      <w:r w:rsidRPr="0092245F">
        <w:rPr>
          <w:rFonts w:eastAsia="Times New Roman" w:cs="Times New Roman"/>
          <w:szCs w:val="28"/>
          <w:lang w:val="ru-RU" w:eastAsia="ru-RU"/>
        </w:rPr>
        <w:t xml:space="preserve"> зерна;</w:t>
      </w:r>
    </w:p>
    <w:p w:rsidR="0092245F" w:rsidRPr="0092245F" w:rsidRDefault="0092245F" w:rsidP="0092245F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eastAsia="Times New Roman" w:cs="Times New Roman"/>
          <w:szCs w:val="28"/>
          <w:lang w:val="ru-RU" w:eastAsia="ru-RU"/>
        </w:rPr>
      </w:pPr>
      <w:proofErr w:type="spellStart"/>
      <w:r w:rsidRPr="0092245F">
        <w:rPr>
          <w:rFonts w:eastAsia="Times New Roman" w:cs="Times New Roman"/>
          <w:szCs w:val="28"/>
          <w:lang w:val="ru-RU" w:eastAsia="ru-RU"/>
        </w:rPr>
        <w:t>встановити</w:t>
      </w:r>
      <w:proofErr w:type="spellEnd"/>
      <w:r w:rsidRPr="0092245F">
        <w:rPr>
          <w:rFonts w:eastAsia="Times New Roman" w:cs="Times New Roman"/>
          <w:szCs w:val="28"/>
          <w:lang w:val="ru-RU" w:eastAsia="ru-RU"/>
        </w:rPr>
        <w:t xml:space="preserve"> </w:t>
      </w:r>
      <w:proofErr w:type="spellStart"/>
      <w:r w:rsidRPr="0092245F">
        <w:rPr>
          <w:rFonts w:eastAsia="Times New Roman" w:cs="Times New Roman"/>
          <w:szCs w:val="28"/>
          <w:lang w:val="ru-RU" w:eastAsia="ru-RU"/>
        </w:rPr>
        <w:t>необхідність</w:t>
      </w:r>
      <w:proofErr w:type="spellEnd"/>
      <w:r w:rsidRPr="0092245F">
        <w:rPr>
          <w:rFonts w:eastAsia="Times New Roman" w:cs="Times New Roman"/>
          <w:szCs w:val="28"/>
          <w:lang w:val="ru-RU" w:eastAsia="ru-RU"/>
        </w:rPr>
        <w:t xml:space="preserve"> </w:t>
      </w:r>
      <w:proofErr w:type="spellStart"/>
      <w:r w:rsidRPr="0092245F">
        <w:rPr>
          <w:rFonts w:eastAsia="Times New Roman" w:cs="Times New Roman"/>
          <w:szCs w:val="28"/>
          <w:lang w:val="ru-RU" w:eastAsia="ru-RU"/>
        </w:rPr>
        <w:t>очищення</w:t>
      </w:r>
      <w:proofErr w:type="spellEnd"/>
      <w:r w:rsidRPr="0092245F">
        <w:rPr>
          <w:rFonts w:eastAsia="Times New Roman" w:cs="Times New Roman"/>
          <w:szCs w:val="28"/>
          <w:lang w:val="ru-RU" w:eastAsia="ru-RU"/>
        </w:rPr>
        <w:t>;</w:t>
      </w:r>
    </w:p>
    <w:p w:rsidR="0092245F" w:rsidRPr="0092245F" w:rsidRDefault="0092245F" w:rsidP="0092245F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eastAsia="Times New Roman" w:cs="Times New Roman"/>
          <w:szCs w:val="28"/>
          <w:lang w:val="ru-RU" w:eastAsia="ru-RU"/>
        </w:rPr>
      </w:pPr>
      <w:proofErr w:type="spellStart"/>
      <w:r w:rsidRPr="0092245F">
        <w:rPr>
          <w:rFonts w:eastAsia="Times New Roman" w:cs="Times New Roman"/>
          <w:szCs w:val="28"/>
          <w:lang w:val="ru-RU" w:eastAsia="ru-RU"/>
        </w:rPr>
        <w:t>розрахувати</w:t>
      </w:r>
      <w:proofErr w:type="spellEnd"/>
      <w:r w:rsidRPr="0092245F">
        <w:rPr>
          <w:rFonts w:eastAsia="Times New Roman" w:cs="Times New Roman"/>
          <w:szCs w:val="28"/>
          <w:lang w:val="ru-RU" w:eastAsia="ru-RU"/>
        </w:rPr>
        <w:t xml:space="preserve"> </w:t>
      </w:r>
      <w:proofErr w:type="spellStart"/>
      <w:r w:rsidRPr="0092245F">
        <w:rPr>
          <w:rFonts w:eastAsia="Times New Roman" w:cs="Times New Roman"/>
          <w:szCs w:val="28"/>
          <w:lang w:val="ru-RU" w:eastAsia="ru-RU"/>
        </w:rPr>
        <w:t>знижки</w:t>
      </w:r>
      <w:proofErr w:type="spellEnd"/>
      <w:r w:rsidRPr="0092245F">
        <w:rPr>
          <w:rFonts w:eastAsia="Times New Roman" w:cs="Times New Roman"/>
          <w:szCs w:val="28"/>
          <w:lang w:val="ru-RU" w:eastAsia="ru-RU"/>
        </w:rPr>
        <w:t xml:space="preserve"> при </w:t>
      </w:r>
      <w:proofErr w:type="spellStart"/>
      <w:r w:rsidRPr="0092245F">
        <w:rPr>
          <w:rFonts w:eastAsia="Times New Roman" w:cs="Times New Roman"/>
          <w:szCs w:val="28"/>
          <w:lang w:val="ru-RU" w:eastAsia="ru-RU"/>
        </w:rPr>
        <w:t>прийманні</w:t>
      </w:r>
      <w:proofErr w:type="spellEnd"/>
      <w:r w:rsidRPr="0092245F">
        <w:rPr>
          <w:rFonts w:eastAsia="Times New Roman" w:cs="Times New Roman"/>
          <w:szCs w:val="28"/>
          <w:lang w:val="ru-RU" w:eastAsia="ru-RU"/>
        </w:rPr>
        <w:t xml:space="preserve"> зерна;</w:t>
      </w:r>
    </w:p>
    <w:p w:rsidR="0092245F" w:rsidRPr="0092245F" w:rsidRDefault="0092245F" w:rsidP="0092245F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eastAsia="Times New Roman" w:cs="Times New Roman"/>
          <w:szCs w:val="28"/>
          <w:lang w:val="ru-RU" w:eastAsia="ru-RU"/>
        </w:rPr>
      </w:pPr>
      <w:proofErr w:type="spellStart"/>
      <w:r w:rsidRPr="0092245F">
        <w:rPr>
          <w:rFonts w:eastAsia="Times New Roman" w:cs="Times New Roman"/>
          <w:szCs w:val="28"/>
          <w:lang w:val="ru-RU" w:eastAsia="ru-RU"/>
        </w:rPr>
        <w:t>попередити</w:t>
      </w:r>
      <w:proofErr w:type="spellEnd"/>
      <w:r w:rsidRPr="0092245F">
        <w:rPr>
          <w:rFonts w:eastAsia="Times New Roman" w:cs="Times New Roman"/>
          <w:szCs w:val="28"/>
          <w:lang w:val="ru-RU" w:eastAsia="ru-RU"/>
        </w:rPr>
        <w:t xml:space="preserve"> </w:t>
      </w:r>
      <w:proofErr w:type="spellStart"/>
      <w:r w:rsidRPr="0092245F">
        <w:rPr>
          <w:rFonts w:eastAsia="Times New Roman" w:cs="Times New Roman"/>
          <w:szCs w:val="28"/>
          <w:lang w:val="ru-RU" w:eastAsia="ru-RU"/>
        </w:rPr>
        <w:t>самозігрівання</w:t>
      </w:r>
      <w:proofErr w:type="spellEnd"/>
      <w:r w:rsidRPr="0092245F">
        <w:rPr>
          <w:rFonts w:eastAsia="Times New Roman" w:cs="Times New Roman"/>
          <w:szCs w:val="28"/>
          <w:lang w:val="ru-RU" w:eastAsia="ru-RU"/>
        </w:rPr>
        <w:t xml:space="preserve"> та </w:t>
      </w:r>
      <w:proofErr w:type="spellStart"/>
      <w:r w:rsidRPr="0092245F">
        <w:rPr>
          <w:rFonts w:eastAsia="Times New Roman" w:cs="Times New Roman"/>
          <w:szCs w:val="28"/>
          <w:lang w:val="ru-RU" w:eastAsia="ru-RU"/>
        </w:rPr>
        <w:t>псування</w:t>
      </w:r>
      <w:proofErr w:type="spellEnd"/>
      <w:r w:rsidRPr="0092245F">
        <w:rPr>
          <w:rFonts w:eastAsia="Times New Roman" w:cs="Times New Roman"/>
          <w:szCs w:val="28"/>
          <w:lang w:val="ru-RU" w:eastAsia="ru-RU"/>
        </w:rPr>
        <w:t xml:space="preserve"> </w:t>
      </w:r>
      <w:proofErr w:type="spellStart"/>
      <w:proofErr w:type="gramStart"/>
      <w:r w:rsidRPr="0092245F">
        <w:rPr>
          <w:rFonts w:eastAsia="Times New Roman" w:cs="Times New Roman"/>
          <w:szCs w:val="28"/>
          <w:lang w:val="ru-RU" w:eastAsia="ru-RU"/>
        </w:rPr>
        <w:t>п</w:t>
      </w:r>
      <w:proofErr w:type="gramEnd"/>
      <w:r w:rsidRPr="0092245F">
        <w:rPr>
          <w:rFonts w:eastAsia="Times New Roman" w:cs="Times New Roman"/>
          <w:szCs w:val="28"/>
          <w:lang w:val="ru-RU" w:eastAsia="ru-RU"/>
        </w:rPr>
        <w:t>ід</w:t>
      </w:r>
      <w:proofErr w:type="spellEnd"/>
      <w:r w:rsidRPr="0092245F">
        <w:rPr>
          <w:rFonts w:eastAsia="Times New Roman" w:cs="Times New Roman"/>
          <w:szCs w:val="28"/>
          <w:lang w:val="ru-RU" w:eastAsia="ru-RU"/>
        </w:rPr>
        <w:t xml:space="preserve"> час </w:t>
      </w:r>
      <w:proofErr w:type="spellStart"/>
      <w:r w:rsidRPr="0092245F">
        <w:rPr>
          <w:rFonts w:eastAsia="Times New Roman" w:cs="Times New Roman"/>
          <w:szCs w:val="28"/>
          <w:lang w:val="ru-RU" w:eastAsia="ru-RU"/>
        </w:rPr>
        <w:t>зберігання</w:t>
      </w:r>
      <w:proofErr w:type="spellEnd"/>
      <w:r w:rsidRPr="0092245F">
        <w:rPr>
          <w:rFonts w:eastAsia="Times New Roman" w:cs="Times New Roman"/>
          <w:szCs w:val="28"/>
          <w:lang w:val="ru-RU" w:eastAsia="ru-RU"/>
        </w:rPr>
        <w:t>.</w:t>
      </w:r>
    </w:p>
    <w:p w:rsidR="0092245F" w:rsidRPr="0092245F" w:rsidRDefault="0092245F" w:rsidP="0092245F">
      <w:pPr>
        <w:spacing w:before="100" w:beforeAutospacing="1" w:after="100" w:afterAutospacing="1" w:line="240" w:lineRule="auto"/>
        <w:rPr>
          <w:rFonts w:eastAsia="Times New Roman" w:cs="Times New Roman"/>
          <w:szCs w:val="28"/>
          <w:lang w:val="ru-RU" w:eastAsia="ru-RU"/>
        </w:rPr>
      </w:pPr>
      <w:proofErr w:type="spellStart"/>
      <w:r w:rsidRPr="0092245F">
        <w:rPr>
          <w:rFonts w:eastAsia="Times New Roman" w:cs="Times New Roman"/>
          <w:szCs w:val="28"/>
          <w:lang w:val="ru-RU" w:eastAsia="ru-RU"/>
        </w:rPr>
        <w:lastRenderedPageBreak/>
        <w:t>Наявність</w:t>
      </w:r>
      <w:proofErr w:type="spellEnd"/>
      <w:r w:rsidRPr="0092245F">
        <w:rPr>
          <w:rFonts w:eastAsia="Times New Roman" w:cs="Times New Roman"/>
          <w:szCs w:val="28"/>
          <w:lang w:val="ru-RU" w:eastAsia="ru-RU"/>
        </w:rPr>
        <w:t xml:space="preserve"> </w:t>
      </w:r>
      <w:proofErr w:type="spellStart"/>
      <w:proofErr w:type="gramStart"/>
      <w:r w:rsidRPr="0092245F">
        <w:rPr>
          <w:rFonts w:eastAsia="Times New Roman" w:cs="Times New Roman"/>
          <w:szCs w:val="28"/>
          <w:lang w:val="ru-RU" w:eastAsia="ru-RU"/>
        </w:rPr>
        <w:t>п</w:t>
      </w:r>
      <w:proofErr w:type="gramEnd"/>
      <w:r w:rsidRPr="0092245F">
        <w:rPr>
          <w:rFonts w:eastAsia="Times New Roman" w:cs="Times New Roman"/>
          <w:szCs w:val="28"/>
          <w:lang w:val="ru-RU" w:eastAsia="ru-RU"/>
        </w:rPr>
        <w:t>ідвищеної</w:t>
      </w:r>
      <w:proofErr w:type="spellEnd"/>
      <w:r w:rsidRPr="0092245F">
        <w:rPr>
          <w:rFonts w:eastAsia="Times New Roman" w:cs="Times New Roman"/>
          <w:szCs w:val="28"/>
          <w:lang w:val="ru-RU" w:eastAsia="ru-RU"/>
        </w:rPr>
        <w:t xml:space="preserve"> </w:t>
      </w:r>
      <w:proofErr w:type="spellStart"/>
      <w:r w:rsidRPr="0092245F">
        <w:rPr>
          <w:rFonts w:eastAsia="Times New Roman" w:cs="Times New Roman"/>
          <w:szCs w:val="28"/>
          <w:lang w:val="ru-RU" w:eastAsia="ru-RU"/>
        </w:rPr>
        <w:t>кількості</w:t>
      </w:r>
      <w:proofErr w:type="spellEnd"/>
      <w:r w:rsidRPr="0092245F">
        <w:rPr>
          <w:rFonts w:eastAsia="Times New Roman" w:cs="Times New Roman"/>
          <w:szCs w:val="28"/>
          <w:lang w:val="ru-RU" w:eastAsia="ru-RU"/>
        </w:rPr>
        <w:t xml:space="preserve"> </w:t>
      </w:r>
      <w:proofErr w:type="spellStart"/>
      <w:r w:rsidRPr="0092245F">
        <w:rPr>
          <w:rFonts w:eastAsia="Times New Roman" w:cs="Times New Roman"/>
          <w:szCs w:val="28"/>
          <w:lang w:val="ru-RU" w:eastAsia="ru-RU"/>
        </w:rPr>
        <w:t>домішок</w:t>
      </w:r>
      <w:proofErr w:type="spellEnd"/>
      <w:r w:rsidRPr="0092245F">
        <w:rPr>
          <w:rFonts w:eastAsia="Times New Roman" w:cs="Times New Roman"/>
          <w:szCs w:val="28"/>
          <w:lang w:val="ru-RU" w:eastAsia="ru-RU"/>
        </w:rPr>
        <w:t xml:space="preserve"> </w:t>
      </w:r>
      <w:proofErr w:type="spellStart"/>
      <w:r w:rsidRPr="0092245F">
        <w:rPr>
          <w:rFonts w:eastAsia="Times New Roman" w:cs="Times New Roman"/>
          <w:szCs w:val="28"/>
          <w:lang w:val="ru-RU" w:eastAsia="ru-RU"/>
        </w:rPr>
        <w:t>погіршує</w:t>
      </w:r>
      <w:proofErr w:type="spellEnd"/>
      <w:r w:rsidRPr="0092245F">
        <w:rPr>
          <w:rFonts w:eastAsia="Times New Roman" w:cs="Times New Roman"/>
          <w:szCs w:val="28"/>
          <w:lang w:val="ru-RU" w:eastAsia="ru-RU"/>
        </w:rPr>
        <w:t xml:space="preserve"> </w:t>
      </w:r>
      <w:proofErr w:type="spellStart"/>
      <w:r w:rsidRPr="0092245F">
        <w:rPr>
          <w:rFonts w:eastAsia="Times New Roman" w:cs="Times New Roman"/>
          <w:szCs w:val="28"/>
          <w:lang w:val="ru-RU" w:eastAsia="ru-RU"/>
        </w:rPr>
        <w:t>сипкість</w:t>
      </w:r>
      <w:proofErr w:type="spellEnd"/>
      <w:r w:rsidRPr="0092245F">
        <w:rPr>
          <w:rFonts w:eastAsia="Times New Roman" w:cs="Times New Roman"/>
          <w:szCs w:val="28"/>
          <w:lang w:val="ru-RU" w:eastAsia="ru-RU"/>
        </w:rPr>
        <w:t xml:space="preserve"> зерна, </w:t>
      </w:r>
      <w:proofErr w:type="spellStart"/>
      <w:r w:rsidRPr="0092245F">
        <w:rPr>
          <w:rFonts w:eastAsia="Times New Roman" w:cs="Times New Roman"/>
          <w:szCs w:val="28"/>
          <w:lang w:val="ru-RU" w:eastAsia="ru-RU"/>
        </w:rPr>
        <w:t>ускладнює</w:t>
      </w:r>
      <w:proofErr w:type="spellEnd"/>
      <w:r w:rsidRPr="0092245F">
        <w:rPr>
          <w:rFonts w:eastAsia="Times New Roman" w:cs="Times New Roman"/>
          <w:szCs w:val="28"/>
          <w:lang w:val="ru-RU" w:eastAsia="ru-RU"/>
        </w:rPr>
        <w:t xml:space="preserve"> </w:t>
      </w:r>
      <w:proofErr w:type="spellStart"/>
      <w:r w:rsidRPr="0092245F">
        <w:rPr>
          <w:rFonts w:eastAsia="Times New Roman" w:cs="Times New Roman"/>
          <w:szCs w:val="28"/>
          <w:lang w:val="ru-RU" w:eastAsia="ru-RU"/>
        </w:rPr>
        <w:t>вентиляцію</w:t>
      </w:r>
      <w:proofErr w:type="spellEnd"/>
      <w:r w:rsidRPr="0092245F">
        <w:rPr>
          <w:rFonts w:eastAsia="Times New Roman" w:cs="Times New Roman"/>
          <w:szCs w:val="28"/>
          <w:lang w:val="ru-RU" w:eastAsia="ru-RU"/>
        </w:rPr>
        <w:t xml:space="preserve">, </w:t>
      </w:r>
      <w:proofErr w:type="spellStart"/>
      <w:r w:rsidRPr="0092245F">
        <w:rPr>
          <w:rFonts w:eastAsia="Times New Roman" w:cs="Times New Roman"/>
          <w:szCs w:val="28"/>
          <w:lang w:val="ru-RU" w:eastAsia="ru-RU"/>
        </w:rPr>
        <w:t>сприяє</w:t>
      </w:r>
      <w:proofErr w:type="spellEnd"/>
      <w:r w:rsidRPr="0092245F">
        <w:rPr>
          <w:rFonts w:eastAsia="Times New Roman" w:cs="Times New Roman"/>
          <w:szCs w:val="28"/>
          <w:lang w:val="ru-RU" w:eastAsia="ru-RU"/>
        </w:rPr>
        <w:t xml:space="preserve"> </w:t>
      </w:r>
      <w:proofErr w:type="spellStart"/>
      <w:r w:rsidRPr="0092245F">
        <w:rPr>
          <w:rFonts w:eastAsia="Times New Roman" w:cs="Times New Roman"/>
          <w:szCs w:val="28"/>
          <w:lang w:val="ru-RU" w:eastAsia="ru-RU"/>
        </w:rPr>
        <w:t>розвитку</w:t>
      </w:r>
      <w:proofErr w:type="spellEnd"/>
      <w:r w:rsidRPr="0092245F">
        <w:rPr>
          <w:rFonts w:eastAsia="Times New Roman" w:cs="Times New Roman"/>
          <w:szCs w:val="28"/>
          <w:lang w:val="ru-RU" w:eastAsia="ru-RU"/>
        </w:rPr>
        <w:t xml:space="preserve"> </w:t>
      </w:r>
      <w:proofErr w:type="spellStart"/>
      <w:r w:rsidRPr="0092245F">
        <w:rPr>
          <w:rFonts w:eastAsia="Times New Roman" w:cs="Times New Roman"/>
          <w:szCs w:val="28"/>
          <w:lang w:val="ru-RU" w:eastAsia="ru-RU"/>
        </w:rPr>
        <w:t>мікроорганізмів</w:t>
      </w:r>
      <w:proofErr w:type="spellEnd"/>
      <w:r w:rsidRPr="0092245F">
        <w:rPr>
          <w:rFonts w:eastAsia="Times New Roman" w:cs="Times New Roman"/>
          <w:szCs w:val="28"/>
          <w:lang w:val="ru-RU" w:eastAsia="ru-RU"/>
        </w:rPr>
        <w:t xml:space="preserve"> та </w:t>
      </w:r>
      <w:proofErr w:type="spellStart"/>
      <w:r w:rsidRPr="0092245F">
        <w:rPr>
          <w:rFonts w:eastAsia="Times New Roman" w:cs="Times New Roman"/>
          <w:szCs w:val="28"/>
          <w:lang w:val="ru-RU" w:eastAsia="ru-RU"/>
        </w:rPr>
        <w:t>шкідників</w:t>
      </w:r>
      <w:proofErr w:type="spellEnd"/>
      <w:r w:rsidRPr="0092245F">
        <w:rPr>
          <w:rFonts w:eastAsia="Times New Roman" w:cs="Times New Roman"/>
          <w:szCs w:val="28"/>
          <w:lang w:val="ru-RU" w:eastAsia="ru-RU"/>
        </w:rPr>
        <w:t>.</w:t>
      </w:r>
    </w:p>
    <w:p w:rsidR="0092245F" w:rsidRPr="0092245F" w:rsidRDefault="00194C9C" w:rsidP="0092245F">
      <w:pPr>
        <w:pStyle w:val="aff8"/>
        <w:rPr>
          <w:sz w:val="28"/>
          <w:szCs w:val="28"/>
        </w:rPr>
      </w:pPr>
      <w:r w:rsidRPr="0092245F">
        <w:rPr>
          <w:b/>
          <w:sz w:val="28"/>
          <w:szCs w:val="28"/>
        </w:rPr>
        <w:t xml:space="preserve">3. </w:t>
      </w:r>
      <w:proofErr w:type="spellStart"/>
      <w:r w:rsidRPr="0092245F">
        <w:rPr>
          <w:b/>
          <w:sz w:val="28"/>
          <w:szCs w:val="28"/>
        </w:rPr>
        <w:t>Які</w:t>
      </w:r>
      <w:proofErr w:type="spellEnd"/>
      <w:r w:rsidRPr="0092245F">
        <w:rPr>
          <w:b/>
          <w:sz w:val="28"/>
          <w:szCs w:val="28"/>
        </w:rPr>
        <w:t xml:space="preserve"> </w:t>
      </w:r>
      <w:proofErr w:type="spellStart"/>
      <w:r w:rsidRPr="0092245F">
        <w:rPr>
          <w:b/>
          <w:sz w:val="28"/>
          <w:szCs w:val="28"/>
        </w:rPr>
        <w:t>домішки</w:t>
      </w:r>
      <w:proofErr w:type="spellEnd"/>
      <w:r w:rsidRPr="0092245F">
        <w:rPr>
          <w:b/>
          <w:sz w:val="28"/>
          <w:szCs w:val="28"/>
        </w:rPr>
        <w:t xml:space="preserve"> зерна </w:t>
      </w:r>
      <w:proofErr w:type="spellStart"/>
      <w:r w:rsidRPr="0092245F">
        <w:rPr>
          <w:b/>
          <w:sz w:val="28"/>
          <w:szCs w:val="28"/>
        </w:rPr>
        <w:t>пшениці</w:t>
      </w:r>
      <w:proofErr w:type="spellEnd"/>
      <w:r w:rsidRPr="0092245F">
        <w:rPr>
          <w:b/>
          <w:sz w:val="28"/>
          <w:szCs w:val="28"/>
        </w:rPr>
        <w:t xml:space="preserve"> </w:t>
      </w:r>
      <w:proofErr w:type="spellStart"/>
      <w:r w:rsidRPr="0092245F">
        <w:rPr>
          <w:b/>
          <w:sz w:val="28"/>
          <w:szCs w:val="28"/>
        </w:rPr>
        <w:t>відносять</w:t>
      </w:r>
      <w:proofErr w:type="spellEnd"/>
      <w:r w:rsidRPr="0092245F">
        <w:rPr>
          <w:b/>
          <w:sz w:val="28"/>
          <w:szCs w:val="28"/>
        </w:rPr>
        <w:t xml:space="preserve"> до </w:t>
      </w:r>
      <w:proofErr w:type="spellStart"/>
      <w:r w:rsidRPr="0092245F">
        <w:rPr>
          <w:b/>
          <w:sz w:val="28"/>
          <w:szCs w:val="28"/>
        </w:rPr>
        <w:t>шкідливих</w:t>
      </w:r>
      <w:proofErr w:type="spellEnd"/>
      <w:r w:rsidRPr="0092245F">
        <w:rPr>
          <w:b/>
          <w:sz w:val="28"/>
          <w:szCs w:val="28"/>
        </w:rPr>
        <w:t>?</w:t>
      </w:r>
      <w:r w:rsidR="0092245F" w:rsidRPr="0092245F">
        <w:rPr>
          <w:sz w:val="28"/>
          <w:szCs w:val="28"/>
        </w:rPr>
        <w:br/>
        <w:t xml:space="preserve">До </w:t>
      </w:r>
      <w:proofErr w:type="spellStart"/>
      <w:r w:rsidR="0092245F" w:rsidRPr="0092245F">
        <w:rPr>
          <w:sz w:val="28"/>
          <w:szCs w:val="28"/>
        </w:rPr>
        <w:t>шкідливих</w:t>
      </w:r>
      <w:proofErr w:type="spellEnd"/>
      <w:r w:rsidR="0092245F" w:rsidRPr="0092245F">
        <w:rPr>
          <w:sz w:val="28"/>
          <w:szCs w:val="28"/>
        </w:rPr>
        <w:t xml:space="preserve"> </w:t>
      </w:r>
      <w:proofErr w:type="spellStart"/>
      <w:r w:rsidR="0092245F" w:rsidRPr="0092245F">
        <w:rPr>
          <w:sz w:val="28"/>
          <w:szCs w:val="28"/>
        </w:rPr>
        <w:t>домішок</w:t>
      </w:r>
      <w:proofErr w:type="spellEnd"/>
      <w:r w:rsidR="0092245F" w:rsidRPr="0092245F">
        <w:rPr>
          <w:sz w:val="28"/>
          <w:szCs w:val="28"/>
        </w:rPr>
        <w:t xml:space="preserve"> у </w:t>
      </w:r>
      <w:proofErr w:type="spellStart"/>
      <w:r w:rsidR="0092245F" w:rsidRPr="0092245F">
        <w:rPr>
          <w:sz w:val="28"/>
          <w:szCs w:val="28"/>
        </w:rPr>
        <w:t>зерні</w:t>
      </w:r>
      <w:proofErr w:type="spellEnd"/>
      <w:r w:rsidR="0092245F" w:rsidRPr="0092245F">
        <w:rPr>
          <w:sz w:val="28"/>
          <w:szCs w:val="28"/>
        </w:rPr>
        <w:t xml:space="preserve"> </w:t>
      </w:r>
      <w:proofErr w:type="spellStart"/>
      <w:r w:rsidR="0092245F" w:rsidRPr="0092245F">
        <w:rPr>
          <w:sz w:val="28"/>
          <w:szCs w:val="28"/>
        </w:rPr>
        <w:t>пшениці</w:t>
      </w:r>
      <w:proofErr w:type="spellEnd"/>
      <w:r w:rsidR="0092245F" w:rsidRPr="0092245F">
        <w:rPr>
          <w:sz w:val="28"/>
          <w:szCs w:val="28"/>
        </w:rPr>
        <w:t xml:space="preserve"> </w:t>
      </w:r>
      <w:proofErr w:type="spellStart"/>
      <w:r w:rsidR="0092245F" w:rsidRPr="0092245F">
        <w:rPr>
          <w:sz w:val="28"/>
          <w:szCs w:val="28"/>
        </w:rPr>
        <w:t>відносять</w:t>
      </w:r>
      <w:proofErr w:type="spellEnd"/>
      <w:r w:rsidR="0092245F" w:rsidRPr="0092245F">
        <w:rPr>
          <w:sz w:val="28"/>
          <w:szCs w:val="28"/>
        </w:rPr>
        <w:t>:</w:t>
      </w:r>
    </w:p>
    <w:p w:rsidR="0092245F" w:rsidRPr="0092245F" w:rsidRDefault="0092245F" w:rsidP="0092245F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eastAsia="Times New Roman" w:cs="Times New Roman"/>
          <w:szCs w:val="28"/>
          <w:lang w:val="ru-RU" w:eastAsia="ru-RU"/>
        </w:rPr>
      </w:pPr>
      <w:proofErr w:type="spellStart"/>
      <w:r w:rsidRPr="0092245F">
        <w:rPr>
          <w:rFonts w:eastAsia="Times New Roman" w:cs="Times New Roman"/>
          <w:szCs w:val="28"/>
          <w:lang w:val="ru-RU" w:eastAsia="ru-RU"/>
        </w:rPr>
        <w:t>насіння</w:t>
      </w:r>
      <w:proofErr w:type="spellEnd"/>
      <w:r w:rsidRPr="0092245F">
        <w:rPr>
          <w:rFonts w:eastAsia="Times New Roman" w:cs="Times New Roman"/>
          <w:szCs w:val="28"/>
          <w:lang w:val="ru-RU" w:eastAsia="ru-RU"/>
        </w:rPr>
        <w:t xml:space="preserve"> </w:t>
      </w:r>
      <w:proofErr w:type="spellStart"/>
      <w:r w:rsidRPr="0092245F">
        <w:rPr>
          <w:rFonts w:eastAsia="Times New Roman" w:cs="Times New Roman"/>
          <w:szCs w:val="28"/>
          <w:lang w:val="ru-RU" w:eastAsia="ru-RU"/>
        </w:rPr>
        <w:t>отруйних</w:t>
      </w:r>
      <w:proofErr w:type="spellEnd"/>
      <w:r w:rsidRPr="0092245F">
        <w:rPr>
          <w:rFonts w:eastAsia="Times New Roman" w:cs="Times New Roman"/>
          <w:szCs w:val="28"/>
          <w:lang w:val="ru-RU" w:eastAsia="ru-RU"/>
        </w:rPr>
        <w:t xml:space="preserve"> </w:t>
      </w:r>
      <w:proofErr w:type="spellStart"/>
      <w:r w:rsidRPr="0092245F">
        <w:rPr>
          <w:rFonts w:eastAsia="Times New Roman" w:cs="Times New Roman"/>
          <w:szCs w:val="28"/>
          <w:lang w:val="ru-RU" w:eastAsia="ru-RU"/>
        </w:rPr>
        <w:t>бур’янів</w:t>
      </w:r>
      <w:proofErr w:type="spellEnd"/>
      <w:r w:rsidRPr="0092245F">
        <w:rPr>
          <w:rFonts w:eastAsia="Times New Roman" w:cs="Times New Roman"/>
          <w:szCs w:val="28"/>
          <w:lang w:val="ru-RU" w:eastAsia="ru-RU"/>
        </w:rPr>
        <w:t xml:space="preserve"> (</w:t>
      </w:r>
      <w:proofErr w:type="spellStart"/>
      <w:r w:rsidRPr="0092245F">
        <w:rPr>
          <w:rFonts w:eastAsia="Times New Roman" w:cs="Times New Roman"/>
          <w:szCs w:val="28"/>
          <w:lang w:val="ru-RU" w:eastAsia="ru-RU"/>
        </w:rPr>
        <w:t>кукіль</w:t>
      </w:r>
      <w:proofErr w:type="spellEnd"/>
      <w:r w:rsidRPr="0092245F">
        <w:rPr>
          <w:rFonts w:eastAsia="Times New Roman" w:cs="Times New Roman"/>
          <w:szCs w:val="28"/>
          <w:lang w:val="ru-RU" w:eastAsia="ru-RU"/>
        </w:rPr>
        <w:t xml:space="preserve">, </w:t>
      </w:r>
      <w:proofErr w:type="spellStart"/>
      <w:proofErr w:type="gramStart"/>
      <w:r w:rsidRPr="0092245F">
        <w:rPr>
          <w:rFonts w:eastAsia="Times New Roman" w:cs="Times New Roman"/>
          <w:szCs w:val="28"/>
          <w:lang w:val="ru-RU" w:eastAsia="ru-RU"/>
        </w:rPr>
        <w:t>г</w:t>
      </w:r>
      <w:proofErr w:type="gramEnd"/>
      <w:r w:rsidRPr="0092245F">
        <w:rPr>
          <w:rFonts w:eastAsia="Times New Roman" w:cs="Times New Roman"/>
          <w:szCs w:val="28"/>
          <w:lang w:val="ru-RU" w:eastAsia="ru-RU"/>
        </w:rPr>
        <w:t>ірчак</w:t>
      </w:r>
      <w:proofErr w:type="spellEnd"/>
      <w:r w:rsidRPr="0092245F">
        <w:rPr>
          <w:rFonts w:eastAsia="Times New Roman" w:cs="Times New Roman"/>
          <w:szCs w:val="28"/>
          <w:lang w:val="ru-RU" w:eastAsia="ru-RU"/>
        </w:rPr>
        <w:t xml:space="preserve"> </w:t>
      </w:r>
      <w:proofErr w:type="spellStart"/>
      <w:r w:rsidRPr="0092245F">
        <w:rPr>
          <w:rFonts w:eastAsia="Times New Roman" w:cs="Times New Roman"/>
          <w:szCs w:val="28"/>
          <w:lang w:val="ru-RU" w:eastAsia="ru-RU"/>
        </w:rPr>
        <w:t>повзучий</w:t>
      </w:r>
      <w:proofErr w:type="spellEnd"/>
      <w:r w:rsidRPr="0092245F">
        <w:rPr>
          <w:rFonts w:eastAsia="Times New Roman" w:cs="Times New Roman"/>
          <w:szCs w:val="28"/>
          <w:lang w:val="ru-RU" w:eastAsia="ru-RU"/>
        </w:rPr>
        <w:t xml:space="preserve">, </w:t>
      </w:r>
      <w:proofErr w:type="spellStart"/>
      <w:r w:rsidRPr="0092245F">
        <w:rPr>
          <w:rFonts w:eastAsia="Times New Roman" w:cs="Times New Roman"/>
          <w:szCs w:val="28"/>
          <w:lang w:val="ru-RU" w:eastAsia="ru-RU"/>
        </w:rPr>
        <w:t>гірчак</w:t>
      </w:r>
      <w:proofErr w:type="spellEnd"/>
      <w:r w:rsidRPr="0092245F">
        <w:rPr>
          <w:rFonts w:eastAsia="Times New Roman" w:cs="Times New Roman"/>
          <w:szCs w:val="28"/>
          <w:lang w:val="ru-RU" w:eastAsia="ru-RU"/>
        </w:rPr>
        <w:t xml:space="preserve"> </w:t>
      </w:r>
      <w:proofErr w:type="spellStart"/>
      <w:r w:rsidRPr="0092245F">
        <w:rPr>
          <w:rFonts w:eastAsia="Times New Roman" w:cs="Times New Roman"/>
          <w:szCs w:val="28"/>
          <w:lang w:val="ru-RU" w:eastAsia="ru-RU"/>
        </w:rPr>
        <w:t>рожевий</w:t>
      </w:r>
      <w:proofErr w:type="spellEnd"/>
      <w:r w:rsidRPr="0092245F">
        <w:rPr>
          <w:rFonts w:eastAsia="Times New Roman" w:cs="Times New Roman"/>
          <w:szCs w:val="28"/>
          <w:lang w:val="ru-RU" w:eastAsia="ru-RU"/>
        </w:rPr>
        <w:t>);</w:t>
      </w:r>
    </w:p>
    <w:p w:rsidR="0092245F" w:rsidRPr="0092245F" w:rsidRDefault="0092245F" w:rsidP="0092245F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eastAsia="Times New Roman" w:cs="Times New Roman"/>
          <w:szCs w:val="28"/>
          <w:lang w:val="ru-RU" w:eastAsia="ru-RU"/>
        </w:rPr>
      </w:pPr>
      <w:proofErr w:type="spellStart"/>
      <w:r w:rsidRPr="0092245F">
        <w:rPr>
          <w:rFonts w:eastAsia="Times New Roman" w:cs="Times New Roman"/>
          <w:szCs w:val="28"/>
          <w:lang w:val="ru-RU" w:eastAsia="ru-RU"/>
        </w:rPr>
        <w:t>насіння</w:t>
      </w:r>
      <w:proofErr w:type="spellEnd"/>
      <w:r w:rsidRPr="0092245F">
        <w:rPr>
          <w:rFonts w:eastAsia="Times New Roman" w:cs="Times New Roman"/>
          <w:szCs w:val="28"/>
          <w:lang w:val="ru-RU" w:eastAsia="ru-RU"/>
        </w:rPr>
        <w:t xml:space="preserve"> </w:t>
      </w:r>
      <w:proofErr w:type="spellStart"/>
      <w:r w:rsidRPr="0092245F">
        <w:rPr>
          <w:rFonts w:eastAsia="Times New Roman" w:cs="Times New Roman"/>
          <w:szCs w:val="28"/>
          <w:lang w:val="ru-RU" w:eastAsia="ru-RU"/>
        </w:rPr>
        <w:t>карантинних</w:t>
      </w:r>
      <w:proofErr w:type="spellEnd"/>
      <w:r w:rsidRPr="0092245F">
        <w:rPr>
          <w:rFonts w:eastAsia="Times New Roman" w:cs="Times New Roman"/>
          <w:szCs w:val="28"/>
          <w:lang w:val="ru-RU" w:eastAsia="ru-RU"/>
        </w:rPr>
        <w:t xml:space="preserve"> </w:t>
      </w:r>
      <w:proofErr w:type="spellStart"/>
      <w:r w:rsidRPr="0092245F">
        <w:rPr>
          <w:rFonts w:eastAsia="Times New Roman" w:cs="Times New Roman"/>
          <w:szCs w:val="28"/>
          <w:lang w:val="ru-RU" w:eastAsia="ru-RU"/>
        </w:rPr>
        <w:t>бур’янів</w:t>
      </w:r>
      <w:proofErr w:type="spellEnd"/>
      <w:r w:rsidRPr="0092245F">
        <w:rPr>
          <w:rFonts w:eastAsia="Times New Roman" w:cs="Times New Roman"/>
          <w:szCs w:val="28"/>
          <w:lang w:val="ru-RU" w:eastAsia="ru-RU"/>
        </w:rPr>
        <w:t xml:space="preserve"> (</w:t>
      </w:r>
      <w:proofErr w:type="spellStart"/>
      <w:r w:rsidRPr="0092245F">
        <w:rPr>
          <w:rFonts w:eastAsia="Times New Roman" w:cs="Times New Roman"/>
          <w:szCs w:val="28"/>
          <w:lang w:val="ru-RU" w:eastAsia="ru-RU"/>
        </w:rPr>
        <w:t>амброзія</w:t>
      </w:r>
      <w:proofErr w:type="spellEnd"/>
      <w:r w:rsidRPr="0092245F">
        <w:rPr>
          <w:rFonts w:eastAsia="Times New Roman" w:cs="Times New Roman"/>
          <w:szCs w:val="28"/>
          <w:lang w:val="ru-RU" w:eastAsia="ru-RU"/>
        </w:rPr>
        <w:t xml:space="preserve"> </w:t>
      </w:r>
      <w:proofErr w:type="spellStart"/>
      <w:r w:rsidRPr="0092245F">
        <w:rPr>
          <w:rFonts w:eastAsia="Times New Roman" w:cs="Times New Roman"/>
          <w:szCs w:val="28"/>
          <w:lang w:val="ru-RU" w:eastAsia="ru-RU"/>
        </w:rPr>
        <w:t>полинолиста</w:t>
      </w:r>
      <w:proofErr w:type="spellEnd"/>
      <w:r w:rsidRPr="0092245F">
        <w:rPr>
          <w:rFonts w:eastAsia="Times New Roman" w:cs="Times New Roman"/>
          <w:szCs w:val="28"/>
          <w:lang w:val="ru-RU" w:eastAsia="ru-RU"/>
        </w:rPr>
        <w:t xml:space="preserve"> та </w:t>
      </w:r>
      <w:proofErr w:type="spellStart"/>
      <w:r w:rsidRPr="0092245F">
        <w:rPr>
          <w:rFonts w:eastAsia="Times New Roman" w:cs="Times New Roman"/>
          <w:szCs w:val="28"/>
          <w:lang w:val="ru-RU" w:eastAsia="ru-RU"/>
        </w:rPr>
        <w:t>інші</w:t>
      </w:r>
      <w:proofErr w:type="spellEnd"/>
      <w:r w:rsidRPr="0092245F">
        <w:rPr>
          <w:rFonts w:eastAsia="Times New Roman" w:cs="Times New Roman"/>
          <w:szCs w:val="28"/>
          <w:lang w:val="ru-RU" w:eastAsia="ru-RU"/>
        </w:rPr>
        <w:t>);</w:t>
      </w:r>
    </w:p>
    <w:p w:rsidR="0092245F" w:rsidRPr="0092245F" w:rsidRDefault="0092245F" w:rsidP="0092245F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eastAsia="Times New Roman" w:cs="Times New Roman"/>
          <w:szCs w:val="28"/>
          <w:lang w:val="ru-RU" w:eastAsia="ru-RU"/>
        </w:rPr>
      </w:pPr>
      <w:r w:rsidRPr="0092245F">
        <w:rPr>
          <w:rFonts w:eastAsia="Times New Roman" w:cs="Times New Roman"/>
          <w:szCs w:val="28"/>
          <w:lang w:val="ru-RU" w:eastAsia="ru-RU"/>
        </w:rPr>
        <w:t xml:space="preserve">зерно, </w:t>
      </w:r>
      <w:proofErr w:type="spellStart"/>
      <w:r w:rsidRPr="0092245F">
        <w:rPr>
          <w:rFonts w:eastAsia="Times New Roman" w:cs="Times New Roman"/>
          <w:szCs w:val="28"/>
          <w:lang w:val="ru-RU" w:eastAsia="ru-RU"/>
        </w:rPr>
        <w:t>уражене</w:t>
      </w:r>
      <w:proofErr w:type="spellEnd"/>
      <w:r w:rsidRPr="0092245F">
        <w:rPr>
          <w:rFonts w:eastAsia="Times New Roman" w:cs="Times New Roman"/>
          <w:szCs w:val="28"/>
          <w:lang w:val="ru-RU" w:eastAsia="ru-RU"/>
        </w:rPr>
        <w:t xml:space="preserve"> </w:t>
      </w:r>
      <w:proofErr w:type="spellStart"/>
      <w:r w:rsidRPr="0092245F">
        <w:rPr>
          <w:rFonts w:eastAsia="Times New Roman" w:cs="Times New Roman"/>
          <w:szCs w:val="28"/>
          <w:lang w:val="ru-RU" w:eastAsia="ru-RU"/>
        </w:rPr>
        <w:t>грибковими</w:t>
      </w:r>
      <w:proofErr w:type="spellEnd"/>
      <w:r w:rsidRPr="0092245F">
        <w:rPr>
          <w:rFonts w:eastAsia="Times New Roman" w:cs="Times New Roman"/>
          <w:szCs w:val="28"/>
          <w:lang w:val="ru-RU" w:eastAsia="ru-RU"/>
        </w:rPr>
        <w:t xml:space="preserve"> </w:t>
      </w:r>
      <w:proofErr w:type="gramStart"/>
      <w:r w:rsidRPr="0092245F">
        <w:rPr>
          <w:rFonts w:eastAsia="Times New Roman" w:cs="Times New Roman"/>
          <w:szCs w:val="28"/>
          <w:lang w:val="ru-RU" w:eastAsia="ru-RU"/>
        </w:rPr>
        <w:t>хворобами</w:t>
      </w:r>
      <w:proofErr w:type="gramEnd"/>
      <w:r w:rsidRPr="0092245F">
        <w:rPr>
          <w:rFonts w:eastAsia="Times New Roman" w:cs="Times New Roman"/>
          <w:szCs w:val="28"/>
          <w:lang w:val="ru-RU" w:eastAsia="ru-RU"/>
        </w:rPr>
        <w:t xml:space="preserve"> (</w:t>
      </w:r>
      <w:proofErr w:type="spellStart"/>
      <w:r w:rsidRPr="0092245F">
        <w:rPr>
          <w:rFonts w:eastAsia="Times New Roman" w:cs="Times New Roman"/>
          <w:szCs w:val="28"/>
          <w:lang w:val="ru-RU" w:eastAsia="ru-RU"/>
        </w:rPr>
        <w:t>фузаріоз</w:t>
      </w:r>
      <w:proofErr w:type="spellEnd"/>
      <w:r w:rsidRPr="0092245F">
        <w:rPr>
          <w:rFonts w:eastAsia="Times New Roman" w:cs="Times New Roman"/>
          <w:szCs w:val="28"/>
          <w:lang w:val="ru-RU" w:eastAsia="ru-RU"/>
        </w:rPr>
        <w:t>, головня);</w:t>
      </w:r>
    </w:p>
    <w:p w:rsidR="0092245F" w:rsidRPr="0092245F" w:rsidRDefault="0092245F" w:rsidP="0092245F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eastAsia="Times New Roman" w:cs="Times New Roman"/>
          <w:szCs w:val="28"/>
          <w:lang w:val="ru-RU" w:eastAsia="ru-RU"/>
        </w:rPr>
      </w:pPr>
      <w:proofErr w:type="spellStart"/>
      <w:r w:rsidRPr="0092245F">
        <w:rPr>
          <w:rFonts w:eastAsia="Times New Roman" w:cs="Times New Roman"/>
          <w:szCs w:val="28"/>
          <w:lang w:val="ru-RU" w:eastAsia="ru-RU"/>
        </w:rPr>
        <w:t>пошкоджене</w:t>
      </w:r>
      <w:proofErr w:type="spellEnd"/>
      <w:r w:rsidRPr="0092245F">
        <w:rPr>
          <w:rFonts w:eastAsia="Times New Roman" w:cs="Times New Roman"/>
          <w:szCs w:val="28"/>
          <w:lang w:val="ru-RU" w:eastAsia="ru-RU"/>
        </w:rPr>
        <w:t xml:space="preserve"> </w:t>
      </w:r>
      <w:proofErr w:type="spellStart"/>
      <w:r w:rsidRPr="0092245F">
        <w:rPr>
          <w:rFonts w:eastAsia="Times New Roman" w:cs="Times New Roman"/>
          <w:szCs w:val="28"/>
          <w:lang w:val="ru-RU" w:eastAsia="ru-RU"/>
        </w:rPr>
        <w:t>шкідниками</w:t>
      </w:r>
      <w:proofErr w:type="spellEnd"/>
      <w:r w:rsidRPr="0092245F">
        <w:rPr>
          <w:rFonts w:eastAsia="Times New Roman" w:cs="Times New Roman"/>
          <w:szCs w:val="28"/>
          <w:lang w:val="ru-RU" w:eastAsia="ru-RU"/>
        </w:rPr>
        <w:t xml:space="preserve"> зерно;</w:t>
      </w:r>
    </w:p>
    <w:p w:rsidR="0092245F" w:rsidRPr="0092245F" w:rsidRDefault="0092245F" w:rsidP="0092245F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eastAsia="Times New Roman" w:cs="Times New Roman"/>
          <w:szCs w:val="28"/>
          <w:lang w:val="ru-RU" w:eastAsia="ru-RU"/>
        </w:rPr>
      </w:pPr>
      <w:proofErr w:type="spellStart"/>
      <w:r w:rsidRPr="0092245F">
        <w:rPr>
          <w:rFonts w:eastAsia="Times New Roman" w:cs="Times New Roman"/>
          <w:szCs w:val="28"/>
          <w:lang w:val="ru-RU" w:eastAsia="ru-RU"/>
        </w:rPr>
        <w:t>частини</w:t>
      </w:r>
      <w:proofErr w:type="spellEnd"/>
      <w:r w:rsidRPr="0092245F">
        <w:rPr>
          <w:rFonts w:eastAsia="Times New Roman" w:cs="Times New Roman"/>
          <w:szCs w:val="28"/>
          <w:lang w:val="ru-RU" w:eastAsia="ru-RU"/>
        </w:rPr>
        <w:t xml:space="preserve"> </w:t>
      </w:r>
      <w:proofErr w:type="spellStart"/>
      <w:r w:rsidRPr="0092245F">
        <w:rPr>
          <w:rFonts w:eastAsia="Times New Roman" w:cs="Times New Roman"/>
          <w:szCs w:val="28"/>
          <w:lang w:val="ru-RU" w:eastAsia="ru-RU"/>
        </w:rPr>
        <w:t>рослин</w:t>
      </w:r>
      <w:proofErr w:type="spellEnd"/>
      <w:r w:rsidRPr="0092245F">
        <w:rPr>
          <w:rFonts w:eastAsia="Times New Roman" w:cs="Times New Roman"/>
          <w:szCs w:val="28"/>
          <w:lang w:val="ru-RU" w:eastAsia="ru-RU"/>
        </w:rPr>
        <w:t xml:space="preserve">, </w:t>
      </w:r>
      <w:proofErr w:type="spellStart"/>
      <w:r w:rsidRPr="0092245F">
        <w:rPr>
          <w:rFonts w:eastAsia="Times New Roman" w:cs="Times New Roman"/>
          <w:szCs w:val="28"/>
          <w:lang w:val="ru-RU" w:eastAsia="ru-RU"/>
        </w:rPr>
        <w:t>що</w:t>
      </w:r>
      <w:proofErr w:type="spellEnd"/>
      <w:r w:rsidRPr="0092245F">
        <w:rPr>
          <w:rFonts w:eastAsia="Times New Roman" w:cs="Times New Roman"/>
          <w:szCs w:val="28"/>
          <w:lang w:val="ru-RU" w:eastAsia="ru-RU"/>
        </w:rPr>
        <w:t xml:space="preserve"> </w:t>
      </w:r>
      <w:proofErr w:type="spellStart"/>
      <w:r w:rsidRPr="0092245F">
        <w:rPr>
          <w:rFonts w:eastAsia="Times New Roman" w:cs="Times New Roman"/>
          <w:szCs w:val="28"/>
          <w:lang w:val="ru-RU" w:eastAsia="ru-RU"/>
        </w:rPr>
        <w:t>містять</w:t>
      </w:r>
      <w:proofErr w:type="spellEnd"/>
      <w:r w:rsidRPr="0092245F">
        <w:rPr>
          <w:rFonts w:eastAsia="Times New Roman" w:cs="Times New Roman"/>
          <w:szCs w:val="28"/>
          <w:lang w:val="ru-RU" w:eastAsia="ru-RU"/>
        </w:rPr>
        <w:t xml:space="preserve"> </w:t>
      </w:r>
      <w:proofErr w:type="spellStart"/>
      <w:r w:rsidRPr="0092245F">
        <w:rPr>
          <w:rFonts w:eastAsia="Times New Roman" w:cs="Times New Roman"/>
          <w:szCs w:val="28"/>
          <w:lang w:val="ru-RU" w:eastAsia="ru-RU"/>
        </w:rPr>
        <w:t>токсичні</w:t>
      </w:r>
      <w:proofErr w:type="spellEnd"/>
      <w:r w:rsidRPr="0092245F">
        <w:rPr>
          <w:rFonts w:eastAsia="Times New Roman" w:cs="Times New Roman"/>
          <w:szCs w:val="28"/>
          <w:lang w:val="ru-RU" w:eastAsia="ru-RU"/>
        </w:rPr>
        <w:t xml:space="preserve"> </w:t>
      </w:r>
      <w:proofErr w:type="spellStart"/>
      <w:r w:rsidRPr="0092245F">
        <w:rPr>
          <w:rFonts w:eastAsia="Times New Roman" w:cs="Times New Roman"/>
          <w:szCs w:val="28"/>
          <w:lang w:val="ru-RU" w:eastAsia="ru-RU"/>
        </w:rPr>
        <w:t>речовини</w:t>
      </w:r>
      <w:proofErr w:type="spellEnd"/>
      <w:r w:rsidRPr="0092245F">
        <w:rPr>
          <w:rFonts w:eastAsia="Times New Roman" w:cs="Times New Roman"/>
          <w:szCs w:val="28"/>
          <w:lang w:val="ru-RU" w:eastAsia="ru-RU"/>
        </w:rPr>
        <w:t>.</w:t>
      </w:r>
    </w:p>
    <w:p w:rsidR="00B16A46" w:rsidRPr="0092245F" w:rsidRDefault="0092245F" w:rsidP="0092245F">
      <w:pPr>
        <w:spacing w:before="100" w:beforeAutospacing="1" w:after="100" w:afterAutospacing="1" w:line="240" w:lineRule="auto"/>
        <w:rPr>
          <w:rFonts w:eastAsia="Times New Roman" w:cs="Times New Roman"/>
          <w:szCs w:val="28"/>
          <w:lang w:val="ru-RU" w:eastAsia="ru-RU"/>
        </w:rPr>
      </w:pPr>
      <w:proofErr w:type="spellStart"/>
      <w:r w:rsidRPr="0092245F">
        <w:rPr>
          <w:rFonts w:eastAsia="Times New Roman" w:cs="Times New Roman"/>
          <w:szCs w:val="28"/>
          <w:lang w:val="ru-RU" w:eastAsia="ru-RU"/>
        </w:rPr>
        <w:t>Шкідливі</w:t>
      </w:r>
      <w:proofErr w:type="spellEnd"/>
      <w:r w:rsidRPr="0092245F">
        <w:rPr>
          <w:rFonts w:eastAsia="Times New Roman" w:cs="Times New Roman"/>
          <w:szCs w:val="28"/>
          <w:lang w:val="ru-RU" w:eastAsia="ru-RU"/>
        </w:rPr>
        <w:t xml:space="preserve"> </w:t>
      </w:r>
      <w:proofErr w:type="spellStart"/>
      <w:r w:rsidRPr="0092245F">
        <w:rPr>
          <w:rFonts w:eastAsia="Times New Roman" w:cs="Times New Roman"/>
          <w:szCs w:val="28"/>
          <w:lang w:val="ru-RU" w:eastAsia="ru-RU"/>
        </w:rPr>
        <w:t>домішки</w:t>
      </w:r>
      <w:proofErr w:type="spellEnd"/>
      <w:r w:rsidRPr="0092245F">
        <w:rPr>
          <w:rFonts w:eastAsia="Times New Roman" w:cs="Times New Roman"/>
          <w:szCs w:val="28"/>
          <w:lang w:val="ru-RU" w:eastAsia="ru-RU"/>
        </w:rPr>
        <w:t xml:space="preserve"> </w:t>
      </w:r>
      <w:proofErr w:type="spellStart"/>
      <w:r w:rsidRPr="0092245F">
        <w:rPr>
          <w:rFonts w:eastAsia="Times New Roman" w:cs="Times New Roman"/>
          <w:szCs w:val="28"/>
          <w:lang w:val="ru-RU" w:eastAsia="ru-RU"/>
        </w:rPr>
        <w:t>небезпечні</w:t>
      </w:r>
      <w:proofErr w:type="spellEnd"/>
      <w:r w:rsidRPr="0092245F">
        <w:rPr>
          <w:rFonts w:eastAsia="Times New Roman" w:cs="Times New Roman"/>
          <w:szCs w:val="28"/>
          <w:lang w:val="ru-RU" w:eastAsia="ru-RU"/>
        </w:rPr>
        <w:t xml:space="preserve"> для </w:t>
      </w:r>
      <w:proofErr w:type="spellStart"/>
      <w:r w:rsidRPr="0092245F">
        <w:rPr>
          <w:rFonts w:eastAsia="Times New Roman" w:cs="Times New Roman"/>
          <w:szCs w:val="28"/>
          <w:lang w:val="ru-RU" w:eastAsia="ru-RU"/>
        </w:rPr>
        <w:t>здоров’я</w:t>
      </w:r>
      <w:proofErr w:type="spellEnd"/>
      <w:r w:rsidRPr="0092245F">
        <w:rPr>
          <w:rFonts w:eastAsia="Times New Roman" w:cs="Times New Roman"/>
          <w:szCs w:val="28"/>
          <w:lang w:val="ru-RU" w:eastAsia="ru-RU"/>
        </w:rPr>
        <w:t xml:space="preserve"> </w:t>
      </w:r>
      <w:proofErr w:type="spellStart"/>
      <w:r w:rsidRPr="0092245F">
        <w:rPr>
          <w:rFonts w:eastAsia="Times New Roman" w:cs="Times New Roman"/>
          <w:szCs w:val="28"/>
          <w:lang w:val="ru-RU" w:eastAsia="ru-RU"/>
        </w:rPr>
        <w:t>людини</w:t>
      </w:r>
      <w:proofErr w:type="spellEnd"/>
      <w:r w:rsidRPr="0092245F">
        <w:rPr>
          <w:rFonts w:eastAsia="Times New Roman" w:cs="Times New Roman"/>
          <w:szCs w:val="28"/>
          <w:lang w:val="ru-RU" w:eastAsia="ru-RU"/>
        </w:rPr>
        <w:t xml:space="preserve"> та </w:t>
      </w:r>
      <w:proofErr w:type="spellStart"/>
      <w:r w:rsidRPr="0092245F">
        <w:rPr>
          <w:rFonts w:eastAsia="Times New Roman" w:cs="Times New Roman"/>
          <w:szCs w:val="28"/>
          <w:lang w:val="ru-RU" w:eastAsia="ru-RU"/>
        </w:rPr>
        <w:t>тварин</w:t>
      </w:r>
      <w:proofErr w:type="spellEnd"/>
      <w:r w:rsidRPr="0092245F">
        <w:rPr>
          <w:rFonts w:eastAsia="Times New Roman" w:cs="Times New Roman"/>
          <w:szCs w:val="28"/>
          <w:lang w:val="ru-RU" w:eastAsia="ru-RU"/>
        </w:rPr>
        <w:t xml:space="preserve">, </w:t>
      </w:r>
      <w:proofErr w:type="spellStart"/>
      <w:r w:rsidRPr="0092245F">
        <w:rPr>
          <w:rFonts w:eastAsia="Times New Roman" w:cs="Times New Roman"/>
          <w:szCs w:val="28"/>
          <w:lang w:val="ru-RU" w:eastAsia="ru-RU"/>
        </w:rPr>
        <w:t>погіршують</w:t>
      </w:r>
      <w:proofErr w:type="spellEnd"/>
      <w:r w:rsidRPr="0092245F">
        <w:rPr>
          <w:rFonts w:eastAsia="Times New Roman" w:cs="Times New Roman"/>
          <w:szCs w:val="28"/>
          <w:lang w:val="ru-RU" w:eastAsia="ru-RU"/>
        </w:rPr>
        <w:t xml:space="preserve"> </w:t>
      </w:r>
      <w:proofErr w:type="spellStart"/>
      <w:r w:rsidRPr="0092245F">
        <w:rPr>
          <w:rFonts w:eastAsia="Times New Roman" w:cs="Times New Roman"/>
          <w:szCs w:val="28"/>
          <w:lang w:val="ru-RU" w:eastAsia="ru-RU"/>
        </w:rPr>
        <w:t>якість</w:t>
      </w:r>
      <w:proofErr w:type="spellEnd"/>
      <w:r w:rsidRPr="0092245F">
        <w:rPr>
          <w:rFonts w:eastAsia="Times New Roman" w:cs="Times New Roman"/>
          <w:szCs w:val="28"/>
          <w:lang w:val="ru-RU" w:eastAsia="ru-RU"/>
        </w:rPr>
        <w:t xml:space="preserve"> </w:t>
      </w:r>
      <w:proofErr w:type="spellStart"/>
      <w:r w:rsidRPr="0092245F">
        <w:rPr>
          <w:rFonts w:eastAsia="Times New Roman" w:cs="Times New Roman"/>
          <w:szCs w:val="28"/>
          <w:lang w:val="ru-RU" w:eastAsia="ru-RU"/>
        </w:rPr>
        <w:t>борошна</w:t>
      </w:r>
      <w:proofErr w:type="spellEnd"/>
      <w:r w:rsidRPr="0092245F">
        <w:rPr>
          <w:rFonts w:eastAsia="Times New Roman" w:cs="Times New Roman"/>
          <w:szCs w:val="28"/>
          <w:lang w:val="ru-RU" w:eastAsia="ru-RU"/>
        </w:rPr>
        <w:t xml:space="preserve"> і </w:t>
      </w:r>
      <w:proofErr w:type="spellStart"/>
      <w:r w:rsidRPr="0092245F">
        <w:rPr>
          <w:rFonts w:eastAsia="Times New Roman" w:cs="Times New Roman"/>
          <w:szCs w:val="28"/>
          <w:lang w:val="ru-RU" w:eastAsia="ru-RU"/>
        </w:rPr>
        <w:t>продуктів</w:t>
      </w:r>
      <w:proofErr w:type="spellEnd"/>
      <w:r w:rsidRPr="0092245F">
        <w:rPr>
          <w:rFonts w:eastAsia="Times New Roman" w:cs="Times New Roman"/>
          <w:szCs w:val="28"/>
          <w:lang w:val="ru-RU" w:eastAsia="ru-RU"/>
        </w:rPr>
        <w:t xml:space="preserve"> </w:t>
      </w:r>
      <w:proofErr w:type="spellStart"/>
      <w:r w:rsidRPr="0092245F">
        <w:rPr>
          <w:rFonts w:eastAsia="Times New Roman" w:cs="Times New Roman"/>
          <w:szCs w:val="28"/>
          <w:lang w:val="ru-RU" w:eastAsia="ru-RU"/>
        </w:rPr>
        <w:t>переробки</w:t>
      </w:r>
      <w:proofErr w:type="spellEnd"/>
      <w:r w:rsidRPr="0092245F">
        <w:rPr>
          <w:rFonts w:eastAsia="Times New Roman" w:cs="Times New Roman"/>
          <w:szCs w:val="28"/>
          <w:lang w:val="ru-RU" w:eastAsia="ru-RU"/>
        </w:rPr>
        <w:t xml:space="preserve">, тому </w:t>
      </w:r>
      <w:proofErr w:type="spellStart"/>
      <w:r w:rsidRPr="0092245F">
        <w:rPr>
          <w:rFonts w:eastAsia="Times New Roman" w:cs="Times New Roman"/>
          <w:szCs w:val="28"/>
          <w:lang w:val="ru-RU" w:eastAsia="ru-RU"/>
        </w:rPr>
        <w:t>їх</w:t>
      </w:r>
      <w:proofErr w:type="spellEnd"/>
      <w:r w:rsidRPr="0092245F">
        <w:rPr>
          <w:rFonts w:eastAsia="Times New Roman" w:cs="Times New Roman"/>
          <w:szCs w:val="28"/>
          <w:lang w:val="ru-RU" w:eastAsia="ru-RU"/>
        </w:rPr>
        <w:t xml:space="preserve"> </w:t>
      </w:r>
      <w:proofErr w:type="spellStart"/>
      <w:r w:rsidRPr="0092245F">
        <w:rPr>
          <w:rFonts w:eastAsia="Times New Roman" w:cs="Times New Roman"/>
          <w:szCs w:val="28"/>
          <w:lang w:val="ru-RU" w:eastAsia="ru-RU"/>
        </w:rPr>
        <w:t>вмі</w:t>
      </w:r>
      <w:proofErr w:type="gramStart"/>
      <w:r w:rsidRPr="0092245F">
        <w:rPr>
          <w:rFonts w:eastAsia="Times New Roman" w:cs="Times New Roman"/>
          <w:szCs w:val="28"/>
          <w:lang w:val="ru-RU" w:eastAsia="ru-RU"/>
        </w:rPr>
        <w:t>ст</w:t>
      </w:r>
      <w:proofErr w:type="spellEnd"/>
      <w:proofErr w:type="gramEnd"/>
      <w:r w:rsidRPr="0092245F">
        <w:rPr>
          <w:rFonts w:eastAsia="Times New Roman" w:cs="Times New Roman"/>
          <w:szCs w:val="28"/>
          <w:lang w:val="ru-RU" w:eastAsia="ru-RU"/>
        </w:rPr>
        <w:t xml:space="preserve"> </w:t>
      </w:r>
      <w:proofErr w:type="spellStart"/>
      <w:r w:rsidRPr="0092245F">
        <w:rPr>
          <w:rFonts w:eastAsia="Times New Roman" w:cs="Times New Roman"/>
          <w:szCs w:val="28"/>
          <w:lang w:val="ru-RU" w:eastAsia="ru-RU"/>
        </w:rPr>
        <w:t>суворо</w:t>
      </w:r>
      <w:proofErr w:type="spellEnd"/>
      <w:r w:rsidRPr="0092245F">
        <w:rPr>
          <w:rFonts w:eastAsia="Times New Roman" w:cs="Times New Roman"/>
          <w:szCs w:val="28"/>
          <w:lang w:val="ru-RU" w:eastAsia="ru-RU"/>
        </w:rPr>
        <w:t xml:space="preserve"> </w:t>
      </w:r>
      <w:proofErr w:type="spellStart"/>
      <w:r w:rsidRPr="0092245F">
        <w:rPr>
          <w:rFonts w:eastAsia="Times New Roman" w:cs="Times New Roman"/>
          <w:szCs w:val="28"/>
          <w:lang w:val="ru-RU" w:eastAsia="ru-RU"/>
        </w:rPr>
        <w:t>нормується</w:t>
      </w:r>
      <w:proofErr w:type="spellEnd"/>
      <w:r w:rsidRPr="0092245F">
        <w:rPr>
          <w:rFonts w:eastAsia="Times New Roman" w:cs="Times New Roman"/>
          <w:szCs w:val="28"/>
          <w:lang w:val="ru-RU" w:eastAsia="ru-RU"/>
        </w:rPr>
        <w:t xml:space="preserve"> стандартами.</w:t>
      </w:r>
    </w:p>
    <w:p w:rsidR="0092245F" w:rsidRPr="0092245F" w:rsidRDefault="00194C9C" w:rsidP="0092245F">
      <w:pPr>
        <w:pStyle w:val="aff8"/>
        <w:rPr>
          <w:sz w:val="28"/>
          <w:szCs w:val="28"/>
        </w:rPr>
      </w:pPr>
      <w:r w:rsidRPr="0092245F">
        <w:rPr>
          <w:b/>
          <w:sz w:val="28"/>
          <w:szCs w:val="28"/>
        </w:rPr>
        <w:t xml:space="preserve">4. </w:t>
      </w:r>
      <w:proofErr w:type="spellStart"/>
      <w:r w:rsidRPr="0092245F">
        <w:rPr>
          <w:b/>
          <w:sz w:val="28"/>
          <w:szCs w:val="28"/>
        </w:rPr>
        <w:t>Які</w:t>
      </w:r>
      <w:proofErr w:type="spellEnd"/>
      <w:r w:rsidRPr="0092245F">
        <w:rPr>
          <w:b/>
          <w:sz w:val="28"/>
          <w:szCs w:val="28"/>
        </w:rPr>
        <w:t xml:space="preserve"> </w:t>
      </w:r>
      <w:proofErr w:type="spellStart"/>
      <w:r w:rsidRPr="0092245F">
        <w:rPr>
          <w:b/>
          <w:sz w:val="28"/>
          <w:szCs w:val="28"/>
        </w:rPr>
        <w:t>особливості</w:t>
      </w:r>
      <w:proofErr w:type="spellEnd"/>
      <w:r w:rsidRPr="0092245F">
        <w:rPr>
          <w:b/>
          <w:sz w:val="28"/>
          <w:szCs w:val="28"/>
        </w:rPr>
        <w:t xml:space="preserve"> </w:t>
      </w:r>
      <w:proofErr w:type="spellStart"/>
      <w:r w:rsidRPr="0092245F">
        <w:rPr>
          <w:b/>
          <w:sz w:val="28"/>
          <w:szCs w:val="28"/>
        </w:rPr>
        <w:t>зберігання</w:t>
      </w:r>
      <w:proofErr w:type="spellEnd"/>
      <w:r w:rsidRPr="0092245F">
        <w:rPr>
          <w:b/>
          <w:sz w:val="28"/>
          <w:szCs w:val="28"/>
        </w:rPr>
        <w:t xml:space="preserve"> </w:t>
      </w:r>
      <w:proofErr w:type="spellStart"/>
      <w:r w:rsidRPr="0092245F">
        <w:rPr>
          <w:b/>
          <w:sz w:val="28"/>
          <w:szCs w:val="28"/>
        </w:rPr>
        <w:t>насіння</w:t>
      </w:r>
      <w:proofErr w:type="spellEnd"/>
      <w:r w:rsidRPr="0092245F">
        <w:rPr>
          <w:b/>
          <w:sz w:val="28"/>
          <w:szCs w:val="28"/>
        </w:rPr>
        <w:t xml:space="preserve"> </w:t>
      </w:r>
      <w:proofErr w:type="spellStart"/>
      <w:r w:rsidRPr="0092245F">
        <w:rPr>
          <w:b/>
          <w:sz w:val="28"/>
          <w:szCs w:val="28"/>
        </w:rPr>
        <w:t>олійних</w:t>
      </w:r>
      <w:proofErr w:type="spellEnd"/>
      <w:r w:rsidRPr="0092245F">
        <w:rPr>
          <w:b/>
          <w:sz w:val="28"/>
          <w:szCs w:val="28"/>
        </w:rPr>
        <w:t xml:space="preserve"> культур?</w:t>
      </w:r>
      <w:r w:rsidR="0092245F" w:rsidRPr="0092245F">
        <w:rPr>
          <w:sz w:val="28"/>
          <w:szCs w:val="28"/>
        </w:rPr>
        <w:br/>
      </w:r>
      <w:proofErr w:type="spellStart"/>
      <w:r w:rsidR="0092245F" w:rsidRPr="0092245F">
        <w:rPr>
          <w:sz w:val="28"/>
          <w:szCs w:val="28"/>
        </w:rPr>
        <w:t>Насіння</w:t>
      </w:r>
      <w:proofErr w:type="spellEnd"/>
      <w:r w:rsidR="0092245F" w:rsidRPr="0092245F">
        <w:rPr>
          <w:sz w:val="28"/>
          <w:szCs w:val="28"/>
        </w:rPr>
        <w:t xml:space="preserve"> </w:t>
      </w:r>
      <w:proofErr w:type="spellStart"/>
      <w:r w:rsidR="0092245F" w:rsidRPr="0092245F">
        <w:rPr>
          <w:sz w:val="28"/>
          <w:szCs w:val="28"/>
        </w:rPr>
        <w:t>олійних</w:t>
      </w:r>
      <w:proofErr w:type="spellEnd"/>
      <w:r w:rsidR="0092245F" w:rsidRPr="0092245F">
        <w:rPr>
          <w:sz w:val="28"/>
          <w:szCs w:val="28"/>
        </w:rPr>
        <w:t xml:space="preserve"> культур (</w:t>
      </w:r>
      <w:proofErr w:type="spellStart"/>
      <w:r w:rsidR="0092245F" w:rsidRPr="0092245F">
        <w:rPr>
          <w:sz w:val="28"/>
          <w:szCs w:val="28"/>
        </w:rPr>
        <w:t>соняшник</w:t>
      </w:r>
      <w:proofErr w:type="spellEnd"/>
      <w:r w:rsidR="0092245F" w:rsidRPr="0092245F">
        <w:rPr>
          <w:sz w:val="28"/>
          <w:szCs w:val="28"/>
        </w:rPr>
        <w:t xml:space="preserve">, соя, </w:t>
      </w:r>
      <w:proofErr w:type="spellStart"/>
      <w:proofErr w:type="gramStart"/>
      <w:r w:rsidR="0092245F" w:rsidRPr="0092245F">
        <w:rPr>
          <w:sz w:val="28"/>
          <w:szCs w:val="28"/>
        </w:rPr>
        <w:t>р</w:t>
      </w:r>
      <w:proofErr w:type="gramEnd"/>
      <w:r w:rsidR="0092245F" w:rsidRPr="0092245F">
        <w:rPr>
          <w:sz w:val="28"/>
          <w:szCs w:val="28"/>
        </w:rPr>
        <w:t>іпак</w:t>
      </w:r>
      <w:proofErr w:type="spellEnd"/>
      <w:r w:rsidR="0092245F" w:rsidRPr="0092245F">
        <w:rPr>
          <w:sz w:val="28"/>
          <w:szCs w:val="28"/>
        </w:rPr>
        <w:t xml:space="preserve"> </w:t>
      </w:r>
      <w:proofErr w:type="spellStart"/>
      <w:r w:rsidR="0092245F" w:rsidRPr="0092245F">
        <w:rPr>
          <w:sz w:val="28"/>
          <w:szCs w:val="28"/>
        </w:rPr>
        <w:t>тощо</w:t>
      </w:r>
      <w:proofErr w:type="spellEnd"/>
      <w:r w:rsidR="0092245F" w:rsidRPr="0092245F">
        <w:rPr>
          <w:sz w:val="28"/>
          <w:szCs w:val="28"/>
        </w:rPr>
        <w:t xml:space="preserve">) </w:t>
      </w:r>
      <w:proofErr w:type="spellStart"/>
      <w:r w:rsidR="0092245F" w:rsidRPr="0092245F">
        <w:rPr>
          <w:sz w:val="28"/>
          <w:szCs w:val="28"/>
        </w:rPr>
        <w:t>має</w:t>
      </w:r>
      <w:proofErr w:type="spellEnd"/>
      <w:r w:rsidR="0092245F" w:rsidRPr="0092245F">
        <w:rPr>
          <w:sz w:val="28"/>
          <w:szCs w:val="28"/>
        </w:rPr>
        <w:t xml:space="preserve"> </w:t>
      </w:r>
      <w:proofErr w:type="spellStart"/>
      <w:r w:rsidR="0092245F" w:rsidRPr="0092245F">
        <w:rPr>
          <w:sz w:val="28"/>
          <w:szCs w:val="28"/>
        </w:rPr>
        <w:t>підвищений</w:t>
      </w:r>
      <w:proofErr w:type="spellEnd"/>
      <w:r w:rsidR="0092245F" w:rsidRPr="0092245F">
        <w:rPr>
          <w:sz w:val="28"/>
          <w:szCs w:val="28"/>
        </w:rPr>
        <w:t xml:space="preserve"> </w:t>
      </w:r>
      <w:proofErr w:type="spellStart"/>
      <w:r w:rsidR="0092245F" w:rsidRPr="0092245F">
        <w:rPr>
          <w:sz w:val="28"/>
          <w:szCs w:val="28"/>
        </w:rPr>
        <w:t>вміст</w:t>
      </w:r>
      <w:proofErr w:type="spellEnd"/>
      <w:r w:rsidR="0092245F" w:rsidRPr="0092245F">
        <w:rPr>
          <w:sz w:val="28"/>
          <w:szCs w:val="28"/>
        </w:rPr>
        <w:t xml:space="preserve"> жиру, тому є </w:t>
      </w:r>
      <w:proofErr w:type="spellStart"/>
      <w:r w:rsidR="0092245F" w:rsidRPr="0092245F">
        <w:rPr>
          <w:sz w:val="28"/>
          <w:szCs w:val="28"/>
        </w:rPr>
        <w:t>більш</w:t>
      </w:r>
      <w:proofErr w:type="spellEnd"/>
      <w:r w:rsidR="0092245F" w:rsidRPr="0092245F">
        <w:rPr>
          <w:sz w:val="28"/>
          <w:szCs w:val="28"/>
        </w:rPr>
        <w:t xml:space="preserve"> </w:t>
      </w:r>
      <w:proofErr w:type="spellStart"/>
      <w:r w:rsidR="0092245F" w:rsidRPr="0092245F">
        <w:rPr>
          <w:sz w:val="28"/>
          <w:szCs w:val="28"/>
        </w:rPr>
        <w:t>чутливим</w:t>
      </w:r>
      <w:proofErr w:type="spellEnd"/>
      <w:r w:rsidR="0092245F" w:rsidRPr="0092245F">
        <w:rPr>
          <w:sz w:val="28"/>
          <w:szCs w:val="28"/>
        </w:rPr>
        <w:t xml:space="preserve"> до </w:t>
      </w:r>
      <w:proofErr w:type="spellStart"/>
      <w:r w:rsidR="0092245F" w:rsidRPr="0092245F">
        <w:rPr>
          <w:sz w:val="28"/>
          <w:szCs w:val="28"/>
        </w:rPr>
        <w:t>температури</w:t>
      </w:r>
      <w:proofErr w:type="spellEnd"/>
      <w:r w:rsidR="0092245F" w:rsidRPr="0092245F">
        <w:rPr>
          <w:sz w:val="28"/>
          <w:szCs w:val="28"/>
        </w:rPr>
        <w:t xml:space="preserve"> та </w:t>
      </w:r>
      <w:proofErr w:type="spellStart"/>
      <w:r w:rsidR="0092245F" w:rsidRPr="0092245F">
        <w:rPr>
          <w:sz w:val="28"/>
          <w:szCs w:val="28"/>
        </w:rPr>
        <w:t>вологості</w:t>
      </w:r>
      <w:proofErr w:type="spellEnd"/>
      <w:r w:rsidR="0092245F" w:rsidRPr="0092245F">
        <w:rPr>
          <w:sz w:val="28"/>
          <w:szCs w:val="28"/>
        </w:rPr>
        <w:t>.</w:t>
      </w:r>
      <w:r w:rsidR="0092245F">
        <w:rPr>
          <w:sz w:val="28"/>
          <w:szCs w:val="28"/>
          <w:lang w:val="uk-UA"/>
        </w:rPr>
        <w:br/>
      </w:r>
      <w:proofErr w:type="spellStart"/>
      <w:r w:rsidR="0092245F" w:rsidRPr="0092245F">
        <w:rPr>
          <w:sz w:val="28"/>
          <w:szCs w:val="28"/>
        </w:rPr>
        <w:t>Основні</w:t>
      </w:r>
      <w:proofErr w:type="spellEnd"/>
      <w:r w:rsidR="0092245F" w:rsidRPr="0092245F">
        <w:rPr>
          <w:sz w:val="28"/>
          <w:szCs w:val="28"/>
        </w:rPr>
        <w:t xml:space="preserve"> </w:t>
      </w:r>
      <w:proofErr w:type="spellStart"/>
      <w:r w:rsidR="0092245F" w:rsidRPr="0092245F">
        <w:rPr>
          <w:sz w:val="28"/>
          <w:szCs w:val="28"/>
        </w:rPr>
        <w:t>особливості</w:t>
      </w:r>
      <w:proofErr w:type="spellEnd"/>
      <w:r w:rsidR="0092245F" w:rsidRPr="0092245F">
        <w:rPr>
          <w:sz w:val="28"/>
          <w:szCs w:val="28"/>
        </w:rPr>
        <w:t xml:space="preserve"> </w:t>
      </w:r>
      <w:proofErr w:type="spellStart"/>
      <w:r w:rsidR="0092245F" w:rsidRPr="0092245F">
        <w:rPr>
          <w:sz w:val="28"/>
          <w:szCs w:val="28"/>
        </w:rPr>
        <w:t>зберігання</w:t>
      </w:r>
      <w:proofErr w:type="spellEnd"/>
      <w:r w:rsidR="0092245F" w:rsidRPr="0092245F">
        <w:rPr>
          <w:sz w:val="28"/>
          <w:szCs w:val="28"/>
        </w:rPr>
        <w:t>:</w:t>
      </w:r>
    </w:p>
    <w:p w:rsidR="0092245F" w:rsidRPr="0092245F" w:rsidRDefault="0092245F" w:rsidP="0092245F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eastAsia="Times New Roman" w:cs="Times New Roman"/>
          <w:szCs w:val="28"/>
          <w:lang w:val="ru-RU" w:eastAsia="ru-RU"/>
        </w:rPr>
      </w:pPr>
      <w:proofErr w:type="spellStart"/>
      <w:r w:rsidRPr="0092245F">
        <w:rPr>
          <w:rFonts w:eastAsia="Times New Roman" w:cs="Times New Roman"/>
          <w:szCs w:val="28"/>
          <w:lang w:val="ru-RU" w:eastAsia="ru-RU"/>
        </w:rPr>
        <w:t>зберігають</w:t>
      </w:r>
      <w:proofErr w:type="spellEnd"/>
      <w:r w:rsidRPr="0092245F">
        <w:rPr>
          <w:rFonts w:eastAsia="Times New Roman" w:cs="Times New Roman"/>
          <w:szCs w:val="28"/>
          <w:lang w:val="ru-RU" w:eastAsia="ru-RU"/>
        </w:rPr>
        <w:t xml:space="preserve"> при </w:t>
      </w:r>
      <w:proofErr w:type="spellStart"/>
      <w:r w:rsidRPr="0092245F">
        <w:rPr>
          <w:rFonts w:eastAsia="Times New Roman" w:cs="Times New Roman"/>
          <w:szCs w:val="28"/>
          <w:lang w:val="ru-RU" w:eastAsia="ru-RU"/>
        </w:rPr>
        <w:t>зниженій</w:t>
      </w:r>
      <w:proofErr w:type="spellEnd"/>
      <w:r w:rsidRPr="0092245F">
        <w:rPr>
          <w:rFonts w:eastAsia="Times New Roman" w:cs="Times New Roman"/>
          <w:szCs w:val="28"/>
          <w:lang w:val="ru-RU" w:eastAsia="ru-RU"/>
        </w:rPr>
        <w:t xml:space="preserve"> </w:t>
      </w:r>
      <w:proofErr w:type="spellStart"/>
      <w:r w:rsidRPr="0092245F">
        <w:rPr>
          <w:rFonts w:eastAsia="Times New Roman" w:cs="Times New Roman"/>
          <w:szCs w:val="28"/>
          <w:lang w:val="ru-RU" w:eastAsia="ru-RU"/>
        </w:rPr>
        <w:t>вологості</w:t>
      </w:r>
      <w:proofErr w:type="spellEnd"/>
      <w:r w:rsidRPr="0092245F">
        <w:rPr>
          <w:rFonts w:eastAsia="Times New Roman" w:cs="Times New Roman"/>
          <w:szCs w:val="28"/>
          <w:lang w:val="ru-RU" w:eastAsia="ru-RU"/>
        </w:rPr>
        <w:t xml:space="preserve"> (</w:t>
      </w:r>
      <w:proofErr w:type="spellStart"/>
      <w:r w:rsidRPr="0092245F">
        <w:rPr>
          <w:rFonts w:eastAsia="Times New Roman" w:cs="Times New Roman"/>
          <w:szCs w:val="28"/>
          <w:lang w:val="ru-RU" w:eastAsia="ru-RU"/>
        </w:rPr>
        <w:t>соняшник</w:t>
      </w:r>
      <w:proofErr w:type="spellEnd"/>
      <w:r w:rsidRPr="0092245F">
        <w:rPr>
          <w:rFonts w:eastAsia="Times New Roman" w:cs="Times New Roman"/>
          <w:szCs w:val="28"/>
          <w:lang w:val="ru-RU" w:eastAsia="ru-RU"/>
        </w:rPr>
        <w:t xml:space="preserve"> — до 7%, соя — 10–12%);</w:t>
      </w:r>
    </w:p>
    <w:p w:rsidR="0092245F" w:rsidRPr="0092245F" w:rsidRDefault="0092245F" w:rsidP="0092245F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eastAsia="Times New Roman" w:cs="Times New Roman"/>
          <w:szCs w:val="28"/>
          <w:lang w:val="ru-RU" w:eastAsia="ru-RU"/>
        </w:rPr>
      </w:pPr>
      <w:r w:rsidRPr="0092245F">
        <w:rPr>
          <w:rFonts w:eastAsia="Times New Roman" w:cs="Times New Roman"/>
          <w:szCs w:val="28"/>
          <w:lang w:val="ru-RU" w:eastAsia="ru-RU"/>
        </w:rPr>
        <w:t xml:space="preserve">температура </w:t>
      </w:r>
      <w:proofErr w:type="spellStart"/>
      <w:r w:rsidRPr="0092245F">
        <w:rPr>
          <w:rFonts w:eastAsia="Times New Roman" w:cs="Times New Roman"/>
          <w:szCs w:val="28"/>
          <w:lang w:val="ru-RU" w:eastAsia="ru-RU"/>
        </w:rPr>
        <w:t>зберігання</w:t>
      </w:r>
      <w:proofErr w:type="spellEnd"/>
      <w:r w:rsidRPr="0092245F">
        <w:rPr>
          <w:rFonts w:eastAsia="Times New Roman" w:cs="Times New Roman"/>
          <w:szCs w:val="28"/>
          <w:lang w:val="ru-RU" w:eastAsia="ru-RU"/>
        </w:rPr>
        <w:t xml:space="preserve"> </w:t>
      </w:r>
      <w:proofErr w:type="gramStart"/>
      <w:r w:rsidRPr="0092245F">
        <w:rPr>
          <w:rFonts w:eastAsia="Times New Roman" w:cs="Times New Roman"/>
          <w:szCs w:val="28"/>
          <w:lang w:val="ru-RU" w:eastAsia="ru-RU"/>
        </w:rPr>
        <w:t>повинна</w:t>
      </w:r>
      <w:proofErr w:type="gramEnd"/>
      <w:r w:rsidRPr="0092245F">
        <w:rPr>
          <w:rFonts w:eastAsia="Times New Roman" w:cs="Times New Roman"/>
          <w:szCs w:val="28"/>
          <w:lang w:val="ru-RU" w:eastAsia="ru-RU"/>
        </w:rPr>
        <w:t xml:space="preserve"> бути </w:t>
      </w:r>
      <w:proofErr w:type="spellStart"/>
      <w:r w:rsidRPr="0092245F">
        <w:rPr>
          <w:rFonts w:eastAsia="Times New Roman" w:cs="Times New Roman"/>
          <w:szCs w:val="28"/>
          <w:lang w:val="ru-RU" w:eastAsia="ru-RU"/>
        </w:rPr>
        <w:t>низькою</w:t>
      </w:r>
      <w:proofErr w:type="spellEnd"/>
      <w:r w:rsidRPr="0092245F">
        <w:rPr>
          <w:rFonts w:eastAsia="Times New Roman" w:cs="Times New Roman"/>
          <w:szCs w:val="28"/>
          <w:lang w:val="ru-RU" w:eastAsia="ru-RU"/>
        </w:rPr>
        <w:t xml:space="preserve"> (</w:t>
      </w:r>
      <w:proofErr w:type="spellStart"/>
      <w:r w:rsidRPr="0092245F">
        <w:rPr>
          <w:rFonts w:eastAsia="Times New Roman" w:cs="Times New Roman"/>
          <w:szCs w:val="28"/>
          <w:lang w:val="ru-RU" w:eastAsia="ru-RU"/>
        </w:rPr>
        <w:t>бажано</w:t>
      </w:r>
      <w:proofErr w:type="spellEnd"/>
      <w:r w:rsidRPr="0092245F">
        <w:rPr>
          <w:rFonts w:eastAsia="Times New Roman" w:cs="Times New Roman"/>
          <w:szCs w:val="28"/>
          <w:lang w:val="ru-RU" w:eastAsia="ru-RU"/>
        </w:rPr>
        <w:t xml:space="preserve"> до 10°С);</w:t>
      </w:r>
    </w:p>
    <w:p w:rsidR="0092245F" w:rsidRPr="0092245F" w:rsidRDefault="0092245F" w:rsidP="0092245F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eastAsia="Times New Roman" w:cs="Times New Roman"/>
          <w:szCs w:val="28"/>
          <w:lang w:val="ru-RU" w:eastAsia="ru-RU"/>
        </w:rPr>
      </w:pPr>
      <w:proofErr w:type="spellStart"/>
      <w:r w:rsidRPr="0092245F">
        <w:rPr>
          <w:rFonts w:eastAsia="Times New Roman" w:cs="Times New Roman"/>
          <w:szCs w:val="28"/>
          <w:lang w:val="ru-RU" w:eastAsia="ru-RU"/>
        </w:rPr>
        <w:t>необхідна</w:t>
      </w:r>
      <w:proofErr w:type="spellEnd"/>
      <w:r w:rsidRPr="0092245F">
        <w:rPr>
          <w:rFonts w:eastAsia="Times New Roman" w:cs="Times New Roman"/>
          <w:szCs w:val="28"/>
          <w:lang w:val="ru-RU" w:eastAsia="ru-RU"/>
        </w:rPr>
        <w:t xml:space="preserve"> </w:t>
      </w:r>
      <w:proofErr w:type="spellStart"/>
      <w:r w:rsidRPr="0092245F">
        <w:rPr>
          <w:rFonts w:eastAsia="Times New Roman" w:cs="Times New Roman"/>
          <w:szCs w:val="28"/>
          <w:lang w:val="ru-RU" w:eastAsia="ru-RU"/>
        </w:rPr>
        <w:t>постійна</w:t>
      </w:r>
      <w:proofErr w:type="spellEnd"/>
      <w:r w:rsidRPr="0092245F">
        <w:rPr>
          <w:rFonts w:eastAsia="Times New Roman" w:cs="Times New Roman"/>
          <w:szCs w:val="28"/>
          <w:lang w:val="ru-RU" w:eastAsia="ru-RU"/>
        </w:rPr>
        <w:t xml:space="preserve"> </w:t>
      </w:r>
      <w:proofErr w:type="spellStart"/>
      <w:r w:rsidRPr="0092245F">
        <w:rPr>
          <w:rFonts w:eastAsia="Times New Roman" w:cs="Times New Roman"/>
          <w:szCs w:val="28"/>
          <w:lang w:val="ru-RU" w:eastAsia="ru-RU"/>
        </w:rPr>
        <w:t>вентиляція</w:t>
      </w:r>
      <w:proofErr w:type="spellEnd"/>
      <w:r w:rsidRPr="0092245F">
        <w:rPr>
          <w:rFonts w:eastAsia="Times New Roman" w:cs="Times New Roman"/>
          <w:szCs w:val="28"/>
          <w:lang w:val="ru-RU" w:eastAsia="ru-RU"/>
        </w:rPr>
        <w:t>;</w:t>
      </w:r>
    </w:p>
    <w:p w:rsidR="0092245F" w:rsidRPr="0092245F" w:rsidRDefault="0092245F" w:rsidP="0092245F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eastAsia="Times New Roman" w:cs="Times New Roman"/>
          <w:szCs w:val="28"/>
          <w:lang w:val="ru-RU" w:eastAsia="ru-RU"/>
        </w:rPr>
      </w:pPr>
      <w:r w:rsidRPr="0092245F">
        <w:rPr>
          <w:rFonts w:eastAsia="Times New Roman" w:cs="Times New Roman"/>
          <w:szCs w:val="28"/>
          <w:lang w:val="ru-RU" w:eastAsia="ru-RU"/>
        </w:rPr>
        <w:t xml:space="preserve">проводиться </w:t>
      </w:r>
      <w:proofErr w:type="spellStart"/>
      <w:r w:rsidRPr="0092245F">
        <w:rPr>
          <w:rFonts w:eastAsia="Times New Roman" w:cs="Times New Roman"/>
          <w:szCs w:val="28"/>
          <w:lang w:val="ru-RU" w:eastAsia="ru-RU"/>
        </w:rPr>
        <w:t>регулярний</w:t>
      </w:r>
      <w:proofErr w:type="spellEnd"/>
      <w:r w:rsidRPr="0092245F">
        <w:rPr>
          <w:rFonts w:eastAsia="Times New Roman" w:cs="Times New Roman"/>
          <w:szCs w:val="28"/>
          <w:lang w:val="ru-RU" w:eastAsia="ru-RU"/>
        </w:rPr>
        <w:t xml:space="preserve"> контроль </w:t>
      </w:r>
      <w:proofErr w:type="spellStart"/>
      <w:r w:rsidRPr="0092245F">
        <w:rPr>
          <w:rFonts w:eastAsia="Times New Roman" w:cs="Times New Roman"/>
          <w:szCs w:val="28"/>
          <w:lang w:val="ru-RU" w:eastAsia="ru-RU"/>
        </w:rPr>
        <w:t>температури</w:t>
      </w:r>
      <w:proofErr w:type="spellEnd"/>
      <w:r w:rsidRPr="0092245F">
        <w:rPr>
          <w:rFonts w:eastAsia="Times New Roman" w:cs="Times New Roman"/>
          <w:szCs w:val="28"/>
          <w:lang w:val="ru-RU" w:eastAsia="ru-RU"/>
        </w:rPr>
        <w:t xml:space="preserve"> і </w:t>
      </w:r>
      <w:proofErr w:type="spellStart"/>
      <w:r w:rsidRPr="0092245F">
        <w:rPr>
          <w:rFonts w:eastAsia="Times New Roman" w:cs="Times New Roman"/>
          <w:szCs w:val="28"/>
          <w:lang w:val="ru-RU" w:eastAsia="ru-RU"/>
        </w:rPr>
        <w:t>зараженості</w:t>
      </w:r>
      <w:proofErr w:type="spellEnd"/>
      <w:r w:rsidRPr="0092245F">
        <w:rPr>
          <w:rFonts w:eastAsia="Times New Roman" w:cs="Times New Roman"/>
          <w:szCs w:val="28"/>
          <w:lang w:val="ru-RU" w:eastAsia="ru-RU"/>
        </w:rPr>
        <w:t>;</w:t>
      </w:r>
    </w:p>
    <w:p w:rsidR="0092245F" w:rsidRPr="0092245F" w:rsidRDefault="0092245F" w:rsidP="0092245F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eastAsia="Times New Roman" w:cs="Times New Roman"/>
          <w:szCs w:val="28"/>
          <w:lang w:val="ru-RU" w:eastAsia="ru-RU"/>
        </w:rPr>
      </w:pPr>
      <w:r w:rsidRPr="0092245F">
        <w:rPr>
          <w:rFonts w:eastAsia="Times New Roman" w:cs="Times New Roman"/>
          <w:szCs w:val="28"/>
          <w:lang w:val="ru-RU" w:eastAsia="ru-RU"/>
        </w:rPr>
        <w:t xml:space="preserve">не </w:t>
      </w:r>
      <w:proofErr w:type="spellStart"/>
      <w:r w:rsidRPr="0092245F">
        <w:rPr>
          <w:rFonts w:eastAsia="Times New Roman" w:cs="Times New Roman"/>
          <w:szCs w:val="28"/>
          <w:lang w:val="ru-RU" w:eastAsia="ru-RU"/>
        </w:rPr>
        <w:t>допускається</w:t>
      </w:r>
      <w:proofErr w:type="spellEnd"/>
      <w:r w:rsidRPr="0092245F">
        <w:rPr>
          <w:rFonts w:eastAsia="Times New Roman" w:cs="Times New Roman"/>
          <w:szCs w:val="28"/>
          <w:lang w:val="ru-RU" w:eastAsia="ru-RU"/>
        </w:rPr>
        <w:t xml:space="preserve"> </w:t>
      </w:r>
      <w:proofErr w:type="spellStart"/>
      <w:r w:rsidRPr="0092245F">
        <w:rPr>
          <w:rFonts w:eastAsia="Times New Roman" w:cs="Times New Roman"/>
          <w:szCs w:val="28"/>
          <w:lang w:val="ru-RU" w:eastAsia="ru-RU"/>
        </w:rPr>
        <w:t>пошкодження</w:t>
      </w:r>
      <w:proofErr w:type="spellEnd"/>
      <w:r w:rsidRPr="0092245F">
        <w:rPr>
          <w:rFonts w:eastAsia="Times New Roman" w:cs="Times New Roman"/>
          <w:szCs w:val="28"/>
          <w:lang w:val="ru-RU" w:eastAsia="ru-RU"/>
        </w:rPr>
        <w:t xml:space="preserve"> </w:t>
      </w:r>
      <w:proofErr w:type="spellStart"/>
      <w:r w:rsidRPr="0092245F">
        <w:rPr>
          <w:rFonts w:eastAsia="Times New Roman" w:cs="Times New Roman"/>
          <w:szCs w:val="28"/>
          <w:lang w:val="ru-RU" w:eastAsia="ru-RU"/>
        </w:rPr>
        <w:t>насіння</w:t>
      </w:r>
      <w:proofErr w:type="spellEnd"/>
      <w:r w:rsidRPr="0092245F">
        <w:rPr>
          <w:rFonts w:eastAsia="Times New Roman" w:cs="Times New Roman"/>
          <w:szCs w:val="28"/>
          <w:lang w:val="ru-RU" w:eastAsia="ru-RU"/>
        </w:rPr>
        <w:t xml:space="preserve">, </w:t>
      </w:r>
      <w:proofErr w:type="spellStart"/>
      <w:r w:rsidRPr="0092245F">
        <w:rPr>
          <w:rFonts w:eastAsia="Times New Roman" w:cs="Times New Roman"/>
          <w:szCs w:val="28"/>
          <w:lang w:val="ru-RU" w:eastAsia="ru-RU"/>
        </w:rPr>
        <w:t>оскільки</w:t>
      </w:r>
      <w:proofErr w:type="spellEnd"/>
      <w:r w:rsidRPr="0092245F">
        <w:rPr>
          <w:rFonts w:eastAsia="Times New Roman" w:cs="Times New Roman"/>
          <w:szCs w:val="28"/>
          <w:lang w:val="ru-RU" w:eastAsia="ru-RU"/>
        </w:rPr>
        <w:t xml:space="preserve"> </w:t>
      </w:r>
      <w:proofErr w:type="spellStart"/>
      <w:r w:rsidRPr="0092245F">
        <w:rPr>
          <w:rFonts w:eastAsia="Times New Roman" w:cs="Times New Roman"/>
          <w:szCs w:val="28"/>
          <w:lang w:val="ru-RU" w:eastAsia="ru-RU"/>
        </w:rPr>
        <w:t>травмоване</w:t>
      </w:r>
      <w:proofErr w:type="spellEnd"/>
      <w:r w:rsidRPr="0092245F">
        <w:rPr>
          <w:rFonts w:eastAsia="Times New Roman" w:cs="Times New Roman"/>
          <w:szCs w:val="28"/>
          <w:lang w:val="ru-RU" w:eastAsia="ru-RU"/>
        </w:rPr>
        <w:t xml:space="preserve"> зерно </w:t>
      </w:r>
      <w:proofErr w:type="spellStart"/>
      <w:r w:rsidRPr="0092245F">
        <w:rPr>
          <w:rFonts w:eastAsia="Times New Roman" w:cs="Times New Roman"/>
          <w:szCs w:val="28"/>
          <w:lang w:val="ru-RU" w:eastAsia="ru-RU"/>
        </w:rPr>
        <w:t>швидко</w:t>
      </w:r>
      <w:proofErr w:type="spellEnd"/>
      <w:r w:rsidRPr="0092245F">
        <w:rPr>
          <w:rFonts w:eastAsia="Times New Roman" w:cs="Times New Roman"/>
          <w:szCs w:val="28"/>
          <w:lang w:val="ru-RU" w:eastAsia="ru-RU"/>
        </w:rPr>
        <w:t xml:space="preserve"> </w:t>
      </w:r>
      <w:proofErr w:type="spellStart"/>
      <w:r w:rsidRPr="0092245F">
        <w:rPr>
          <w:rFonts w:eastAsia="Times New Roman" w:cs="Times New Roman"/>
          <w:szCs w:val="28"/>
          <w:lang w:val="ru-RU" w:eastAsia="ru-RU"/>
        </w:rPr>
        <w:t>прогірка</w:t>
      </w:r>
      <w:proofErr w:type="gramStart"/>
      <w:r w:rsidRPr="0092245F">
        <w:rPr>
          <w:rFonts w:eastAsia="Times New Roman" w:cs="Times New Roman"/>
          <w:szCs w:val="28"/>
          <w:lang w:val="ru-RU" w:eastAsia="ru-RU"/>
        </w:rPr>
        <w:t>є</w:t>
      </w:r>
      <w:proofErr w:type="spellEnd"/>
      <w:r w:rsidRPr="0092245F">
        <w:rPr>
          <w:rFonts w:eastAsia="Times New Roman" w:cs="Times New Roman"/>
          <w:szCs w:val="28"/>
          <w:lang w:val="ru-RU" w:eastAsia="ru-RU"/>
        </w:rPr>
        <w:t>.</w:t>
      </w:r>
      <w:proofErr w:type="gramEnd"/>
    </w:p>
    <w:p w:rsidR="0092245F" w:rsidRPr="0092245F" w:rsidRDefault="0092245F" w:rsidP="0092245F">
      <w:pPr>
        <w:spacing w:before="100" w:beforeAutospacing="1" w:after="100" w:afterAutospacing="1" w:line="240" w:lineRule="auto"/>
        <w:rPr>
          <w:rFonts w:eastAsia="Times New Roman" w:cs="Times New Roman"/>
          <w:szCs w:val="28"/>
          <w:lang w:val="ru-RU" w:eastAsia="ru-RU"/>
        </w:rPr>
      </w:pPr>
      <w:r w:rsidRPr="0092245F">
        <w:rPr>
          <w:rFonts w:eastAsia="Times New Roman" w:cs="Times New Roman"/>
          <w:szCs w:val="28"/>
          <w:lang w:val="ru-RU" w:eastAsia="ru-RU"/>
        </w:rPr>
        <w:t xml:space="preserve">При </w:t>
      </w:r>
      <w:proofErr w:type="spellStart"/>
      <w:proofErr w:type="gramStart"/>
      <w:r w:rsidRPr="0092245F">
        <w:rPr>
          <w:rFonts w:eastAsia="Times New Roman" w:cs="Times New Roman"/>
          <w:szCs w:val="28"/>
          <w:lang w:val="ru-RU" w:eastAsia="ru-RU"/>
        </w:rPr>
        <w:t>п</w:t>
      </w:r>
      <w:proofErr w:type="gramEnd"/>
      <w:r w:rsidRPr="0092245F">
        <w:rPr>
          <w:rFonts w:eastAsia="Times New Roman" w:cs="Times New Roman"/>
          <w:szCs w:val="28"/>
          <w:lang w:val="ru-RU" w:eastAsia="ru-RU"/>
        </w:rPr>
        <w:t>ідвищеній</w:t>
      </w:r>
      <w:proofErr w:type="spellEnd"/>
      <w:r w:rsidRPr="0092245F">
        <w:rPr>
          <w:rFonts w:eastAsia="Times New Roman" w:cs="Times New Roman"/>
          <w:szCs w:val="28"/>
          <w:lang w:val="ru-RU" w:eastAsia="ru-RU"/>
        </w:rPr>
        <w:t xml:space="preserve"> </w:t>
      </w:r>
      <w:proofErr w:type="spellStart"/>
      <w:r w:rsidRPr="0092245F">
        <w:rPr>
          <w:rFonts w:eastAsia="Times New Roman" w:cs="Times New Roman"/>
          <w:szCs w:val="28"/>
          <w:lang w:val="ru-RU" w:eastAsia="ru-RU"/>
        </w:rPr>
        <w:t>вологості</w:t>
      </w:r>
      <w:proofErr w:type="spellEnd"/>
      <w:r w:rsidRPr="0092245F">
        <w:rPr>
          <w:rFonts w:eastAsia="Times New Roman" w:cs="Times New Roman"/>
          <w:szCs w:val="28"/>
          <w:lang w:val="ru-RU" w:eastAsia="ru-RU"/>
        </w:rPr>
        <w:t xml:space="preserve"> та </w:t>
      </w:r>
      <w:proofErr w:type="spellStart"/>
      <w:r w:rsidRPr="0092245F">
        <w:rPr>
          <w:rFonts w:eastAsia="Times New Roman" w:cs="Times New Roman"/>
          <w:szCs w:val="28"/>
          <w:lang w:val="ru-RU" w:eastAsia="ru-RU"/>
        </w:rPr>
        <w:t>температурі</w:t>
      </w:r>
      <w:proofErr w:type="spellEnd"/>
      <w:r w:rsidRPr="0092245F">
        <w:rPr>
          <w:rFonts w:eastAsia="Times New Roman" w:cs="Times New Roman"/>
          <w:szCs w:val="28"/>
          <w:lang w:val="ru-RU" w:eastAsia="ru-RU"/>
        </w:rPr>
        <w:t xml:space="preserve"> </w:t>
      </w:r>
      <w:proofErr w:type="spellStart"/>
      <w:r w:rsidRPr="0092245F">
        <w:rPr>
          <w:rFonts w:eastAsia="Times New Roman" w:cs="Times New Roman"/>
          <w:szCs w:val="28"/>
          <w:lang w:val="ru-RU" w:eastAsia="ru-RU"/>
        </w:rPr>
        <w:t>насіння</w:t>
      </w:r>
      <w:proofErr w:type="spellEnd"/>
      <w:r w:rsidRPr="0092245F">
        <w:rPr>
          <w:rFonts w:eastAsia="Times New Roman" w:cs="Times New Roman"/>
          <w:szCs w:val="28"/>
          <w:lang w:val="ru-RU" w:eastAsia="ru-RU"/>
        </w:rPr>
        <w:t xml:space="preserve"> </w:t>
      </w:r>
      <w:proofErr w:type="spellStart"/>
      <w:r w:rsidRPr="0092245F">
        <w:rPr>
          <w:rFonts w:eastAsia="Times New Roman" w:cs="Times New Roman"/>
          <w:szCs w:val="28"/>
          <w:lang w:val="ru-RU" w:eastAsia="ru-RU"/>
        </w:rPr>
        <w:t>швидко</w:t>
      </w:r>
      <w:proofErr w:type="spellEnd"/>
      <w:r w:rsidRPr="0092245F">
        <w:rPr>
          <w:rFonts w:eastAsia="Times New Roman" w:cs="Times New Roman"/>
          <w:szCs w:val="28"/>
          <w:lang w:val="ru-RU" w:eastAsia="ru-RU"/>
        </w:rPr>
        <w:t xml:space="preserve"> </w:t>
      </w:r>
      <w:proofErr w:type="spellStart"/>
      <w:r w:rsidRPr="0092245F">
        <w:rPr>
          <w:rFonts w:eastAsia="Times New Roman" w:cs="Times New Roman"/>
          <w:szCs w:val="28"/>
          <w:lang w:val="ru-RU" w:eastAsia="ru-RU"/>
        </w:rPr>
        <w:t>самозігрівається</w:t>
      </w:r>
      <w:proofErr w:type="spellEnd"/>
      <w:r w:rsidRPr="0092245F">
        <w:rPr>
          <w:rFonts w:eastAsia="Times New Roman" w:cs="Times New Roman"/>
          <w:szCs w:val="28"/>
          <w:lang w:val="ru-RU" w:eastAsia="ru-RU"/>
        </w:rPr>
        <w:t xml:space="preserve">, </w:t>
      </w:r>
      <w:proofErr w:type="spellStart"/>
      <w:r w:rsidRPr="0092245F">
        <w:rPr>
          <w:rFonts w:eastAsia="Times New Roman" w:cs="Times New Roman"/>
          <w:szCs w:val="28"/>
          <w:lang w:val="ru-RU" w:eastAsia="ru-RU"/>
        </w:rPr>
        <w:t>що</w:t>
      </w:r>
      <w:proofErr w:type="spellEnd"/>
      <w:r w:rsidRPr="0092245F">
        <w:rPr>
          <w:rFonts w:eastAsia="Times New Roman" w:cs="Times New Roman"/>
          <w:szCs w:val="28"/>
          <w:lang w:val="ru-RU" w:eastAsia="ru-RU"/>
        </w:rPr>
        <w:t xml:space="preserve"> </w:t>
      </w:r>
      <w:proofErr w:type="spellStart"/>
      <w:r w:rsidRPr="0092245F">
        <w:rPr>
          <w:rFonts w:eastAsia="Times New Roman" w:cs="Times New Roman"/>
          <w:szCs w:val="28"/>
          <w:lang w:val="ru-RU" w:eastAsia="ru-RU"/>
        </w:rPr>
        <w:t>призводить</w:t>
      </w:r>
      <w:proofErr w:type="spellEnd"/>
      <w:r w:rsidRPr="0092245F">
        <w:rPr>
          <w:rFonts w:eastAsia="Times New Roman" w:cs="Times New Roman"/>
          <w:szCs w:val="28"/>
          <w:lang w:val="ru-RU" w:eastAsia="ru-RU"/>
        </w:rPr>
        <w:t xml:space="preserve"> до </w:t>
      </w:r>
      <w:proofErr w:type="spellStart"/>
      <w:r w:rsidRPr="0092245F">
        <w:rPr>
          <w:rFonts w:eastAsia="Times New Roman" w:cs="Times New Roman"/>
          <w:szCs w:val="28"/>
          <w:lang w:val="ru-RU" w:eastAsia="ru-RU"/>
        </w:rPr>
        <w:t>псування</w:t>
      </w:r>
      <w:proofErr w:type="spellEnd"/>
      <w:r w:rsidRPr="0092245F">
        <w:rPr>
          <w:rFonts w:eastAsia="Times New Roman" w:cs="Times New Roman"/>
          <w:szCs w:val="28"/>
          <w:lang w:val="ru-RU" w:eastAsia="ru-RU"/>
        </w:rPr>
        <w:t xml:space="preserve">, </w:t>
      </w:r>
      <w:proofErr w:type="spellStart"/>
      <w:r w:rsidRPr="0092245F">
        <w:rPr>
          <w:rFonts w:eastAsia="Times New Roman" w:cs="Times New Roman"/>
          <w:szCs w:val="28"/>
          <w:lang w:val="ru-RU" w:eastAsia="ru-RU"/>
        </w:rPr>
        <w:t>втрати</w:t>
      </w:r>
      <w:proofErr w:type="spellEnd"/>
      <w:r w:rsidRPr="0092245F">
        <w:rPr>
          <w:rFonts w:eastAsia="Times New Roman" w:cs="Times New Roman"/>
          <w:szCs w:val="28"/>
          <w:lang w:val="ru-RU" w:eastAsia="ru-RU"/>
        </w:rPr>
        <w:t xml:space="preserve"> </w:t>
      </w:r>
      <w:proofErr w:type="spellStart"/>
      <w:r w:rsidRPr="0092245F">
        <w:rPr>
          <w:rFonts w:eastAsia="Times New Roman" w:cs="Times New Roman"/>
          <w:szCs w:val="28"/>
          <w:lang w:val="ru-RU" w:eastAsia="ru-RU"/>
        </w:rPr>
        <w:t>схожості</w:t>
      </w:r>
      <w:proofErr w:type="spellEnd"/>
      <w:r w:rsidRPr="0092245F">
        <w:rPr>
          <w:rFonts w:eastAsia="Times New Roman" w:cs="Times New Roman"/>
          <w:szCs w:val="28"/>
          <w:lang w:val="ru-RU" w:eastAsia="ru-RU"/>
        </w:rPr>
        <w:t xml:space="preserve"> та </w:t>
      </w:r>
      <w:proofErr w:type="spellStart"/>
      <w:r w:rsidRPr="0092245F">
        <w:rPr>
          <w:rFonts w:eastAsia="Times New Roman" w:cs="Times New Roman"/>
          <w:szCs w:val="28"/>
          <w:lang w:val="ru-RU" w:eastAsia="ru-RU"/>
        </w:rPr>
        <w:t>зниження</w:t>
      </w:r>
      <w:proofErr w:type="spellEnd"/>
      <w:r w:rsidRPr="0092245F">
        <w:rPr>
          <w:rFonts w:eastAsia="Times New Roman" w:cs="Times New Roman"/>
          <w:szCs w:val="28"/>
          <w:lang w:val="ru-RU" w:eastAsia="ru-RU"/>
        </w:rPr>
        <w:t xml:space="preserve"> </w:t>
      </w:r>
      <w:proofErr w:type="spellStart"/>
      <w:r w:rsidRPr="0092245F">
        <w:rPr>
          <w:rFonts w:eastAsia="Times New Roman" w:cs="Times New Roman"/>
          <w:szCs w:val="28"/>
          <w:lang w:val="ru-RU" w:eastAsia="ru-RU"/>
        </w:rPr>
        <w:t>якості</w:t>
      </w:r>
      <w:proofErr w:type="spellEnd"/>
      <w:r w:rsidRPr="0092245F">
        <w:rPr>
          <w:rFonts w:eastAsia="Times New Roman" w:cs="Times New Roman"/>
          <w:szCs w:val="28"/>
          <w:lang w:val="ru-RU" w:eastAsia="ru-RU"/>
        </w:rPr>
        <w:t xml:space="preserve"> </w:t>
      </w:r>
      <w:proofErr w:type="spellStart"/>
      <w:r w:rsidRPr="0092245F">
        <w:rPr>
          <w:rFonts w:eastAsia="Times New Roman" w:cs="Times New Roman"/>
          <w:szCs w:val="28"/>
          <w:lang w:val="ru-RU" w:eastAsia="ru-RU"/>
        </w:rPr>
        <w:t>олії</w:t>
      </w:r>
      <w:proofErr w:type="spellEnd"/>
      <w:r w:rsidRPr="0092245F">
        <w:rPr>
          <w:rFonts w:eastAsia="Times New Roman" w:cs="Times New Roman"/>
          <w:szCs w:val="28"/>
          <w:lang w:val="ru-RU" w:eastAsia="ru-RU"/>
        </w:rPr>
        <w:t>.</w:t>
      </w:r>
    </w:p>
    <w:p w:rsidR="00B16A46" w:rsidRPr="0020280C" w:rsidRDefault="00B16A46">
      <w:pPr>
        <w:rPr>
          <w:lang w:val="ru-RU"/>
        </w:rPr>
      </w:pPr>
    </w:p>
    <w:p w:rsidR="00B16A46" w:rsidRPr="0020280C" w:rsidRDefault="00B16A46">
      <w:pPr>
        <w:rPr>
          <w:lang w:val="ru-RU"/>
        </w:rPr>
      </w:pPr>
    </w:p>
    <w:sectPr w:rsidR="00B16A46" w:rsidRPr="0020280C" w:rsidSect="000B2897">
      <w:pgSz w:w="12240" w:h="15840"/>
      <w:pgMar w:top="1440" w:right="1440" w:bottom="1440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02604230"/>
    <w:multiLevelType w:val="multilevel"/>
    <w:tmpl w:val="F1B8CB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095C30B2"/>
    <w:multiLevelType w:val="multilevel"/>
    <w:tmpl w:val="CBE46F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0B8B0E24"/>
    <w:multiLevelType w:val="multilevel"/>
    <w:tmpl w:val="78FCF4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C433873"/>
    <w:multiLevelType w:val="multilevel"/>
    <w:tmpl w:val="CB70F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D136A6D"/>
    <w:multiLevelType w:val="multilevel"/>
    <w:tmpl w:val="4260D6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FF9782C"/>
    <w:multiLevelType w:val="multilevel"/>
    <w:tmpl w:val="23BC33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A211BE6"/>
    <w:multiLevelType w:val="multilevel"/>
    <w:tmpl w:val="FF5889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3A521A4"/>
    <w:multiLevelType w:val="multilevel"/>
    <w:tmpl w:val="999A16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0CD50D3"/>
    <w:multiLevelType w:val="multilevel"/>
    <w:tmpl w:val="F3DCD5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C6D477B"/>
    <w:multiLevelType w:val="multilevel"/>
    <w:tmpl w:val="003C5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17"/>
  </w:num>
  <w:num w:numId="11">
    <w:abstractNumId w:val="9"/>
  </w:num>
  <w:num w:numId="12">
    <w:abstractNumId w:val="10"/>
  </w:num>
  <w:num w:numId="13">
    <w:abstractNumId w:val="14"/>
  </w:num>
  <w:num w:numId="14">
    <w:abstractNumId w:val="16"/>
  </w:num>
  <w:num w:numId="15">
    <w:abstractNumId w:val="12"/>
  </w:num>
  <w:num w:numId="16">
    <w:abstractNumId w:val="18"/>
  </w:num>
  <w:num w:numId="17">
    <w:abstractNumId w:val="11"/>
  </w:num>
  <w:num w:numId="18">
    <w:abstractNumId w:val="15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0B2897"/>
    <w:rsid w:val="0015074B"/>
    <w:rsid w:val="00194C9C"/>
    <w:rsid w:val="0020280C"/>
    <w:rsid w:val="0029639D"/>
    <w:rsid w:val="00300778"/>
    <w:rsid w:val="00326F90"/>
    <w:rsid w:val="00353BFA"/>
    <w:rsid w:val="00700A49"/>
    <w:rsid w:val="007D48CA"/>
    <w:rsid w:val="008014E5"/>
    <w:rsid w:val="0092245F"/>
    <w:rsid w:val="00AA1D8D"/>
    <w:rsid w:val="00B16A46"/>
    <w:rsid w:val="00B47730"/>
    <w:rsid w:val="00CB0664"/>
    <w:rsid w:val="00E41A86"/>
    <w:rsid w:val="00E7741A"/>
    <w:rsid w:val="00FA4FD6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  <w:rPr>
      <w:rFonts w:ascii="Times New Roman" w:hAnsi="Times New Roman"/>
      <w:sz w:val="28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aff8">
    <w:name w:val="Normal (Web)"/>
    <w:basedOn w:val="a1"/>
    <w:uiPriority w:val="99"/>
    <w:unhideWhenUsed/>
    <w:rsid w:val="00300778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val="ru-RU" w:eastAsia="ru-RU"/>
    </w:rPr>
  </w:style>
  <w:style w:type="character" w:customStyle="1" w:styleId="relative">
    <w:name w:val="relative"/>
    <w:basedOn w:val="a2"/>
    <w:rsid w:val="00300778"/>
  </w:style>
  <w:style w:type="paragraph" w:customStyle="1" w:styleId="not-prose">
    <w:name w:val="not-prose"/>
    <w:basedOn w:val="a1"/>
    <w:rsid w:val="00300778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val="ru-RU" w:eastAsia="ru-RU"/>
    </w:rPr>
  </w:style>
  <w:style w:type="character" w:customStyle="1" w:styleId="katex-mathml">
    <w:name w:val="katex-mathml"/>
    <w:basedOn w:val="a2"/>
    <w:rsid w:val="00300778"/>
  </w:style>
  <w:style w:type="character" w:customStyle="1" w:styleId="mord">
    <w:name w:val="mord"/>
    <w:basedOn w:val="a2"/>
    <w:rsid w:val="00300778"/>
  </w:style>
  <w:style w:type="character" w:customStyle="1" w:styleId="vlist-s">
    <w:name w:val="vlist-s"/>
    <w:basedOn w:val="a2"/>
    <w:rsid w:val="00300778"/>
  </w:style>
  <w:style w:type="character" w:customStyle="1" w:styleId="mrel">
    <w:name w:val="mrel"/>
    <w:basedOn w:val="a2"/>
    <w:rsid w:val="00300778"/>
  </w:style>
  <w:style w:type="character" w:customStyle="1" w:styleId="mbin">
    <w:name w:val="mbin"/>
    <w:basedOn w:val="a2"/>
    <w:rsid w:val="00300778"/>
  </w:style>
  <w:style w:type="character" w:customStyle="1" w:styleId="mpunct">
    <w:name w:val="mpunct"/>
    <w:basedOn w:val="a2"/>
    <w:rsid w:val="00300778"/>
  </w:style>
  <w:style w:type="character" w:styleId="aff9">
    <w:name w:val="Placeholder Text"/>
    <w:basedOn w:val="a2"/>
    <w:uiPriority w:val="99"/>
    <w:semiHidden/>
    <w:rsid w:val="00FA4FD6"/>
    <w:rPr>
      <w:color w:val="808080"/>
    </w:rPr>
  </w:style>
  <w:style w:type="paragraph" w:styleId="affa">
    <w:name w:val="Balloon Text"/>
    <w:basedOn w:val="a1"/>
    <w:link w:val="affb"/>
    <w:uiPriority w:val="99"/>
    <w:semiHidden/>
    <w:unhideWhenUsed/>
    <w:rsid w:val="00FA4F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b">
    <w:name w:val="Текст выноски Знак"/>
    <w:basedOn w:val="a2"/>
    <w:link w:val="affa"/>
    <w:uiPriority w:val="99"/>
    <w:semiHidden/>
    <w:rsid w:val="00FA4FD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  <w:rPr>
      <w:rFonts w:ascii="Times New Roman" w:hAnsi="Times New Roman"/>
      <w:sz w:val="28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aff8">
    <w:name w:val="Normal (Web)"/>
    <w:basedOn w:val="a1"/>
    <w:uiPriority w:val="99"/>
    <w:unhideWhenUsed/>
    <w:rsid w:val="00300778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val="ru-RU" w:eastAsia="ru-RU"/>
    </w:rPr>
  </w:style>
  <w:style w:type="character" w:customStyle="1" w:styleId="relative">
    <w:name w:val="relative"/>
    <w:basedOn w:val="a2"/>
    <w:rsid w:val="00300778"/>
  </w:style>
  <w:style w:type="paragraph" w:customStyle="1" w:styleId="not-prose">
    <w:name w:val="not-prose"/>
    <w:basedOn w:val="a1"/>
    <w:rsid w:val="00300778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val="ru-RU" w:eastAsia="ru-RU"/>
    </w:rPr>
  </w:style>
  <w:style w:type="character" w:customStyle="1" w:styleId="katex-mathml">
    <w:name w:val="katex-mathml"/>
    <w:basedOn w:val="a2"/>
    <w:rsid w:val="00300778"/>
  </w:style>
  <w:style w:type="character" w:customStyle="1" w:styleId="mord">
    <w:name w:val="mord"/>
    <w:basedOn w:val="a2"/>
    <w:rsid w:val="00300778"/>
  </w:style>
  <w:style w:type="character" w:customStyle="1" w:styleId="vlist-s">
    <w:name w:val="vlist-s"/>
    <w:basedOn w:val="a2"/>
    <w:rsid w:val="00300778"/>
  </w:style>
  <w:style w:type="character" w:customStyle="1" w:styleId="mrel">
    <w:name w:val="mrel"/>
    <w:basedOn w:val="a2"/>
    <w:rsid w:val="00300778"/>
  </w:style>
  <w:style w:type="character" w:customStyle="1" w:styleId="mbin">
    <w:name w:val="mbin"/>
    <w:basedOn w:val="a2"/>
    <w:rsid w:val="00300778"/>
  </w:style>
  <w:style w:type="character" w:customStyle="1" w:styleId="mpunct">
    <w:name w:val="mpunct"/>
    <w:basedOn w:val="a2"/>
    <w:rsid w:val="00300778"/>
  </w:style>
  <w:style w:type="character" w:styleId="aff9">
    <w:name w:val="Placeholder Text"/>
    <w:basedOn w:val="a2"/>
    <w:uiPriority w:val="99"/>
    <w:semiHidden/>
    <w:rsid w:val="00FA4FD6"/>
    <w:rPr>
      <w:color w:val="808080"/>
    </w:rPr>
  </w:style>
  <w:style w:type="paragraph" w:styleId="affa">
    <w:name w:val="Balloon Text"/>
    <w:basedOn w:val="a1"/>
    <w:link w:val="affb"/>
    <w:uiPriority w:val="99"/>
    <w:semiHidden/>
    <w:unhideWhenUsed/>
    <w:rsid w:val="00FA4F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b">
    <w:name w:val="Текст выноски Знак"/>
    <w:basedOn w:val="a2"/>
    <w:link w:val="affa"/>
    <w:uiPriority w:val="99"/>
    <w:semiHidden/>
    <w:rsid w:val="00FA4F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28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62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75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5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3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0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1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25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06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0FD617E5-97DD-4213-BF1A-3157251CC7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1626</Words>
  <Characters>9270</Characters>
  <Application>Microsoft Office Word</Application>
  <DocSecurity>0</DocSecurity>
  <Lines>77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10875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Tanjia Chernova</cp:lastModifiedBy>
  <cp:revision>7</cp:revision>
  <dcterms:created xsi:type="dcterms:W3CDTF">2013-12-23T23:15:00Z</dcterms:created>
  <dcterms:modified xsi:type="dcterms:W3CDTF">2026-02-26T01:54:00Z</dcterms:modified>
  <cp:category/>
</cp:coreProperties>
</file>