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Практична робота №18</w:t>
      </w:r>
    </w:p>
    <w:p>
      <w:r>
        <w:t>Тема: Конструювання форм засобами Microsoft Access.</w:t>
      </w:r>
    </w:p>
    <w:p>
      <w:r>
        <w:t>Студент: Соловйов Максим</w:t>
      </w:r>
    </w:p>
    <w:p>
      <w:r>
        <w:t>Група: 21Н6</w:t>
      </w:r>
    </w:p>
    <w:p>
      <w:r>
        <w:t>Спеціальність: Ветеринарія</w:t>
      </w:r>
    </w:p>
    <w:p>
      <w:r>
        <w:t>Курс: 2</w:t>
      </w:r>
    </w:p>
    <w:p>
      <w:pPr>
        <w:pStyle w:val="Heading2"/>
      </w:pPr>
      <w:r>
        <w:t>Мета роботи</w:t>
      </w:r>
    </w:p>
    <w:p>
      <w:r>
        <w:t>Сформувати практичні навички роботи зі створення форм у Microsoft Access, використання форм для введення та редагування даних, а також роботи в режимі конструктора.</w:t>
      </w:r>
    </w:p>
    <w:p>
      <w:pPr>
        <w:pStyle w:val="Heading2"/>
      </w:pPr>
      <w:r>
        <w:t>Хід виконання роботи</w:t>
      </w:r>
    </w:p>
    <w:p>
      <w:r>
        <w:t>1. Запущено програму Microsoft Access.</w:t>
        <w:br/>
        <w:t>2. Створено автоформу в стовпчик (Автоформа_1).</w:t>
        <w:br/>
        <w:t>3. Створено стрічкову автоформу (Автоформа_2).</w:t>
        <w:br/>
        <w:t>4. За допомогою майстра форм створено форму з полями Назва країни та Частина світу.</w:t>
        <w:br/>
        <w:t>5. Створено форму "Країни" та відредаговано її в режимі конструктора.</w:t>
        <w:br/>
        <w:t>6. Додано розрахункове поле "Густота населення".</w:t>
        <w:br/>
        <w:t>7. Додано кнопки переходу по записах.</w:t>
        <w:br/>
        <w:t>8. Додано зображення глобуса та прапора держави.</w:t>
      </w:r>
    </w:p>
    <w:p>
      <w:pPr>
        <w:pStyle w:val="Heading2"/>
      </w:pPr>
      <w:r>
        <w:t>Зображення таблиці (приклад)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1080"/>
        <w:gridCol w:w="1080"/>
        <w:gridCol w:w="1080"/>
        <w:gridCol w:w="1080"/>
        <w:gridCol w:w="1080"/>
        <w:gridCol w:w="1080"/>
        <w:gridCol w:w="1080"/>
        <w:gridCol w:w="1080"/>
      </w:tblGrid>
      <w:tr>
        <w:tc>
          <w:tcPr>
            <w:tcW w:type="dxa" w:w="1080"/>
          </w:tcPr>
          <w:p>
            <w:r>
              <w:t>Частина світу</w:t>
            </w:r>
          </w:p>
        </w:tc>
        <w:tc>
          <w:tcPr>
            <w:tcW w:type="dxa" w:w="1080"/>
          </w:tcPr>
          <w:p>
            <w:r>
              <w:t>Назва країни</w:t>
            </w:r>
          </w:p>
        </w:tc>
        <w:tc>
          <w:tcPr>
            <w:tcW w:type="dxa" w:w="1080"/>
          </w:tcPr>
          <w:p>
            <w:r>
              <w:t>Площа</w:t>
            </w:r>
          </w:p>
        </w:tc>
        <w:tc>
          <w:tcPr>
            <w:tcW w:type="dxa" w:w="1080"/>
          </w:tcPr>
          <w:p>
            <w:r>
              <w:t>Кількість населення</w:t>
            </w:r>
          </w:p>
        </w:tc>
        <w:tc>
          <w:tcPr>
            <w:tcW w:type="dxa" w:w="1080"/>
          </w:tcPr>
          <w:p>
            <w:r>
              <w:t>Державний устрій</w:t>
            </w:r>
          </w:p>
        </w:tc>
        <w:tc>
          <w:tcPr>
            <w:tcW w:type="dxa" w:w="1080"/>
          </w:tcPr>
          <w:p>
            <w:r>
              <w:t>Дата створення</w:t>
            </w:r>
          </w:p>
        </w:tc>
        <w:tc>
          <w:tcPr>
            <w:tcW w:type="dxa" w:w="1080"/>
          </w:tcPr>
          <w:p>
            <w:r>
              <w:t>Прапор</w:t>
            </w:r>
          </w:p>
        </w:tc>
        <w:tc>
          <w:tcPr>
            <w:tcW w:type="dxa" w:w="1080"/>
          </w:tcPr>
          <w:p>
            <w:r>
              <w:t>Короткий опис економіки</w:t>
            </w:r>
          </w:p>
        </w:tc>
      </w:tr>
      <w:tr>
        <w:tc>
          <w:tcPr>
            <w:tcW w:type="dxa" w:w="1080"/>
          </w:tcPr>
          <w:p>
            <w:r>
              <w:t>Європа</w:t>
            </w:r>
          </w:p>
        </w:tc>
        <w:tc>
          <w:tcPr>
            <w:tcW w:type="dxa" w:w="1080"/>
          </w:tcPr>
          <w:p>
            <w:r>
              <w:t>Україна</w:t>
            </w:r>
          </w:p>
        </w:tc>
        <w:tc>
          <w:tcPr>
            <w:tcW w:type="dxa" w:w="1080"/>
          </w:tcPr>
          <w:p>
            <w:r>
              <w:t>603 628 км²</w:t>
            </w:r>
          </w:p>
        </w:tc>
        <w:tc>
          <w:tcPr>
            <w:tcW w:type="dxa" w:w="1080"/>
          </w:tcPr>
          <w:p>
            <w:r>
              <w:t>41 000 000</w:t>
            </w:r>
          </w:p>
        </w:tc>
        <w:tc>
          <w:tcPr>
            <w:tcW w:type="dxa" w:w="1080"/>
          </w:tcPr>
          <w:p>
            <w:r>
              <w:t>Республіка</w:t>
            </w:r>
          </w:p>
        </w:tc>
        <w:tc>
          <w:tcPr>
            <w:tcW w:type="dxa" w:w="1080"/>
          </w:tcPr>
          <w:p>
            <w:r>
              <w:t>24.08.1991</w:t>
            </w:r>
          </w:p>
        </w:tc>
        <w:tc>
          <w:tcPr>
            <w:tcW w:type="dxa" w:w="1080"/>
          </w:tcPr>
          <w:p>
            <w:r>
              <w:t>Прапор України</w:t>
            </w:r>
          </w:p>
        </w:tc>
        <w:tc>
          <w:tcPr>
            <w:tcW w:type="dxa" w:w="1080"/>
          </w:tcPr>
          <w:p>
            <w:r>
              <w:t>Аграрно-індустріальна економіка</w:t>
            </w:r>
          </w:p>
        </w:tc>
      </w:tr>
    </w:tbl>
    <w:p>
      <w:pPr>
        <w:pStyle w:val="Heading2"/>
      </w:pPr>
      <w:r>
        <w:t>Висновок</w:t>
      </w:r>
    </w:p>
    <w:p>
      <w:r>
        <w:t>Під час виконання практичної роботи було створено різні типи форм у Microsoft Access, відпрацьовано навички редагування форм, додавання елементів керування та розрахункових полів.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