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90A" w:rsidRPr="004C4047" w:rsidRDefault="001C58FC">
      <w:pPr>
        <w:spacing w:line="360" w:lineRule="auto"/>
        <w:jc w:val="center"/>
        <w:rPr>
          <w:lang w:val="ru-RU"/>
        </w:rPr>
      </w:pPr>
      <w:r w:rsidRPr="004C4047">
        <w:rPr>
          <w:b/>
          <w:lang w:val="ru-RU"/>
        </w:rPr>
        <w:t>ЗВІТ</w:t>
      </w:r>
    </w:p>
    <w:p w:rsidR="001A790A" w:rsidRPr="004C4047" w:rsidRDefault="001C58FC">
      <w:pPr>
        <w:spacing w:line="360" w:lineRule="auto"/>
        <w:jc w:val="center"/>
        <w:rPr>
          <w:lang w:val="ru-RU"/>
        </w:rPr>
      </w:pPr>
      <w:r w:rsidRPr="004C4047">
        <w:rPr>
          <w:b/>
          <w:lang w:val="ru-RU"/>
        </w:rPr>
        <w:t xml:space="preserve">про </w:t>
      </w:r>
      <w:proofErr w:type="spellStart"/>
      <w:r w:rsidRPr="004C4047">
        <w:rPr>
          <w:b/>
          <w:lang w:val="ru-RU"/>
        </w:rPr>
        <w:t>виконання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практичної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роботи</w:t>
      </w:r>
      <w:proofErr w:type="spellEnd"/>
      <w:r w:rsidRPr="004C4047">
        <w:rPr>
          <w:b/>
          <w:lang w:val="ru-RU"/>
        </w:rPr>
        <w:t xml:space="preserve"> 7</w:t>
      </w:r>
    </w:p>
    <w:p w:rsidR="001A790A" w:rsidRPr="004C4047" w:rsidRDefault="001A790A">
      <w:pPr>
        <w:spacing w:line="360" w:lineRule="auto"/>
        <w:ind w:firstLine="709"/>
        <w:rPr>
          <w:lang w:val="ru-RU"/>
        </w:rPr>
      </w:pPr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b/>
          <w:lang w:val="ru-RU"/>
        </w:rPr>
        <w:t xml:space="preserve">Тема: </w:t>
      </w:r>
      <w:proofErr w:type="spellStart"/>
      <w:r w:rsidRPr="004C4047">
        <w:rPr>
          <w:b/>
          <w:lang w:val="ru-RU"/>
        </w:rPr>
        <w:t>Проектування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системи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обробітку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ґрунту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під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ярі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культури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після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різних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попередників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залежно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від</w:t>
      </w:r>
      <w:proofErr w:type="spellEnd"/>
      <w:r w:rsidRPr="004C4047">
        <w:rPr>
          <w:b/>
          <w:lang w:val="ru-RU"/>
        </w:rPr>
        <w:t xml:space="preserve"> умов </w:t>
      </w:r>
      <w:proofErr w:type="spellStart"/>
      <w:r w:rsidRPr="004C4047">
        <w:rPr>
          <w:b/>
          <w:lang w:val="ru-RU"/>
        </w:rPr>
        <w:t>зони</w:t>
      </w:r>
      <w:proofErr w:type="spellEnd"/>
      <w:r w:rsidRPr="004C4047">
        <w:rPr>
          <w:b/>
          <w:lang w:val="ru-RU"/>
        </w:rPr>
        <w:t xml:space="preserve"> та </w:t>
      </w:r>
      <w:proofErr w:type="spellStart"/>
      <w:r w:rsidRPr="004C4047">
        <w:rPr>
          <w:b/>
          <w:lang w:val="ru-RU"/>
        </w:rPr>
        <w:t>забур’яненості</w:t>
      </w:r>
      <w:proofErr w:type="spellEnd"/>
      <w:r w:rsidRPr="004C4047">
        <w:rPr>
          <w:b/>
          <w:lang w:val="ru-RU"/>
        </w:rPr>
        <w:t xml:space="preserve"> поля</w:t>
      </w:r>
    </w:p>
    <w:p w:rsidR="001A790A" w:rsidRPr="004C4047" w:rsidRDefault="001A790A">
      <w:pPr>
        <w:spacing w:line="360" w:lineRule="auto"/>
        <w:ind w:firstLine="709"/>
        <w:rPr>
          <w:lang w:val="ru-RU"/>
        </w:rPr>
      </w:pPr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b/>
          <w:lang w:val="ru-RU"/>
        </w:rPr>
        <w:t xml:space="preserve">На </w:t>
      </w:r>
      <w:proofErr w:type="spellStart"/>
      <w:r w:rsidRPr="004C4047">
        <w:rPr>
          <w:b/>
          <w:lang w:val="ru-RU"/>
        </w:rPr>
        <w:t>поставлені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запитання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дати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відповіді</w:t>
      </w:r>
      <w:proofErr w:type="spellEnd"/>
      <w:r w:rsidRPr="004C4047">
        <w:rPr>
          <w:b/>
          <w:lang w:val="ru-RU"/>
        </w:rPr>
        <w:t>:</w:t>
      </w:r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b/>
          <w:lang w:val="ru-RU"/>
        </w:rPr>
        <w:t xml:space="preserve">1. </w:t>
      </w:r>
      <w:proofErr w:type="spellStart"/>
      <w:r w:rsidRPr="004C4047">
        <w:rPr>
          <w:b/>
          <w:lang w:val="ru-RU"/>
        </w:rPr>
        <w:t>Що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таке</w:t>
      </w:r>
      <w:proofErr w:type="spellEnd"/>
      <w:r w:rsidRPr="004C4047">
        <w:rPr>
          <w:b/>
          <w:lang w:val="ru-RU"/>
        </w:rPr>
        <w:t xml:space="preserve"> система </w:t>
      </w:r>
      <w:proofErr w:type="spellStart"/>
      <w:r w:rsidRPr="004C4047">
        <w:rPr>
          <w:b/>
          <w:lang w:val="ru-RU"/>
        </w:rPr>
        <w:t>обробітку</w:t>
      </w:r>
      <w:proofErr w:type="spellEnd"/>
      <w:r w:rsidRPr="004C4047">
        <w:rPr>
          <w:b/>
          <w:lang w:val="ru-RU"/>
        </w:rPr>
        <w:t xml:space="preserve"> </w:t>
      </w:r>
      <w:proofErr w:type="spellStart"/>
      <w:proofErr w:type="gramStart"/>
      <w:r w:rsidRPr="004C4047">
        <w:rPr>
          <w:b/>
          <w:lang w:val="ru-RU"/>
        </w:rPr>
        <w:t>ґрунту</w:t>
      </w:r>
      <w:proofErr w:type="spellEnd"/>
      <w:r w:rsidRPr="004C4047">
        <w:rPr>
          <w:b/>
          <w:lang w:val="ru-RU"/>
        </w:rPr>
        <w:t xml:space="preserve"> ?</w:t>
      </w:r>
      <w:proofErr w:type="gramEnd"/>
    </w:p>
    <w:p w:rsidR="001A790A" w:rsidRPr="004C4047" w:rsidRDefault="001C58FC">
      <w:pPr>
        <w:spacing w:line="360" w:lineRule="auto"/>
        <w:ind w:firstLine="709"/>
        <w:rPr>
          <w:lang w:val="ru-RU"/>
        </w:rPr>
      </w:pPr>
      <w:proofErr w:type="spellStart"/>
      <w:r w:rsidRPr="004C4047">
        <w:rPr>
          <w:lang w:val="ru-RU"/>
        </w:rPr>
        <w:t>Відповідь</w:t>
      </w:r>
      <w:proofErr w:type="spellEnd"/>
      <w:r w:rsidRPr="004C4047">
        <w:rPr>
          <w:lang w:val="ru-RU"/>
        </w:rPr>
        <w:t xml:space="preserve">: Система </w:t>
      </w:r>
      <w:proofErr w:type="spellStart"/>
      <w:r w:rsidRPr="004C4047">
        <w:rPr>
          <w:lang w:val="ru-RU"/>
        </w:rPr>
        <w:t>обробітку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ґрунту</w:t>
      </w:r>
      <w:proofErr w:type="spellEnd"/>
      <w:r w:rsidRPr="004C4047">
        <w:rPr>
          <w:lang w:val="ru-RU"/>
        </w:rPr>
        <w:t xml:space="preserve"> — </w:t>
      </w:r>
      <w:proofErr w:type="spellStart"/>
      <w:r w:rsidRPr="004C4047">
        <w:rPr>
          <w:lang w:val="ru-RU"/>
        </w:rPr>
        <w:t>це</w:t>
      </w:r>
      <w:proofErr w:type="spellEnd"/>
      <w:r w:rsidRPr="004C4047">
        <w:rPr>
          <w:lang w:val="ru-RU"/>
        </w:rPr>
        <w:t xml:space="preserve"> комплекс </w:t>
      </w:r>
      <w:proofErr w:type="spellStart"/>
      <w:r w:rsidRPr="004C4047">
        <w:rPr>
          <w:lang w:val="ru-RU"/>
        </w:rPr>
        <w:t>послідовно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застосованих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агротехнічних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прийомів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від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збирання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попередника</w:t>
      </w:r>
      <w:proofErr w:type="spellEnd"/>
      <w:r w:rsidRPr="004C4047">
        <w:rPr>
          <w:lang w:val="ru-RU"/>
        </w:rPr>
        <w:t xml:space="preserve"> до </w:t>
      </w:r>
      <w:proofErr w:type="spellStart"/>
      <w:r w:rsidRPr="004C4047">
        <w:rPr>
          <w:lang w:val="ru-RU"/>
        </w:rPr>
        <w:t>сівби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культури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спрямованих</w:t>
      </w:r>
      <w:proofErr w:type="spellEnd"/>
      <w:r w:rsidRPr="004C4047">
        <w:rPr>
          <w:lang w:val="ru-RU"/>
        </w:rPr>
        <w:t xml:space="preserve"> на </w:t>
      </w:r>
      <w:proofErr w:type="spellStart"/>
      <w:r w:rsidRPr="004C4047">
        <w:rPr>
          <w:lang w:val="ru-RU"/>
        </w:rPr>
        <w:t>розпушення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ґрунту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збереження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вологи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знищення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бур’янів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загортання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рослинних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решток</w:t>
      </w:r>
      <w:proofErr w:type="spellEnd"/>
      <w:r w:rsidRPr="004C4047">
        <w:rPr>
          <w:lang w:val="ru-RU"/>
        </w:rPr>
        <w:t xml:space="preserve"> і </w:t>
      </w:r>
      <w:proofErr w:type="spellStart"/>
      <w:r w:rsidRPr="004C4047">
        <w:rPr>
          <w:lang w:val="ru-RU"/>
        </w:rPr>
        <w:t>створення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опт</w:t>
      </w:r>
      <w:r w:rsidRPr="004C4047">
        <w:rPr>
          <w:lang w:val="ru-RU"/>
        </w:rPr>
        <w:t>имальних</w:t>
      </w:r>
      <w:proofErr w:type="spellEnd"/>
      <w:r w:rsidRPr="004C4047">
        <w:rPr>
          <w:lang w:val="ru-RU"/>
        </w:rPr>
        <w:t xml:space="preserve"> умов для росту </w:t>
      </w:r>
      <w:proofErr w:type="spellStart"/>
      <w:r w:rsidRPr="004C4047">
        <w:rPr>
          <w:lang w:val="ru-RU"/>
        </w:rPr>
        <w:t>рослин</w:t>
      </w:r>
      <w:proofErr w:type="spellEnd"/>
      <w:r w:rsidRPr="004C4047">
        <w:rPr>
          <w:lang w:val="ru-RU"/>
        </w:rPr>
        <w:t>.</w:t>
      </w:r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b/>
          <w:lang w:val="ru-RU"/>
        </w:rPr>
        <w:t xml:space="preserve">2. </w:t>
      </w:r>
      <w:proofErr w:type="spellStart"/>
      <w:r w:rsidRPr="004C4047">
        <w:rPr>
          <w:b/>
          <w:lang w:val="ru-RU"/>
        </w:rPr>
        <w:t>Що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таке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лущення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стерні</w:t>
      </w:r>
      <w:proofErr w:type="spellEnd"/>
      <w:r w:rsidRPr="004C4047">
        <w:rPr>
          <w:b/>
          <w:lang w:val="ru-RU"/>
        </w:rPr>
        <w:t>?</w:t>
      </w:r>
    </w:p>
    <w:p w:rsidR="001A790A" w:rsidRPr="004C4047" w:rsidRDefault="001C58FC">
      <w:pPr>
        <w:spacing w:line="360" w:lineRule="auto"/>
        <w:ind w:firstLine="709"/>
        <w:rPr>
          <w:lang w:val="ru-RU"/>
        </w:rPr>
      </w:pPr>
      <w:proofErr w:type="spellStart"/>
      <w:r w:rsidRPr="004C4047">
        <w:rPr>
          <w:lang w:val="ru-RU"/>
        </w:rPr>
        <w:t>Відповідь</w:t>
      </w:r>
      <w:proofErr w:type="spellEnd"/>
      <w:r w:rsidRPr="004C4047">
        <w:rPr>
          <w:lang w:val="ru-RU"/>
        </w:rPr>
        <w:t xml:space="preserve">: </w:t>
      </w:r>
      <w:proofErr w:type="spellStart"/>
      <w:r w:rsidRPr="004C4047">
        <w:rPr>
          <w:lang w:val="ru-RU"/>
        </w:rPr>
        <w:t>Лущення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стерні</w:t>
      </w:r>
      <w:proofErr w:type="spellEnd"/>
      <w:r w:rsidRPr="004C4047">
        <w:rPr>
          <w:lang w:val="ru-RU"/>
        </w:rPr>
        <w:t xml:space="preserve"> — </w:t>
      </w:r>
      <w:proofErr w:type="spellStart"/>
      <w:r w:rsidRPr="004C4047">
        <w:rPr>
          <w:lang w:val="ru-RU"/>
        </w:rPr>
        <w:t>це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післязбиральний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прийом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обробітку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ґрунту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який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проводять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відразу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після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збирання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попередника</w:t>
      </w:r>
      <w:proofErr w:type="spellEnd"/>
      <w:r w:rsidRPr="004C4047">
        <w:rPr>
          <w:lang w:val="ru-RU"/>
        </w:rPr>
        <w:t xml:space="preserve"> для </w:t>
      </w:r>
      <w:proofErr w:type="spellStart"/>
      <w:r w:rsidRPr="004C4047">
        <w:rPr>
          <w:lang w:val="ru-RU"/>
        </w:rPr>
        <w:t>подрібнення</w:t>
      </w:r>
      <w:proofErr w:type="spellEnd"/>
      <w:r w:rsidRPr="004C4047">
        <w:rPr>
          <w:lang w:val="ru-RU"/>
        </w:rPr>
        <w:t xml:space="preserve"> і </w:t>
      </w:r>
      <w:proofErr w:type="spellStart"/>
      <w:r w:rsidRPr="004C4047">
        <w:rPr>
          <w:lang w:val="ru-RU"/>
        </w:rPr>
        <w:t>часткового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загортання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рослинних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решток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провокації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пророс</w:t>
      </w:r>
      <w:r w:rsidRPr="004C4047">
        <w:rPr>
          <w:lang w:val="ru-RU"/>
        </w:rPr>
        <w:t>тання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бур’янів</w:t>
      </w:r>
      <w:proofErr w:type="spellEnd"/>
      <w:r w:rsidRPr="004C4047">
        <w:rPr>
          <w:lang w:val="ru-RU"/>
        </w:rPr>
        <w:t xml:space="preserve"> та </w:t>
      </w:r>
      <w:proofErr w:type="spellStart"/>
      <w:r w:rsidRPr="004C4047">
        <w:rPr>
          <w:lang w:val="ru-RU"/>
        </w:rPr>
        <w:t>зменшення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втрат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вологи</w:t>
      </w:r>
      <w:proofErr w:type="spellEnd"/>
      <w:r w:rsidRPr="004C4047">
        <w:rPr>
          <w:lang w:val="ru-RU"/>
        </w:rPr>
        <w:t>.</w:t>
      </w:r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b/>
          <w:lang w:val="ru-RU"/>
        </w:rPr>
        <w:t xml:space="preserve">3. </w:t>
      </w:r>
      <w:proofErr w:type="spellStart"/>
      <w:r w:rsidRPr="004C4047">
        <w:rPr>
          <w:b/>
          <w:lang w:val="ru-RU"/>
        </w:rPr>
        <w:t>Що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таке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зяблева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оранка</w:t>
      </w:r>
      <w:proofErr w:type="spellEnd"/>
      <w:r w:rsidRPr="004C4047">
        <w:rPr>
          <w:b/>
          <w:lang w:val="ru-RU"/>
        </w:rPr>
        <w:t>?</w:t>
      </w:r>
    </w:p>
    <w:p w:rsidR="001A790A" w:rsidRPr="004C4047" w:rsidRDefault="001C58FC">
      <w:pPr>
        <w:spacing w:line="360" w:lineRule="auto"/>
        <w:ind w:firstLine="709"/>
        <w:rPr>
          <w:lang w:val="ru-RU"/>
        </w:rPr>
      </w:pPr>
      <w:proofErr w:type="spellStart"/>
      <w:r w:rsidRPr="004C4047">
        <w:rPr>
          <w:lang w:val="ru-RU"/>
        </w:rPr>
        <w:t>Відповідь</w:t>
      </w:r>
      <w:proofErr w:type="spellEnd"/>
      <w:r w:rsidRPr="004C4047">
        <w:rPr>
          <w:lang w:val="ru-RU"/>
        </w:rPr>
        <w:t xml:space="preserve">: </w:t>
      </w:r>
      <w:proofErr w:type="spellStart"/>
      <w:r w:rsidRPr="004C4047">
        <w:rPr>
          <w:lang w:val="ru-RU"/>
        </w:rPr>
        <w:t>Зяблева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оранка</w:t>
      </w:r>
      <w:proofErr w:type="spellEnd"/>
      <w:r w:rsidRPr="004C4047">
        <w:rPr>
          <w:lang w:val="ru-RU"/>
        </w:rPr>
        <w:t xml:space="preserve"> — </w:t>
      </w:r>
      <w:proofErr w:type="spellStart"/>
      <w:r w:rsidRPr="004C4047">
        <w:rPr>
          <w:lang w:val="ru-RU"/>
        </w:rPr>
        <w:t>це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основний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глибокий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обробіток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ґрунту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який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виконують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восени</w:t>
      </w:r>
      <w:proofErr w:type="spellEnd"/>
      <w:r w:rsidRPr="004C4047">
        <w:rPr>
          <w:lang w:val="ru-RU"/>
        </w:rPr>
        <w:t xml:space="preserve"> плугами для </w:t>
      </w:r>
      <w:proofErr w:type="spellStart"/>
      <w:r w:rsidRPr="004C4047">
        <w:rPr>
          <w:lang w:val="ru-RU"/>
        </w:rPr>
        <w:t>загортання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рослинних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решток</w:t>
      </w:r>
      <w:proofErr w:type="spellEnd"/>
      <w:r w:rsidRPr="004C4047">
        <w:rPr>
          <w:lang w:val="ru-RU"/>
        </w:rPr>
        <w:t xml:space="preserve"> і </w:t>
      </w:r>
      <w:proofErr w:type="spellStart"/>
      <w:r w:rsidRPr="004C4047">
        <w:rPr>
          <w:lang w:val="ru-RU"/>
        </w:rPr>
        <w:t>бур’янів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розпушення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орного</w:t>
      </w:r>
      <w:proofErr w:type="spellEnd"/>
      <w:r w:rsidRPr="004C4047">
        <w:rPr>
          <w:lang w:val="ru-RU"/>
        </w:rPr>
        <w:t xml:space="preserve"> шару, </w:t>
      </w:r>
      <w:proofErr w:type="spellStart"/>
      <w:r w:rsidRPr="004C4047">
        <w:rPr>
          <w:lang w:val="ru-RU"/>
        </w:rPr>
        <w:t>поліпшення</w:t>
      </w:r>
      <w:proofErr w:type="spellEnd"/>
      <w:r w:rsidRPr="004C4047">
        <w:rPr>
          <w:lang w:val="ru-RU"/>
        </w:rPr>
        <w:t xml:space="preserve"> водно-</w:t>
      </w:r>
      <w:proofErr w:type="spellStart"/>
      <w:r w:rsidRPr="004C4047">
        <w:rPr>
          <w:lang w:val="ru-RU"/>
        </w:rPr>
        <w:t>повіт</w:t>
      </w:r>
      <w:r w:rsidRPr="004C4047">
        <w:rPr>
          <w:lang w:val="ru-RU"/>
        </w:rPr>
        <w:t>ряного</w:t>
      </w:r>
      <w:proofErr w:type="spellEnd"/>
      <w:r w:rsidRPr="004C4047">
        <w:rPr>
          <w:lang w:val="ru-RU"/>
        </w:rPr>
        <w:t xml:space="preserve"> режиму та </w:t>
      </w:r>
      <w:proofErr w:type="spellStart"/>
      <w:r w:rsidRPr="004C4047">
        <w:rPr>
          <w:lang w:val="ru-RU"/>
        </w:rPr>
        <w:t>нагромадження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вологи</w:t>
      </w:r>
      <w:proofErr w:type="spellEnd"/>
      <w:r w:rsidRPr="004C4047">
        <w:rPr>
          <w:lang w:val="ru-RU"/>
        </w:rPr>
        <w:t xml:space="preserve"> в </w:t>
      </w:r>
      <w:proofErr w:type="spellStart"/>
      <w:r w:rsidRPr="004C4047">
        <w:rPr>
          <w:lang w:val="ru-RU"/>
        </w:rPr>
        <w:t>ґрунті</w:t>
      </w:r>
      <w:proofErr w:type="spellEnd"/>
      <w:r w:rsidRPr="004C4047">
        <w:rPr>
          <w:lang w:val="ru-RU"/>
        </w:rPr>
        <w:t>.</w:t>
      </w:r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b/>
          <w:lang w:val="ru-RU"/>
        </w:rPr>
        <w:lastRenderedPageBreak/>
        <w:t xml:space="preserve">4. </w:t>
      </w:r>
      <w:proofErr w:type="spellStart"/>
      <w:r w:rsidRPr="004C4047">
        <w:rPr>
          <w:b/>
          <w:lang w:val="ru-RU"/>
        </w:rPr>
        <w:t>Що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таке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передпосівний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обробіток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ґрунту</w:t>
      </w:r>
      <w:proofErr w:type="spellEnd"/>
      <w:r w:rsidRPr="004C4047">
        <w:rPr>
          <w:b/>
          <w:lang w:val="ru-RU"/>
        </w:rPr>
        <w:t>?</w:t>
      </w:r>
    </w:p>
    <w:p w:rsidR="001A790A" w:rsidRPr="004C4047" w:rsidRDefault="001C58FC">
      <w:pPr>
        <w:spacing w:line="360" w:lineRule="auto"/>
        <w:ind w:firstLine="709"/>
        <w:rPr>
          <w:lang w:val="ru-RU"/>
        </w:rPr>
      </w:pPr>
      <w:proofErr w:type="spellStart"/>
      <w:r w:rsidRPr="004C4047">
        <w:rPr>
          <w:lang w:val="ru-RU"/>
        </w:rPr>
        <w:t>Відповідь</w:t>
      </w:r>
      <w:proofErr w:type="spellEnd"/>
      <w:r w:rsidRPr="004C4047">
        <w:rPr>
          <w:lang w:val="ru-RU"/>
        </w:rPr>
        <w:t xml:space="preserve">: </w:t>
      </w:r>
      <w:proofErr w:type="spellStart"/>
      <w:r w:rsidRPr="004C4047">
        <w:rPr>
          <w:lang w:val="ru-RU"/>
        </w:rPr>
        <w:t>Передпосівний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обробіток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ґрунту</w:t>
      </w:r>
      <w:proofErr w:type="spellEnd"/>
      <w:r w:rsidRPr="004C4047">
        <w:rPr>
          <w:lang w:val="ru-RU"/>
        </w:rPr>
        <w:t xml:space="preserve"> — </w:t>
      </w:r>
      <w:proofErr w:type="spellStart"/>
      <w:r w:rsidRPr="004C4047">
        <w:rPr>
          <w:lang w:val="ru-RU"/>
        </w:rPr>
        <w:t>це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сукупність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весняних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прийомів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які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застосовують</w:t>
      </w:r>
      <w:proofErr w:type="spellEnd"/>
      <w:r w:rsidRPr="004C4047">
        <w:rPr>
          <w:lang w:val="ru-RU"/>
        </w:rPr>
        <w:t xml:space="preserve"> перед </w:t>
      </w:r>
      <w:proofErr w:type="spellStart"/>
      <w:r w:rsidRPr="004C4047">
        <w:rPr>
          <w:lang w:val="ru-RU"/>
        </w:rPr>
        <w:t>сівбою</w:t>
      </w:r>
      <w:proofErr w:type="spellEnd"/>
      <w:r w:rsidRPr="004C4047">
        <w:rPr>
          <w:lang w:val="ru-RU"/>
        </w:rPr>
        <w:t xml:space="preserve"> для </w:t>
      </w:r>
      <w:proofErr w:type="spellStart"/>
      <w:r w:rsidRPr="004C4047">
        <w:rPr>
          <w:lang w:val="ru-RU"/>
        </w:rPr>
        <w:t>закриття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вологи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вирівнювання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поверхні</w:t>
      </w:r>
      <w:proofErr w:type="spellEnd"/>
      <w:r w:rsidRPr="004C4047">
        <w:rPr>
          <w:lang w:val="ru-RU"/>
        </w:rPr>
        <w:t xml:space="preserve"> поля, </w:t>
      </w:r>
      <w:proofErr w:type="spellStart"/>
      <w:r w:rsidRPr="004C4047">
        <w:rPr>
          <w:lang w:val="ru-RU"/>
        </w:rPr>
        <w:t>знищення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пророслих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бур’янів</w:t>
      </w:r>
      <w:proofErr w:type="spellEnd"/>
      <w:r w:rsidRPr="004C4047">
        <w:rPr>
          <w:lang w:val="ru-RU"/>
        </w:rPr>
        <w:t xml:space="preserve"> і </w:t>
      </w:r>
      <w:proofErr w:type="spellStart"/>
      <w:r w:rsidRPr="004C4047">
        <w:rPr>
          <w:lang w:val="ru-RU"/>
        </w:rPr>
        <w:t>формування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якісного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посівного</w:t>
      </w:r>
      <w:proofErr w:type="spellEnd"/>
      <w:r w:rsidRPr="004C4047">
        <w:rPr>
          <w:lang w:val="ru-RU"/>
        </w:rPr>
        <w:t xml:space="preserve"> ложа.</w:t>
      </w:r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b/>
          <w:lang w:val="ru-RU"/>
        </w:rPr>
        <w:t xml:space="preserve">5. На </w:t>
      </w:r>
      <w:proofErr w:type="spellStart"/>
      <w:r w:rsidRPr="004C4047">
        <w:rPr>
          <w:b/>
          <w:lang w:val="ru-RU"/>
        </w:rPr>
        <w:t>основі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вихідних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даних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заповніть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таблицю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системи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обробітку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ґрунту</w:t>
      </w:r>
      <w:proofErr w:type="spellEnd"/>
      <w:r w:rsidRPr="004C4047">
        <w:rPr>
          <w:b/>
          <w:lang w:val="ru-RU"/>
        </w:rPr>
        <w:t xml:space="preserve">, </w:t>
      </w:r>
      <w:proofErr w:type="spellStart"/>
      <w:r w:rsidRPr="004C4047">
        <w:rPr>
          <w:b/>
          <w:lang w:val="ru-RU"/>
        </w:rPr>
        <w:t>зазначивши</w:t>
      </w:r>
      <w:proofErr w:type="spellEnd"/>
      <w:r w:rsidRPr="004C4047">
        <w:rPr>
          <w:b/>
          <w:lang w:val="ru-RU"/>
        </w:rPr>
        <w:t xml:space="preserve"> вид </w:t>
      </w:r>
      <w:proofErr w:type="spellStart"/>
      <w:r w:rsidRPr="004C4047">
        <w:rPr>
          <w:b/>
          <w:lang w:val="ru-RU"/>
        </w:rPr>
        <w:t>обробітку</w:t>
      </w:r>
      <w:proofErr w:type="spellEnd"/>
      <w:r w:rsidRPr="004C4047">
        <w:rPr>
          <w:b/>
          <w:lang w:val="ru-RU"/>
        </w:rPr>
        <w:t xml:space="preserve">, </w:t>
      </w:r>
      <w:proofErr w:type="spellStart"/>
      <w:r w:rsidRPr="004C4047">
        <w:rPr>
          <w:b/>
          <w:lang w:val="ru-RU"/>
        </w:rPr>
        <w:t>знаряддя</w:t>
      </w:r>
      <w:proofErr w:type="spellEnd"/>
      <w:r w:rsidRPr="004C4047">
        <w:rPr>
          <w:b/>
          <w:lang w:val="ru-RU"/>
        </w:rPr>
        <w:t xml:space="preserve"> та </w:t>
      </w:r>
      <w:proofErr w:type="spellStart"/>
      <w:r w:rsidRPr="004C4047">
        <w:rPr>
          <w:b/>
          <w:lang w:val="ru-RU"/>
        </w:rPr>
        <w:t>глибину</w:t>
      </w:r>
      <w:proofErr w:type="spellEnd"/>
      <w:r w:rsidRPr="004C4047">
        <w:rPr>
          <w:b/>
          <w:lang w:val="ru-RU"/>
        </w:rPr>
        <w:t xml:space="preserve">. </w:t>
      </w:r>
      <w:proofErr w:type="spellStart"/>
      <w:r w:rsidRPr="004C4047">
        <w:rPr>
          <w:b/>
          <w:lang w:val="ru-RU"/>
        </w:rPr>
        <w:t>Після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таблиці</w:t>
      </w:r>
      <w:proofErr w:type="spellEnd"/>
      <w:r w:rsidRPr="004C4047">
        <w:rPr>
          <w:b/>
          <w:lang w:val="ru-RU"/>
        </w:rPr>
        <w:t xml:space="preserve"> подайте </w:t>
      </w:r>
      <w:proofErr w:type="spellStart"/>
      <w:r w:rsidRPr="004C4047">
        <w:rPr>
          <w:b/>
          <w:lang w:val="ru-RU"/>
        </w:rPr>
        <w:t>коротке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агрономічне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обґрунтування</w:t>
      </w:r>
      <w:proofErr w:type="spellEnd"/>
      <w:r w:rsidRPr="004C4047">
        <w:rPr>
          <w:b/>
          <w:lang w:val="ru-RU"/>
        </w:rPr>
        <w:t>.</w:t>
      </w:r>
    </w:p>
    <w:p w:rsidR="001A790A" w:rsidRPr="004C4047" w:rsidRDefault="001A790A">
      <w:pPr>
        <w:spacing w:line="360" w:lineRule="auto"/>
        <w:ind w:firstLine="709"/>
        <w:rPr>
          <w:lang w:val="ru-RU"/>
        </w:rPr>
      </w:pPr>
    </w:p>
    <w:p w:rsidR="001A790A" w:rsidRPr="004C4047" w:rsidRDefault="001C58FC">
      <w:pPr>
        <w:spacing w:line="360" w:lineRule="auto"/>
        <w:rPr>
          <w:lang w:val="ru-RU"/>
        </w:rPr>
      </w:pPr>
      <w:proofErr w:type="spellStart"/>
      <w:r w:rsidRPr="004C4047">
        <w:rPr>
          <w:b/>
          <w:lang w:val="ru-RU"/>
        </w:rPr>
        <w:t>Варіант</w:t>
      </w:r>
      <w:proofErr w:type="spellEnd"/>
      <w:r w:rsidRPr="004C4047">
        <w:rPr>
          <w:b/>
          <w:lang w:val="ru-RU"/>
        </w:rPr>
        <w:t xml:space="preserve"> 1</w:t>
      </w:r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lang w:val="ru-RU"/>
        </w:rPr>
        <w:t xml:space="preserve">Зона: </w:t>
      </w:r>
      <w:proofErr w:type="spellStart"/>
      <w:r w:rsidRPr="004C4047">
        <w:rPr>
          <w:lang w:val="ru-RU"/>
        </w:rPr>
        <w:t>Полісс</w:t>
      </w:r>
      <w:r w:rsidRPr="004C4047">
        <w:rPr>
          <w:lang w:val="ru-RU"/>
        </w:rPr>
        <w:t>я</w:t>
      </w:r>
      <w:proofErr w:type="spellEnd"/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lang w:val="ru-RU"/>
        </w:rPr>
        <w:t xml:space="preserve">Яра культура: </w:t>
      </w:r>
      <w:proofErr w:type="spellStart"/>
      <w:r w:rsidRPr="004C4047">
        <w:rPr>
          <w:lang w:val="ru-RU"/>
        </w:rPr>
        <w:t>Ячмінь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ярий</w:t>
      </w:r>
      <w:proofErr w:type="spellEnd"/>
    </w:p>
    <w:p w:rsidR="001A790A" w:rsidRPr="004C4047" w:rsidRDefault="001C58FC">
      <w:pPr>
        <w:spacing w:line="360" w:lineRule="auto"/>
        <w:rPr>
          <w:lang w:val="ru-RU"/>
        </w:rPr>
      </w:pPr>
      <w:proofErr w:type="spellStart"/>
      <w:r w:rsidRPr="004C4047">
        <w:rPr>
          <w:lang w:val="ru-RU"/>
        </w:rPr>
        <w:t>Попередник</w:t>
      </w:r>
      <w:proofErr w:type="spellEnd"/>
      <w:r w:rsidRPr="004C4047">
        <w:rPr>
          <w:lang w:val="ru-RU"/>
        </w:rPr>
        <w:t xml:space="preserve">: </w:t>
      </w:r>
      <w:proofErr w:type="spellStart"/>
      <w:r w:rsidRPr="004C4047">
        <w:rPr>
          <w:lang w:val="ru-RU"/>
        </w:rPr>
        <w:t>Картопля</w:t>
      </w:r>
      <w:proofErr w:type="spellEnd"/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lang w:val="ru-RU"/>
        </w:rPr>
        <w:t xml:space="preserve">Тип </w:t>
      </w:r>
      <w:proofErr w:type="spellStart"/>
      <w:r w:rsidRPr="004C4047">
        <w:rPr>
          <w:lang w:val="ru-RU"/>
        </w:rPr>
        <w:t>бур’янів</w:t>
      </w:r>
      <w:proofErr w:type="spellEnd"/>
      <w:r w:rsidRPr="004C4047">
        <w:rPr>
          <w:lang w:val="ru-RU"/>
        </w:rPr>
        <w:t xml:space="preserve">: </w:t>
      </w:r>
      <w:proofErr w:type="spellStart"/>
      <w:r w:rsidRPr="004C4047">
        <w:rPr>
          <w:lang w:val="ru-RU"/>
        </w:rPr>
        <w:t>Однорічні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злакові</w:t>
      </w:r>
      <w:proofErr w:type="spellEnd"/>
      <w:r w:rsidRPr="004C4047">
        <w:rPr>
          <w:lang w:val="ru-RU"/>
        </w:rPr>
        <w:t xml:space="preserve"> та </w:t>
      </w:r>
      <w:proofErr w:type="spellStart"/>
      <w:r w:rsidRPr="004C4047">
        <w:rPr>
          <w:lang w:val="ru-RU"/>
        </w:rPr>
        <w:t>дводольні</w:t>
      </w:r>
      <w:proofErr w:type="spellEnd"/>
    </w:p>
    <w:p w:rsidR="001A790A" w:rsidRPr="004C4047" w:rsidRDefault="001C58FC">
      <w:pPr>
        <w:spacing w:line="360" w:lineRule="auto"/>
        <w:rPr>
          <w:lang w:val="ru-RU"/>
        </w:rPr>
      </w:pPr>
      <w:proofErr w:type="spellStart"/>
      <w:r w:rsidRPr="004C4047">
        <w:rPr>
          <w:lang w:val="ru-RU"/>
        </w:rPr>
        <w:t>Ґрунти</w:t>
      </w:r>
      <w:proofErr w:type="spellEnd"/>
      <w:r w:rsidRPr="004C4047">
        <w:rPr>
          <w:lang w:val="ru-RU"/>
        </w:rPr>
        <w:t>: Дерново-</w:t>
      </w:r>
      <w:proofErr w:type="spellStart"/>
      <w:r w:rsidRPr="004C4047">
        <w:rPr>
          <w:lang w:val="ru-RU"/>
        </w:rPr>
        <w:t>підзолисті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легкі</w:t>
      </w:r>
      <w:proofErr w:type="spellEnd"/>
    </w:p>
    <w:p w:rsidR="001A790A" w:rsidRPr="004C4047" w:rsidRDefault="001C58FC">
      <w:pPr>
        <w:spacing w:line="360" w:lineRule="auto"/>
        <w:rPr>
          <w:lang w:val="ru-RU"/>
        </w:rPr>
      </w:pPr>
      <w:proofErr w:type="spellStart"/>
      <w:r w:rsidRPr="004C4047">
        <w:rPr>
          <w:lang w:val="ru-RU"/>
        </w:rPr>
        <w:t>Умови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зволоження</w:t>
      </w:r>
      <w:proofErr w:type="spellEnd"/>
      <w:r w:rsidRPr="004C4047">
        <w:rPr>
          <w:lang w:val="ru-RU"/>
        </w:rPr>
        <w:t xml:space="preserve">: </w:t>
      </w:r>
      <w:proofErr w:type="spellStart"/>
      <w:r w:rsidRPr="004C4047">
        <w:rPr>
          <w:lang w:val="ru-RU"/>
        </w:rPr>
        <w:t>Достатні</w:t>
      </w:r>
      <w:proofErr w:type="spellEnd"/>
    </w:p>
    <w:p w:rsidR="001A790A" w:rsidRPr="004C4047" w:rsidRDefault="001A790A">
      <w:pPr>
        <w:spacing w:line="360" w:lineRule="auto"/>
        <w:ind w:firstLine="709"/>
        <w:rPr>
          <w:lang w:val="ru-RU"/>
        </w:rPr>
      </w:pPr>
    </w:p>
    <w:p w:rsidR="001A790A" w:rsidRPr="004C4047" w:rsidRDefault="001C58FC">
      <w:pPr>
        <w:spacing w:line="360" w:lineRule="auto"/>
        <w:rPr>
          <w:lang w:val="ru-RU"/>
        </w:rPr>
      </w:pPr>
      <w:proofErr w:type="spellStart"/>
      <w:r w:rsidRPr="004C4047">
        <w:rPr>
          <w:b/>
          <w:lang w:val="ru-RU"/>
        </w:rPr>
        <w:t>Системи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обробітку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ґрунту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під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ячмінь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ярий</w:t>
      </w:r>
      <w:proofErr w:type="spellEnd"/>
      <w:r w:rsidRPr="004C4047">
        <w:rPr>
          <w:b/>
          <w:lang w:val="ru-RU"/>
        </w:rPr>
        <w:t xml:space="preserve"> в </w:t>
      </w:r>
      <w:proofErr w:type="spellStart"/>
      <w:r w:rsidRPr="004C4047">
        <w:rPr>
          <w:b/>
          <w:lang w:val="ru-RU"/>
        </w:rPr>
        <w:t>зоні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Полісся</w:t>
      </w:r>
      <w:proofErr w:type="spellEnd"/>
    </w:p>
    <w:tbl>
      <w:tblPr>
        <w:tblStyle w:val="aff0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1964"/>
        <w:gridCol w:w="2078"/>
        <w:gridCol w:w="1681"/>
        <w:gridCol w:w="1243"/>
        <w:gridCol w:w="2987"/>
      </w:tblGrid>
      <w:tr w:rsidR="001A790A">
        <w:trPr>
          <w:jc w:val="center"/>
        </w:trPr>
        <w:tc>
          <w:tcPr>
            <w:tcW w:w="1701" w:type="dxa"/>
            <w:shd w:val="clear" w:color="auto" w:fill="D9EAD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A790A" w:rsidRDefault="001C58FC">
            <w:pPr>
              <w:jc w:val="center"/>
            </w:pPr>
            <w:proofErr w:type="spellStart"/>
            <w:r>
              <w:rPr>
                <w:b/>
                <w:sz w:val="24"/>
              </w:rPr>
              <w:t>Етап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обробітку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ґрунту</w:t>
            </w:r>
            <w:proofErr w:type="spellEnd"/>
          </w:p>
        </w:tc>
        <w:tc>
          <w:tcPr>
            <w:tcW w:w="2041" w:type="dxa"/>
            <w:shd w:val="clear" w:color="auto" w:fill="D9EAD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b/>
                <w:sz w:val="24"/>
              </w:rPr>
              <w:t>Агротехнічний прийом</w:t>
            </w:r>
          </w:p>
        </w:tc>
        <w:tc>
          <w:tcPr>
            <w:tcW w:w="2211" w:type="dxa"/>
            <w:shd w:val="clear" w:color="auto" w:fill="D9EAD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b/>
                <w:sz w:val="24"/>
              </w:rPr>
              <w:t>Знаряддя (приклад)</w:t>
            </w:r>
          </w:p>
        </w:tc>
        <w:tc>
          <w:tcPr>
            <w:tcW w:w="1077" w:type="dxa"/>
            <w:shd w:val="clear" w:color="auto" w:fill="D9EAD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b/>
                <w:sz w:val="24"/>
              </w:rPr>
              <w:t>Глибина, см</w:t>
            </w:r>
          </w:p>
        </w:tc>
        <w:tc>
          <w:tcPr>
            <w:tcW w:w="3742" w:type="dxa"/>
            <w:shd w:val="clear" w:color="auto" w:fill="D9EAD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b/>
                <w:sz w:val="24"/>
              </w:rPr>
              <w:t>Обґрунтування</w:t>
            </w:r>
          </w:p>
        </w:tc>
      </w:tr>
      <w:tr w:rsidR="001A790A" w:rsidRPr="004C4047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Післязбиральний</w:t>
            </w:r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Лущення стерні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ЛДГ-10, БДТ-3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6–8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4C4047" w:rsidRDefault="001C58FC">
            <w:pPr>
              <w:rPr>
                <w:lang w:val="ru-RU"/>
              </w:rPr>
            </w:pPr>
            <w:proofErr w:type="spellStart"/>
            <w:r w:rsidRPr="004C4047">
              <w:rPr>
                <w:sz w:val="24"/>
                <w:lang w:val="ru-RU"/>
              </w:rPr>
              <w:t>Подрібнення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рослинних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решток</w:t>
            </w:r>
            <w:proofErr w:type="spellEnd"/>
            <w:r w:rsidRPr="004C4047">
              <w:rPr>
                <w:sz w:val="24"/>
                <w:lang w:val="ru-RU"/>
              </w:rPr>
              <w:t xml:space="preserve">, </w:t>
            </w:r>
            <w:proofErr w:type="spellStart"/>
            <w:r w:rsidRPr="004C4047">
              <w:rPr>
                <w:sz w:val="24"/>
                <w:lang w:val="ru-RU"/>
              </w:rPr>
              <w:t>провокація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проростання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бур’янів</w:t>
            </w:r>
            <w:proofErr w:type="spellEnd"/>
            <w:r w:rsidRPr="004C4047">
              <w:rPr>
                <w:sz w:val="24"/>
                <w:lang w:val="ru-RU"/>
              </w:rPr>
              <w:t xml:space="preserve">, </w:t>
            </w:r>
            <w:proofErr w:type="spellStart"/>
            <w:r w:rsidRPr="004C4047">
              <w:rPr>
                <w:sz w:val="24"/>
                <w:lang w:val="ru-RU"/>
              </w:rPr>
              <w:lastRenderedPageBreak/>
              <w:t>вирівнювання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поверхні</w:t>
            </w:r>
            <w:proofErr w:type="spellEnd"/>
            <w:r w:rsidRPr="004C4047">
              <w:rPr>
                <w:sz w:val="24"/>
                <w:lang w:val="ru-RU"/>
              </w:rPr>
              <w:t xml:space="preserve"> поля.</w:t>
            </w:r>
          </w:p>
        </w:tc>
      </w:tr>
      <w:tr w:rsidR="001A790A" w:rsidRPr="004C4047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roofErr w:type="spellStart"/>
            <w:r>
              <w:rPr>
                <w:sz w:val="24"/>
              </w:rPr>
              <w:lastRenderedPageBreak/>
              <w:t>Основний</w:t>
            </w:r>
            <w:proofErr w:type="spellEnd"/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Оранка з передплужниками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ПЛН-3-35, ПЛН-4-35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20–22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4C4047" w:rsidRDefault="001C58FC">
            <w:pPr>
              <w:rPr>
                <w:lang w:val="ru-RU"/>
              </w:rPr>
            </w:pPr>
            <w:proofErr w:type="spellStart"/>
            <w:r w:rsidRPr="004C4047">
              <w:rPr>
                <w:sz w:val="24"/>
                <w:lang w:val="ru-RU"/>
              </w:rPr>
              <w:t>Загортання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решток</w:t>
            </w:r>
            <w:proofErr w:type="spellEnd"/>
            <w:r w:rsidRPr="004C4047">
              <w:rPr>
                <w:sz w:val="24"/>
                <w:lang w:val="ru-RU"/>
              </w:rPr>
              <w:t xml:space="preserve"> і </w:t>
            </w:r>
            <w:proofErr w:type="spellStart"/>
            <w:r w:rsidRPr="004C4047">
              <w:rPr>
                <w:sz w:val="24"/>
                <w:lang w:val="ru-RU"/>
              </w:rPr>
              <w:t>бур’янів</w:t>
            </w:r>
            <w:proofErr w:type="spellEnd"/>
            <w:r w:rsidRPr="004C4047">
              <w:rPr>
                <w:sz w:val="24"/>
                <w:lang w:val="ru-RU"/>
              </w:rPr>
              <w:t xml:space="preserve">, </w:t>
            </w:r>
            <w:proofErr w:type="spellStart"/>
            <w:r w:rsidRPr="004C4047">
              <w:rPr>
                <w:sz w:val="24"/>
                <w:lang w:val="ru-RU"/>
              </w:rPr>
              <w:t>розпушення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орного</w:t>
            </w:r>
            <w:proofErr w:type="spellEnd"/>
            <w:r w:rsidRPr="004C4047">
              <w:rPr>
                <w:sz w:val="24"/>
                <w:lang w:val="ru-RU"/>
              </w:rPr>
              <w:t xml:space="preserve"> шару, </w:t>
            </w:r>
            <w:proofErr w:type="spellStart"/>
            <w:r w:rsidRPr="004C4047">
              <w:rPr>
                <w:sz w:val="24"/>
                <w:lang w:val="ru-RU"/>
              </w:rPr>
              <w:t>поліпшення</w:t>
            </w:r>
            <w:proofErr w:type="spellEnd"/>
            <w:r w:rsidRPr="004C4047">
              <w:rPr>
                <w:sz w:val="24"/>
                <w:lang w:val="ru-RU"/>
              </w:rPr>
              <w:t xml:space="preserve"> водно-</w:t>
            </w:r>
            <w:proofErr w:type="spellStart"/>
            <w:r w:rsidRPr="004C4047">
              <w:rPr>
                <w:sz w:val="24"/>
                <w:lang w:val="ru-RU"/>
              </w:rPr>
              <w:t>повітряного</w:t>
            </w:r>
            <w:proofErr w:type="spellEnd"/>
            <w:r w:rsidRPr="004C4047">
              <w:rPr>
                <w:sz w:val="24"/>
                <w:lang w:val="ru-RU"/>
              </w:rPr>
              <w:t xml:space="preserve"> режиму </w:t>
            </w:r>
            <w:proofErr w:type="spellStart"/>
            <w:r w:rsidRPr="004C4047">
              <w:rPr>
                <w:sz w:val="24"/>
                <w:lang w:val="ru-RU"/>
              </w:rPr>
              <w:t>ґрунту</w:t>
            </w:r>
            <w:proofErr w:type="spellEnd"/>
            <w:r w:rsidRPr="004C4047">
              <w:rPr>
                <w:sz w:val="24"/>
                <w:lang w:val="ru-RU"/>
              </w:rPr>
              <w:t>.</w:t>
            </w:r>
          </w:p>
        </w:tc>
      </w:tr>
      <w:tr w:rsidR="001A790A" w:rsidRPr="004C4047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roofErr w:type="spellStart"/>
            <w:r>
              <w:rPr>
                <w:sz w:val="24"/>
              </w:rPr>
              <w:t>Ранньовесняний</w:t>
            </w:r>
            <w:proofErr w:type="spellEnd"/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Боронування у два сліди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БІГ-3А, ЗБП-0,6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3–4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4C4047" w:rsidRDefault="001C58FC">
            <w:pPr>
              <w:rPr>
                <w:lang w:val="ru-RU"/>
              </w:rPr>
            </w:pPr>
            <w:proofErr w:type="spellStart"/>
            <w:r w:rsidRPr="004C4047">
              <w:rPr>
                <w:sz w:val="24"/>
                <w:lang w:val="ru-RU"/>
              </w:rPr>
              <w:t>Закриття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вологи</w:t>
            </w:r>
            <w:proofErr w:type="spellEnd"/>
            <w:r w:rsidRPr="004C4047">
              <w:rPr>
                <w:sz w:val="24"/>
                <w:lang w:val="ru-RU"/>
              </w:rPr>
              <w:t xml:space="preserve">, </w:t>
            </w:r>
            <w:proofErr w:type="spellStart"/>
            <w:r w:rsidRPr="004C4047">
              <w:rPr>
                <w:sz w:val="24"/>
                <w:lang w:val="ru-RU"/>
              </w:rPr>
              <w:t>руйнування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ґрунтової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кірки</w:t>
            </w:r>
            <w:proofErr w:type="spellEnd"/>
            <w:r w:rsidRPr="004C4047">
              <w:rPr>
                <w:sz w:val="24"/>
                <w:lang w:val="ru-RU"/>
              </w:rPr>
              <w:t xml:space="preserve">, </w:t>
            </w:r>
            <w:proofErr w:type="spellStart"/>
            <w:r w:rsidRPr="004C4047">
              <w:rPr>
                <w:sz w:val="24"/>
                <w:lang w:val="ru-RU"/>
              </w:rPr>
              <w:t>вирівнювання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поверхні</w:t>
            </w:r>
            <w:proofErr w:type="spellEnd"/>
            <w:r w:rsidRPr="004C4047">
              <w:rPr>
                <w:sz w:val="24"/>
                <w:lang w:val="ru-RU"/>
              </w:rPr>
              <w:t xml:space="preserve"> поля.</w:t>
            </w:r>
          </w:p>
        </w:tc>
      </w:tr>
      <w:tr w:rsidR="001A790A" w:rsidRPr="004C4047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roofErr w:type="spellStart"/>
            <w:r>
              <w:rPr>
                <w:sz w:val="24"/>
              </w:rPr>
              <w:t>Передпосівний</w:t>
            </w:r>
            <w:proofErr w:type="spellEnd"/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 xml:space="preserve">Культивація з </w:t>
            </w:r>
            <w:r>
              <w:rPr>
                <w:sz w:val="24"/>
              </w:rPr>
              <w:t>боронуванням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КПС-4 + борони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5–6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4C4047" w:rsidRDefault="001C58FC">
            <w:pPr>
              <w:rPr>
                <w:lang w:val="ru-RU"/>
              </w:rPr>
            </w:pPr>
            <w:proofErr w:type="spellStart"/>
            <w:r w:rsidRPr="004C4047">
              <w:rPr>
                <w:sz w:val="24"/>
                <w:lang w:val="ru-RU"/>
              </w:rPr>
              <w:t>Створення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дрібногрудочкуватого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посівного</w:t>
            </w:r>
            <w:proofErr w:type="spellEnd"/>
            <w:r w:rsidRPr="004C4047">
              <w:rPr>
                <w:sz w:val="24"/>
                <w:lang w:val="ru-RU"/>
              </w:rPr>
              <w:t xml:space="preserve"> ложа та </w:t>
            </w:r>
            <w:proofErr w:type="spellStart"/>
            <w:r w:rsidRPr="004C4047">
              <w:rPr>
                <w:sz w:val="24"/>
                <w:lang w:val="ru-RU"/>
              </w:rPr>
              <w:t>знищення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молодих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бур’янів</w:t>
            </w:r>
            <w:proofErr w:type="spellEnd"/>
            <w:r w:rsidRPr="004C4047">
              <w:rPr>
                <w:sz w:val="24"/>
                <w:lang w:val="ru-RU"/>
              </w:rPr>
              <w:t>.</w:t>
            </w:r>
          </w:p>
        </w:tc>
      </w:tr>
      <w:tr w:rsidR="001A790A" w:rsidRPr="004C4047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roofErr w:type="spellStart"/>
            <w:r>
              <w:rPr>
                <w:sz w:val="24"/>
              </w:rPr>
              <w:t>Післяпосівний</w:t>
            </w:r>
            <w:proofErr w:type="spellEnd"/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Коткування за потреби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ККШ-6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3–5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4C4047" w:rsidRDefault="001C58FC">
            <w:pPr>
              <w:rPr>
                <w:lang w:val="ru-RU"/>
              </w:rPr>
            </w:pPr>
            <w:proofErr w:type="spellStart"/>
            <w:r w:rsidRPr="004C4047">
              <w:rPr>
                <w:sz w:val="24"/>
                <w:lang w:val="ru-RU"/>
              </w:rPr>
              <w:t>Покращення</w:t>
            </w:r>
            <w:proofErr w:type="spellEnd"/>
            <w:r w:rsidRPr="004C4047">
              <w:rPr>
                <w:sz w:val="24"/>
                <w:lang w:val="ru-RU"/>
              </w:rPr>
              <w:t xml:space="preserve"> контакту </w:t>
            </w:r>
            <w:proofErr w:type="spellStart"/>
            <w:r w:rsidRPr="004C4047">
              <w:rPr>
                <w:sz w:val="24"/>
                <w:lang w:val="ru-RU"/>
              </w:rPr>
              <w:t>насіння</w:t>
            </w:r>
            <w:proofErr w:type="spellEnd"/>
            <w:r w:rsidRPr="004C4047">
              <w:rPr>
                <w:sz w:val="24"/>
                <w:lang w:val="ru-RU"/>
              </w:rPr>
              <w:t xml:space="preserve"> з </w:t>
            </w:r>
            <w:proofErr w:type="spellStart"/>
            <w:r w:rsidRPr="004C4047">
              <w:rPr>
                <w:sz w:val="24"/>
                <w:lang w:val="ru-RU"/>
              </w:rPr>
              <w:t>ґрунтом</w:t>
            </w:r>
            <w:proofErr w:type="spellEnd"/>
            <w:r w:rsidRPr="004C4047">
              <w:rPr>
                <w:sz w:val="24"/>
                <w:lang w:val="ru-RU"/>
              </w:rPr>
              <w:t xml:space="preserve"> і </w:t>
            </w:r>
            <w:proofErr w:type="spellStart"/>
            <w:r w:rsidRPr="004C4047">
              <w:rPr>
                <w:sz w:val="24"/>
                <w:lang w:val="ru-RU"/>
              </w:rPr>
              <w:t>забезпечення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дружних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сходів</w:t>
            </w:r>
            <w:proofErr w:type="spellEnd"/>
            <w:r w:rsidRPr="004C4047">
              <w:rPr>
                <w:sz w:val="24"/>
                <w:lang w:val="ru-RU"/>
              </w:rPr>
              <w:t>.</w:t>
            </w:r>
          </w:p>
        </w:tc>
      </w:tr>
    </w:tbl>
    <w:p w:rsidR="001A790A" w:rsidRPr="004C4047" w:rsidRDefault="001A790A">
      <w:pPr>
        <w:spacing w:line="360" w:lineRule="auto"/>
        <w:ind w:firstLine="709"/>
        <w:rPr>
          <w:lang w:val="ru-RU"/>
        </w:rPr>
      </w:pPr>
    </w:p>
    <w:p w:rsidR="001A790A" w:rsidRPr="004C4047" w:rsidRDefault="001C58FC">
      <w:pPr>
        <w:spacing w:line="360" w:lineRule="auto"/>
        <w:ind w:firstLine="709"/>
        <w:rPr>
          <w:lang w:val="ru-RU"/>
        </w:rPr>
      </w:pPr>
      <w:proofErr w:type="spellStart"/>
      <w:r w:rsidRPr="004C4047">
        <w:rPr>
          <w:lang w:val="ru-RU"/>
        </w:rPr>
        <w:t>Коротке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агрономічне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обґрунтування</w:t>
      </w:r>
      <w:proofErr w:type="spellEnd"/>
      <w:r w:rsidRPr="004C4047">
        <w:rPr>
          <w:lang w:val="ru-RU"/>
        </w:rPr>
        <w:t>: Для дерново-</w:t>
      </w:r>
      <w:proofErr w:type="spellStart"/>
      <w:r w:rsidRPr="004C4047">
        <w:rPr>
          <w:lang w:val="ru-RU"/>
        </w:rPr>
        <w:t>підзолистих</w:t>
      </w:r>
      <w:proofErr w:type="spellEnd"/>
      <w:r w:rsidRPr="004C4047">
        <w:rPr>
          <w:lang w:val="ru-RU"/>
        </w:rPr>
        <w:t xml:space="preserve"> легких </w:t>
      </w:r>
      <w:proofErr w:type="spellStart"/>
      <w:r w:rsidRPr="004C4047">
        <w:rPr>
          <w:lang w:val="ru-RU"/>
        </w:rPr>
        <w:t>ґрунтів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Полісся</w:t>
      </w:r>
      <w:proofErr w:type="spellEnd"/>
      <w:r w:rsidRPr="004C4047">
        <w:rPr>
          <w:lang w:val="ru-RU"/>
        </w:rPr>
        <w:t xml:space="preserve"> за </w:t>
      </w:r>
      <w:proofErr w:type="spellStart"/>
      <w:r w:rsidRPr="004C4047">
        <w:rPr>
          <w:lang w:val="ru-RU"/>
        </w:rPr>
        <w:t>достатнього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зволоження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доцільно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поєднувати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лущення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оранку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весняне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боронування</w:t>
      </w:r>
      <w:proofErr w:type="spellEnd"/>
      <w:r w:rsidRPr="004C4047">
        <w:rPr>
          <w:lang w:val="ru-RU"/>
        </w:rPr>
        <w:t xml:space="preserve"> і </w:t>
      </w:r>
      <w:proofErr w:type="spellStart"/>
      <w:r w:rsidRPr="004C4047">
        <w:rPr>
          <w:lang w:val="ru-RU"/>
        </w:rPr>
        <w:t>передпосівну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культивацію</w:t>
      </w:r>
      <w:proofErr w:type="spellEnd"/>
      <w:r w:rsidRPr="004C4047">
        <w:rPr>
          <w:lang w:val="ru-RU"/>
        </w:rPr>
        <w:t xml:space="preserve">. </w:t>
      </w:r>
      <w:proofErr w:type="spellStart"/>
      <w:r w:rsidRPr="004C4047">
        <w:rPr>
          <w:lang w:val="ru-RU"/>
        </w:rPr>
        <w:t>Після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картоплі</w:t>
      </w:r>
      <w:proofErr w:type="spellEnd"/>
      <w:r w:rsidRPr="004C4047">
        <w:rPr>
          <w:lang w:val="ru-RU"/>
        </w:rPr>
        <w:t xml:space="preserve"> поле </w:t>
      </w:r>
      <w:proofErr w:type="spellStart"/>
      <w:r w:rsidRPr="004C4047">
        <w:rPr>
          <w:lang w:val="ru-RU"/>
        </w:rPr>
        <w:t>частково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розпушене</w:t>
      </w:r>
      <w:proofErr w:type="spellEnd"/>
      <w:r w:rsidRPr="004C4047">
        <w:rPr>
          <w:lang w:val="ru-RU"/>
        </w:rPr>
        <w:t xml:space="preserve">, але </w:t>
      </w:r>
      <w:proofErr w:type="spellStart"/>
      <w:r w:rsidRPr="004C4047">
        <w:rPr>
          <w:lang w:val="ru-RU"/>
        </w:rPr>
        <w:t>потребує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вирівнювання</w:t>
      </w:r>
      <w:proofErr w:type="spellEnd"/>
      <w:r w:rsidRPr="004C4047">
        <w:rPr>
          <w:lang w:val="ru-RU"/>
        </w:rPr>
        <w:t xml:space="preserve"> та </w:t>
      </w:r>
      <w:proofErr w:type="spellStart"/>
      <w:r w:rsidRPr="004C4047">
        <w:rPr>
          <w:lang w:val="ru-RU"/>
        </w:rPr>
        <w:t>очищення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від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б</w:t>
      </w:r>
      <w:r w:rsidRPr="004C4047">
        <w:rPr>
          <w:lang w:val="ru-RU"/>
        </w:rPr>
        <w:t>ур’янів</w:t>
      </w:r>
      <w:proofErr w:type="spellEnd"/>
      <w:r w:rsidRPr="004C4047">
        <w:rPr>
          <w:lang w:val="ru-RU"/>
        </w:rPr>
        <w:t xml:space="preserve">. </w:t>
      </w:r>
      <w:proofErr w:type="spellStart"/>
      <w:r w:rsidRPr="004C4047">
        <w:rPr>
          <w:lang w:val="ru-RU"/>
        </w:rPr>
        <w:t>Оранка</w:t>
      </w:r>
      <w:proofErr w:type="spellEnd"/>
      <w:r w:rsidRPr="004C4047">
        <w:rPr>
          <w:lang w:val="ru-RU"/>
        </w:rPr>
        <w:t xml:space="preserve"> на 20–22 см </w:t>
      </w:r>
      <w:proofErr w:type="spellStart"/>
      <w:r w:rsidRPr="004C4047">
        <w:rPr>
          <w:lang w:val="ru-RU"/>
        </w:rPr>
        <w:t>забезпечує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загортання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решток</w:t>
      </w:r>
      <w:proofErr w:type="spellEnd"/>
      <w:r w:rsidRPr="004C4047">
        <w:rPr>
          <w:lang w:val="ru-RU"/>
        </w:rPr>
        <w:t xml:space="preserve"> і </w:t>
      </w:r>
      <w:proofErr w:type="spellStart"/>
      <w:r w:rsidRPr="004C4047">
        <w:rPr>
          <w:lang w:val="ru-RU"/>
        </w:rPr>
        <w:t>покращує</w:t>
      </w:r>
      <w:proofErr w:type="spellEnd"/>
      <w:r w:rsidRPr="004C4047">
        <w:rPr>
          <w:lang w:val="ru-RU"/>
        </w:rPr>
        <w:t xml:space="preserve"> структуру </w:t>
      </w:r>
      <w:proofErr w:type="spellStart"/>
      <w:r w:rsidRPr="004C4047">
        <w:rPr>
          <w:lang w:val="ru-RU"/>
        </w:rPr>
        <w:t>ґрунту</w:t>
      </w:r>
      <w:proofErr w:type="spellEnd"/>
      <w:r w:rsidRPr="004C4047">
        <w:rPr>
          <w:lang w:val="ru-RU"/>
        </w:rPr>
        <w:t xml:space="preserve">. </w:t>
      </w:r>
      <w:proofErr w:type="spellStart"/>
      <w:r w:rsidRPr="004C4047">
        <w:rPr>
          <w:lang w:val="ru-RU"/>
        </w:rPr>
        <w:t>Передпосівна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культивація</w:t>
      </w:r>
      <w:proofErr w:type="spellEnd"/>
      <w:r w:rsidRPr="004C4047">
        <w:rPr>
          <w:lang w:val="ru-RU"/>
        </w:rPr>
        <w:t xml:space="preserve"> на </w:t>
      </w:r>
      <w:proofErr w:type="spellStart"/>
      <w:r w:rsidRPr="004C4047">
        <w:rPr>
          <w:lang w:val="ru-RU"/>
        </w:rPr>
        <w:t>глибину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загортання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насіння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створює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оптимальні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умови</w:t>
      </w:r>
      <w:proofErr w:type="spellEnd"/>
      <w:r w:rsidRPr="004C4047">
        <w:rPr>
          <w:lang w:val="ru-RU"/>
        </w:rPr>
        <w:t xml:space="preserve"> для </w:t>
      </w:r>
      <w:proofErr w:type="spellStart"/>
      <w:r w:rsidRPr="004C4047">
        <w:rPr>
          <w:lang w:val="ru-RU"/>
        </w:rPr>
        <w:t>сівби</w:t>
      </w:r>
      <w:proofErr w:type="spellEnd"/>
      <w:r w:rsidRPr="004C4047">
        <w:rPr>
          <w:lang w:val="ru-RU"/>
        </w:rPr>
        <w:t xml:space="preserve"> ячменю. </w:t>
      </w:r>
      <w:proofErr w:type="spellStart"/>
      <w:r w:rsidRPr="004C4047">
        <w:rPr>
          <w:lang w:val="ru-RU"/>
        </w:rPr>
        <w:t>Коткування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проводять</w:t>
      </w:r>
      <w:proofErr w:type="spellEnd"/>
      <w:r w:rsidRPr="004C4047">
        <w:rPr>
          <w:lang w:val="ru-RU"/>
        </w:rPr>
        <w:t xml:space="preserve"> за потреби для </w:t>
      </w:r>
      <w:proofErr w:type="spellStart"/>
      <w:r w:rsidRPr="004C4047">
        <w:rPr>
          <w:lang w:val="ru-RU"/>
        </w:rPr>
        <w:t>отримання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дружних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сходів</w:t>
      </w:r>
      <w:proofErr w:type="spellEnd"/>
      <w:r w:rsidRPr="004C4047">
        <w:rPr>
          <w:lang w:val="ru-RU"/>
        </w:rPr>
        <w:t>.</w:t>
      </w:r>
    </w:p>
    <w:p w:rsidR="001A790A" w:rsidRPr="004C4047" w:rsidRDefault="001A790A">
      <w:pPr>
        <w:spacing w:line="360" w:lineRule="auto"/>
        <w:ind w:firstLine="709"/>
        <w:rPr>
          <w:lang w:val="ru-RU"/>
        </w:rPr>
      </w:pPr>
    </w:p>
    <w:p w:rsidR="001A790A" w:rsidRPr="004C4047" w:rsidRDefault="001C58FC">
      <w:pPr>
        <w:spacing w:line="360" w:lineRule="auto"/>
        <w:rPr>
          <w:lang w:val="ru-RU"/>
        </w:rPr>
      </w:pPr>
      <w:proofErr w:type="spellStart"/>
      <w:r w:rsidRPr="004C4047">
        <w:rPr>
          <w:b/>
          <w:lang w:val="ru-RU"/>
        </w:rPr>
        <w:t>Варіант</w:t>
      </w:r>
      <w:proofErr w:type="spellEnd"/>
      <w:r w:rsidRPr="004C4047">
        <w:rPr>
          <w:b/>
          <w:lang w:val="ru-RU"/>
        </w:rPr>
        <w:t xml:space="preserve"> 2</w:t>
      </w:r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lang w:val="ru-RU"/>
        </w:rPr>
        <w:t xml:space="preserve">Зона: </w:t>
      </w:r>
      <w:proofErr w:type="spellStart"/>
      <w:r w:rsidRPr="004C4047">
        <w:rPr>
          <w:lang w:val="ru-RU"/>
        </w:rPr>
        <w:t>Лісостеп</w:t>
      </w:r>
      <w:proofErr w:type="spellEnd"/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lang w:val="ru-RU"/>
        </w:rPr>
        <w:t xml:space="preserve">Яра культура: </w:t>
      </w:r>
      <w:proofErr w:type="spellStart"/>
      <w:r w:rsidRPr="004C4047">
        <w:rPr>
          <w:lang w:val="ru-RU"/>
        </w:rPr>
        <w:t>Кукурудза</w:t>
      </w:r>
      <w:proofErr w:type="spellEnd"/>
      <w:r w:rsidRPr="004C4047">
        <w:rPr>
          <w:lang w:val="ru-RU"/>
        </w:rPr>
        <w:t xml:space="preserve"> на зерно</w:t>
      </w:r>
    </w:p>
    <w:p w:rsidR="001A790A" w:rsidRPr="004C4047" w:rsidRDefault="001C58FC">
      <w:pPr>
        <w:spacing w:line="360" w:lineRule="auto"/>
        <w:rPr>
          <w:lang w:val="ru-RU"/>
        </w:rPr>
      </w:pPr>
      <w:proofErr w:type="spellStart"/>
      <w:r w:rsidRPr="004C4047">
        <w:rPr>
          <w:lang w:val="ru-RU"/>
        </w:rPr>
        <w:lastRenderedPageBreak/>
        <w:t>Попередник</w:t>
      </w:r>
      <w:proofErr w:type="spellEnd"/>
      <w:r w:rsidRPr="004C4047">
        <w:rPr>
          <w:lang w:val="ru-RU"/>
        </w:rPr>
        <w:t xml:space="preserve">: </w:t>
      </w:r>
      <w:proofErr w:type="spellStart"/>
      <w:r w:rsidRPr="004C4047">
        <w:rPr>
          <w:lang w:val="ru-RU"/>
        </w:rPr>
        <w:t>Озима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пшениця</w:t>
      </w:r>
      <w:proofErr w:type="spellEnd"/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lang w:val="ru-RU"/>
        </w:rPr>
        <w:t xml:space="preserve">Тип </w:t>
      </w:r>
      <w:proofErr w:type="spellStart"/>
      <w:r w:rsidRPr="004C4047">
        <w:rPr>
          <w:lang w:val="ru-RU"/>
        </w:rPr>
        <w:t>бур’янів</w:t>
      </w:r>
      <w:proofErr w:type="spellEnd"/>
      <w:r w:rsidRPr="004C4047">
        <w:rPr>
          <w:lang w:val="ru-RU"/>
        </w:rPr>
        <w:t xml:space="preserve">: </w:t>
      </w:r>
      <w:proofErr w:type="spellStart"/>
      <w:r w:rsidRPr="004C4047">
        <w:rPr>
          <w:lang w:val="ru-RU"/>
        </w:rPr>
        <w:t>Багаторічні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коренепаросткові</w:t>
      </w:r>
      <w:proofErr w:type="spellEnd"/>
      <w:r w:rsidRPr="004C4047">
        <w:rPr>
          <w:lang w:val="ru-RU"/>
        </w:rPr>
        <w:t xml:space="preserve"> (осот, </w:t>
      </w:r>
      <w:proofErr w:type="spellStart"/>
      <w:r w:rsidRPr="004C4047">
        <w:rPr>
          <w:lang w:val="ru-RU"/>
        </w:rPr>
        <w:t>берізка</w:t>
      </w:r>
      <w:proofErr w:type="spellEnd"/>
      <w:r w:rsidRPr="004C4047">
        <w:rPr>
          <w:lang w:val="ru-RU"/>
        </w:rPr>
        <w:t>)</w:t>
      </w:r>
    </w:p>
    <w:p w:rsidR="001A790A" w:rsidRPr="004C4047" w:rsidRDefault="001C58FC">
      <w:pPr>
        <w:spacing w:line="360" w:lineRule="auto"/>
        <w:rPr>
          <w:lang w:val="ru-RU"/>
        </w:rPr>
      </w:pPr>
      <w:proofErr w:type="spellStart"/>
      <w:r w:rsidRPr="004C4047">
        <w:rPr>
          <w:lang w:val="ru-RU"/>
        </w:rPr>
        <w:t>Ґрунти</w:t>
      </w:r>
      <w:proofErr w:type="spellEnd"/>
      <w:r w:rsidRPr="004C4047">
        <w:rPr>
          <w:lang w:val="ru-RU"/>
        </w:rPr>
        <w:t xml:space="preserve">: </w:t>
      </w:r>
      <w:proofErr w:type="spellStart"/>
      <w:r w:rsidRPr="004C4047">
        <w:rPr>
          <w:lang w:val="ru-RU"/>
        </w:rPr>
        <w:t>Чорноземи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типові</w:t>
      </w:r>
      <w:proofErr w:type="spellEnd"/>
    </w:p>
    <w:p w:rsidR="001A790A" w:rsidRPr="004C4047" w:rsidRDefault="001C58FC">
      <w:pPr>
        <w:spacing w:line="360" w:lineRule="auto"/>
        <w:rPr>
          <w:lang w:val="ru-RU"/>
        </w:rPr>
      </w:pPr>
      <w:proofErr w:type="spellStart"/>
      <w:r w:rsidRPr="004C4047">
        <w:rPr>
          <w:lang w:val="ru-RU"/>
        </w:rPr>
        <w:t>Умови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зволоження</w:t>
      </w:r>
      <w:proofErr w:type="spellEnd"/>
      <w:r w:rsidRPr="004C4047">
        <w:rPr>
          <w:lang w:val="ru-RU"/>
        </w:rPr>
        <w:t xml:space="preserve">: </w:t>
      </w:r>
      <w:proofErr w:type="spellStart"/>
      <w:r w:rsidRPr="004C4047">
        <w:rPr>
          <w:lang w:val="ru-RU"/>
        </w:rPr>
        <w:t>Помірні</w:t>
      </w:r>
      <w:proofErr w:type="spellEnd"/>
    </w:p>
    <w:p w:rsidR="001A790A" w:rsidRPr="004C4047" w:rsidRDefault="001A790A">
      <w:pPr>
        <w:spacing w:line="360" w:lineRule="auto"/>
        <w:ind w:firstLine="709"/>
        <w:rPr>
          <w:lang w:val="ru-RU"/>
        </w:rPr>
      </w:pPr>
    </w:p>
    <w:p w:rsidR="001A790A" w:rsidRPr="004C4047" w:rsidRDefault="001C58FC">
      <w:pPr>
        <w:spacing w:line="360" w:lineRule="auto"/>
        <w:rPr>
          <w:lang w:val="ru-RU"/>
        </w:rPr>
      </w:pPr>
      <w:proofErr w:type="spellStart"/>
      <w:r w:rsidRPr="004C4047">
        <w:rPr>
          <w:b/>
          <w:lang w:val="ru-RU"/>
        </w:rPr>
        <w:t>Системи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обробітку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ґрунту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під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кукурудзу</w:t>
      </w:r>
      <w:proofErr w:type="spellEnd"/>
      <w:r w:rsidRPr="004C4047">
        <w:rPr>
          <w:b/>
          <w:lang w:val="ru-RU"/>
        </w:rPr>
        <w:t xml:space="preserve"> на зерно в </w:t>
      </w:r>
      <w:proofErr w:type="spellStart"/>
      <w:r w:rsidRPr="004C4047">
        <w:rPr>
          <w:b/>
          <w:lang w:val="ru-RU"/>
        </w:rPr>
        <w:t>зоні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Лісостепу</w:t>
      </w:r>
      <w:proofErr w:type="spellEnd"/>
    </w:p>
    <w:tbl>
      <w:tblPr>
        <w:tblStyle w:val="aff0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1964"/>
        <w:gridCol w:w="1962"/>
        <w:gridCol w:w="1787"/>
        <w:gridCol w:w="1243"/>
        <w:gridCol w:w="2997"/>
      </w:tblGrid>
      <w:tr w:rsidR="001A790A">
        <w:trPr>
          <w:jc w:val="center"/>
        </w:trPr>
        <w:tc>
          <w:tcPr>
            <w:tcW w:w="1701" w:type="dxa"/>
            <w:shd w:val="clear" w:color="auto" w:fill="D9EAD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A790A" w:rsidRDefault="001C58FC">
            <w:pPr>
              <w:jc w:val="center"/>
            </w:pPr>
            <w:proofErr w:type="spellStart"/>
            <w:r>
              <w:rPr>
                <w:b/>
                <w:sz w:val="24"/>
              </w:rPr>
              <w:t>Етап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обробітку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ґрунту</w:t>
            </w:r>
            <w:proofErr w:type="spellEnd"/>
          </w:p>
        </w:tc>
        <w:tc>
          <w:tcPr>
            <w:tcW w:w="2041" w:type="dxa"/>
            <w:shd w:val="clear" w:color="auto" w:fill="D9EAD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b/>
                <w:sz w:val="24"/>
              </w:rPr>
              <w:t>Агротехнічний прийом</w:t>
            </w:r>
          </w:p>
        </w:tc>
        <w:tc>
          <w:tcPr>
            <w:tcW w:w="2211" w:type="dxa"/>
            <w:shd w:val="clear" w:color="auto" w:fill="D9EAD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b/>
                <w:sz w:val="24"/>
              </w:rPr>
              <w:t>Знаряддя (приклад)</w:t>
            </w:r>
          </w:p>
        </w:tc>
        <w:tc>
          <w:tcPr>
            <w:tcW w:w="1077" w:type="dxa"/>
            <w:shd w:val="clear" w:color="auto" w:fill="D9EAD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b/>
                <w:sz w:val="24"/>
              </w:rPr>
              <w:t>Глибина, см</w:t>
            </w:r>
          </w:p>
        </w:tc>
        <w:tc>
          <w:tcPr>
            <w:tcW w:w="3742" w:type="dxa"/>
            <w:shd w:val="clear" w:color="auto" w:fill="D9EAD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b/>
                <w:sz w:val="24"/>
              </w:rPr>
              <w:t>Обґрунтування</w:t>
            </w:r>
          </w:p>
        </w:tc>
      </w:tr>
      <w:tr w:rsidR="001A790A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Післязбиральний</w:t>
            </w:r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Перше лущення стерні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ЛДГ-10, ЛДГ-15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6–8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Підрізання сходів бур’янів, подрібнення стерні, стимулювання проростання коренепаросткових бур’янів.</w:t>
            </w:r>
          </w:p>
        </w:tc>
      </w:tr>
      <w:tr w:rsidR="001A790A" w:rsidRPr="004C4047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Післязбиральний</w:t>
            </w:r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Друге лущення стерні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БДТ-7, БДТ-3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10–12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4C4047" w:rsidRDefault="001C58FC">
            <w:pPr>
              <w:rPr>
                <w:lang w:val="ru-RU"/>
              </w:rPr>
            </w:pPr>
            <w:proofErr w:type="spellStart"/>
            <w:r w:rsidRPr="004C4047">
              <w:rPr>
                <w:sz w:val="24"/>
                <w:lang w:val="ru-RU"/>
              </w:rPr>
              <w:t>Виснаження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кореневої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системи</w:t>
            </w:r>
            <w:proofErr w:type="spellEnd"/>
            <w:r w:rsidRPr="004C4047">
              <w:rPr>
                <w:sz w:val="24"/>
                <w:lang w:val="ru-RU"/>
              </w:rPr>
              <w:t xml:space="preserve"> осоту і </w:t>
            </w:r>
            <w:proofErr w:type="spellStart"/>
            <w:r w:rsidRPr="004C4047">
              <w:rPr>
                <w:sz w:val="24"/>
                <w:lang w:val="ru-RU"/>
              </w:rPr>
              <w:t>берізки</w:t>
            </w:r>
            <w:proofErr w:type="spellEnd"/>
            <w:r w:rsidRPr="004C4047">
              <w:rPr>
                <w:sz w:val="24"/>
                <w:lang w:val="ru-RU"/>
              </w:rPr>
              <w:t xml:space="preserve">, </w:t>
            </w:r>
            <w:proofErr w:type="spellStart"/>
            <w:r w:rsidRPr="004C4047">
              <w:rPr>
                <w:sz w:val="24"/>
                <w:lang w:val="ru-RU"/>
              </w:rPr>
              <w:t>посилення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боротьби</w:t>
            </w:r>
            <w:proofErr w:type="spellEnd"/>
            <w:r w:rsidRPr="004C4047">
              <w:rPr>
                <w:sz w:val="24"/>
                <w:lang w:val="ru-RU"/>
              </w:rPr>
              <w:t xml:space="preserve"> з </w:t>
            </w:r>
            <w:proofErr w:type="spellStart"/>
            <w:r w:rsidRPr="004C4047">
              <w:rPr>
                <w:sz w:val="24"/>
                <w:lang w:val="ru-RU"/>
              </w:rPr>
              <w:t>багаторічними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бур’янами</w:t>
            </w:r>
            <w:proofErr w:type="spellEnd"/>
            <w:r w:rsidRPr="004C4047">
              <w:rPr>
                <w:sz w:val="24"/>
                <w:lang w:val="ru-RU"/>
              </w:rPr>
              <w:t>.</w:t>
            </w:r>
          </w:p>
        </w:tc>
      </w:tr>
      <w:tr w:rsidR="001A790A" w:rsidRPr="004C4047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roofErr w:type="spellStart"/>
            <w:r>
              <w:rPr>
                <w:sz w:val="24"/>
              </w:rPr>
              <w:t>Основний</w:t>
            </w:r>
            <w:proofErr w:type="spellEnd"/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Полицева оранка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ПЛН-4-35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25–27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4C4047" w:rsidRDefault="001C58FC">
            <w:pPr>
              <w:rPr>
                <w:lang w:val="ru-RU"/>
              </w:rPr>
            </w:pPr>
            <w:proofErr w:type="spellStart"/>
            <w:r w:rsidRPr="004C4047">
              <w:rPr>
                <w:sz w:val="24"/>
                <w:lang w:val="ru-RU"/>
              </w:rPr>
              <w:t>Глибоке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загортання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решток</w:t>
            </w:r>
            <w:proofErr w:type="spellEnd"/>
            <w:r w:rsidRPr="004C4047">
              <w:rPr>
                <w:sz w:val="24"/>
                <w:lang w:val="ru-RU"/>
              </w:rPr>
              <w:t xml:space="preserve"> і </w:t>
            </w:r>
            <w:proofErr w:type="spellStart"/>
            <w:r w:rsidRPr="004C4047">
              <w:rPr>
                <w:sz w:val="24"/>
                <w:lang w:val="ru-RU"/>
              </w:rPr>
              <w:t>бур’янів</w:t>
            </w:r>
            <w:proofErr w:type="spellEnd"/>
            <w:r w:rsidRPr="004C4047">
              <w:rPr>
                <w:sz w:val="24"/>
                <w:lang w:val="ru-RU"/>
              </w:rPr>
              <w:t xml:space="preserve">, </w:t>
            </w:r>
            <w:proofErr w:type="spellStart"/>
            <w:r w:rsidRPr="004C4047">
              <w:rPr>
                <w:sz w:val="24"/>
                <w:lang w:val="ru-RU"/>
              </w:rPr>
              <w:t>розпушення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ґрунту</w:t>
            </w:r>
            <w:proofErr w:type="spellEnd"/>
            <w:r w:rsidRPr="004C4047">
              <w:rPr>
                <w:sz w:val="24"/>
                <w:lang w:val="ru-RU"/>
              </w:rPr>
              <w:t xml:space="preserve">, </w:t>
            </w:r>
            <w:proofErr w:type="spellStart"/>
            <w:r w:rsidRPr="004C4047">
              <w:rPr>
                <w:sz w:val="24"/>
                <w:lang w:val="ru-RU"/>
              </w:rPr>
              <w:t>нагромадже</w:t>
            </w:r>
            <w:r w:rsidRPr="004C4047">
              <w:rPr>
                <w:sz w:val="24"/>
                <w:lang w:val="ru-RU"/>
              </w:rPr>
              <w:t>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вологи</w:t>
            </w:r>
            <w:proofErr w:type="spellEnd"/>
            <w:r w:rsidRPr="004C4047">
              <w:rPr>
                <w:sz w:val="24"/>
                <w:lang w:val="ru-RU"/>
              </w:rPr>
              <w:t>.</w:t>
            </w:r>
          </w:p>
        </w:tc>
      </w:tr>
      <w:tr w:rsidR="001A790A" w:rsidRPr="004C4047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roofErr w:type="spellStart"/>
            <w:r>
              <w:rPr>
                <w:sz w:val="24"/>
              </w:rPr>
              <w:t>Ранньовесняний</w:t>
            </w:r>
            <w:proofErr w:type="spellEnd"/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Боронування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БІГ-3А, ЗБП-0,6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3–4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4C4047" w:rsidRDefault="001C58FC">
            <w:pPr>
              <w:rPr>
                <w:lang w:val="ru-RU"/>
              </w:rPr>
            </w:pPr>
            <w:proofErr w:type="spellStart"/>
            <w:r w:rsidRPr="004C4047">
              <w:rPr>
                <w:sz w:val="24"/>
                <w:lang w:val="ru-RU"/>
              </w:rPr>
              <w:t>Закриття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вологи</w:t>
            </w:r>
            <w:proofErr w:type="spellEnd"/>
            <w:r w:rsidRPr="004C4047">
              <w:rPr>
                <w:sz w:val="24"/>
                <w:lang w:val="ru-RU"/>
              </w:rPr>
              <w:t xml:space="preserve">, </w:t>
            </w:r>
            <w:proofErr w:type="spellStart"/>
            <w:r w:rsidRPr="004C4047">
              <w:rPr>
                <w:sz w:val="24"/>
                <w:lang w:val="ru-RU"/>
              </w:rPr>
              <w:t>зменшення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випаровування</w:t>
            </w:r>
            <w:proofErr w:type="spellEnd"/>
            <w:r w:rsidRPr="004C4047">
              <w:rPr>
                <w:sz w:val="24"/>
                <w:lang w:val="ru-RU"/>
              </w:rPr>
              <w:t xml:space="preserve">, </w:t>
            </w:r>
            <w:proofErr w:type="spellStart"/>
            <w:r w:rsidRPr="004C4047">
              <w:rPr>
                <w:sz w:val="24"/>
                <w:lang w:val="ru-RU"/>
              </w:rPr>
              <w:t>руйнування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кірки</w:t>
            </w:r>
            <w:proofErr w:type="spellEnd"/>
            <w:r w:rsidRPr="004C4047">
              <w:rPr>
                <w:sz w:val="24"/>
                <w:lang w:val="ru-RU"/>
              </w:rPr>
              <w:t>.</w:t>
            </w:r>
          </w:p>
        </w:tc>
      </w:tr>
      <w:tr w:rsidR="001A790A" w:rsidRPr="004C4047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roofErr w:type="spellStart"/>
            <w:r>
              <w:rPr>
                <w:sz w:val="24"/>
              </w:rPr>
              <w:t>Передпосівний</w:t>
            </w:r>
            <w:proofErr w:type="spellEnd"/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Культивація з боронуванням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КПС-4 + борони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8–10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4C4047" w:rsidRDefault="001C58FC">
            <w:pPr>
              <w:rPr>
                <w:lang w:val="ru-RU"/>
              </w:rPr>
            </w:pPr>
            <w:proofErr w:type="spellStart"/>
            <w:r w:rsidRPr="004C4047">
              <w:rPr>
                <w:sz w:val="24"/>
                <w:lang w:val="ru-RU"/>
              </w:rPr>
              <w:t>Формування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посівного</w:t>
            </w:r>
            <w:proofErr w:type="spellEnd"/>
            <w:r w:rsidRPr="004C4047">
              <w:rPr>
                <w:sz w:val="24"/>
                <w:lang w:val="ru-RU"/>
              </w:rPr>
              <w:t xml:space="preserve"> ложа для </w:t>
            </w:r>
            <w:proofErr w:type="spellStart"/>
            <w:r w:rsidRPr="004C4047">
              <w:rPr>
                <w:sz w:val="24"/>
                <w:lang w:val="ru-RU"/>
              </w:rPr>
              <w:t>кукурудзи</w:t>
            </w:r>
            <w:proofErr w:type="spellEnd"/>
            <w:r w:rsidRPr="004C4047">
              <w:rPr>
                <w:sz w:val="24"/>
                <w:lang w:val="ru-RU"/>
              </w:rPr>
              <w:t xml:space="preserve"> та </w:t>
            </w:r>
            <w:proofErr w:type="spellStart"/>
            <w:r w:rsidRPr="004C4047">
              <w:rPr>
                <w:sz w:val="24"/>
                <w:lang w:val="ru-RU"/>
              </w:rPr>
              <w:t>знищення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пророслих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бур’янів</w:t>
            </w:r>
            <w:proofErr w:type="spellEnd"/>
            <w:r w:rsidRPr="004C4047">
              <w:rPr>
                <w:sz w:val="24"/>
                <w:lang w:val="ru-RU"/>
              </w:rPr>
              <w:t>.</w:t>
            </w:r>
          </w:p>
        </w:tc>
      </w:tr>
      <w:tr w:rsidR="001A790A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roofErr w:type="spellStart"/>
            <w:r>
              <w:rPr>
                <w:sz w:val="24"/>
              </w:rPr>
              <w:t>Догляд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посівами</w:t>
            </w:r>
            <w:proofErr w:type="spellEnd"/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Міжрядна культивація 1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КРН-5,6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6–8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Розпушення міжрядь, знищення бур’янів, поліпшення аерації.</w:t>
            </w:r>
          </w:p>
        </w:tc>
      </w:tr>
      <w:tr w:rsidR="001A790A" w:rsidRPr="004C4047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lastRenderedPageBreak/>
              <w:t>Догляд за посівами</w:t>
            </w:r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Міжрядна культивація 2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КРН-5,6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8–10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4C4047" w:rsidRDefault="001C58FC">
            <w:pPr>
              <w:rPr>
                <w:lang w:val="ru-RU"/>
              </w:rPr>
            </w:pPr>
            <w:proofErr w:type="spellStart"/>
            <w:r w:rsidRPr="004C4047">
              <w:rPr>
                <w:sz w:val="24"/>
                <w:lang w:val="ru-RU"/>
              </w:rPr>
              <w:t>Повторне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знищення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бур’янів</w:t>
            </w:r>
            <w:proofErr w:type="spellEnd"/>
            <w:r w:rsidRPr="004C4047">
              <w:rPr>
                <w:sz w:val="24"/>
                <w:lang w:val="ru-RU"/>
              </w:rPr>
              <w:t xml:space="preserve"> і </w:t>
            </w:r>
            <w:proofErr w:type="spellStart"/>
            <w:r w:rsidRPr="004C4047">
              <w:rPr>
                <w:sz w:val="24"/>
                <w:lang w:val="ru-RU"/>
              </w:rPr>
              <w:t>збереження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вологи</w:t>
            </w:r>
            <w:proofErr w:type="spellEnd"/>
            <w:r w:rsidRPr="004C4047">
              <w:rPr>
                <w:sz w:val="24"/>
                <w:lang w:val="ru-RU"/>
              </w:rPr>
              <w:t>.</w:t>
            </w:r>
          </w:p>
        </w:tc>
      </w:tr>
      <w:tr w:rsidR="001A790A" w:rsidRPr="004C4047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roofErr w:type="spellStart"/>
            <w:r>
              <w:rPr>
                <w:sz w:val="24"/>
              </w:rPr>
              <w:t>Догляд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посівами</w:t>
            </w:r>
            <w:proofErr w:type="spellEnd"/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 xml:space="preserve">Міжрядна </w:t>
            </w:r>
            <w:r>
              <w:rPr>
                <w:sz w:val="24"/>
              </w:rPr>
              <w:t>культивація 3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КРН-5,6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10–12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4C4047" w:rsidRDefault="001C58FC">
            <w:pPr>
              <w:rPr>
                <w:lang w:val="ru-RU"/>
              </w:rPr>
            </w:pPr>
            <w:proofErr w:type="spellStart"/>
            <w:r w:rsidRPr="004C4047">
              <w:rPr>
                <w:sz w:val="24"/>
                <w:lang w:val="ru-RU"/>
              </w:rPr>
              <w:t>Остаточне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очищення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міжрядь</w:t>
            </w:r>
            <w:proofErr w:type="spellEnd"/>
            <w:r w:rsidRPr="004C4047">
              <w:rPr>
                <w:sz w:val="24"/>
                <w:lang w:val="ru-RU"/>
              </w:rPr>
              <w:t xml:space="preserve"> та </w:t>
            </w:r>
            <w:proofErr w:type="spellStart"/>
            <w:r w:rsidRPr="004C4047">
              <w:rPr>
                <w:sz w:val="24"/>
                <w:lang w:val="ru-RU"/>
              </w:rPr>
              <w:t>поліпшення</w:t>
            </w:r>
            <w:proofErr w:type="spellEnd"/>
            <w:r w:rsidRPr="004C4047">
              <w:rPr>
                <w:sz w:val="24"/>
                <w:lang w:val="ru-RU"/>
              </w:rPr>
              <w:t xml:space="preserve"> умов росту </w:t>
            </w:r>
            <w:proofErr w:type="spellStart"/>
            <w:r w:rsidRPr="004C4047">
              <w:rPr>
                <w:sz w:val="24"/>
                <w:lang w:val="ru-RU"/>
              </w:rPr>
              <w:t>рослин</w:t>
            </w:r>
            <w:proofErr w:type="spellEnd"/>
            <w:r w:rsidRPr="004C4047">
              <w:rPr>
                <w:sz w:val="24"/>
                <w:lang w:val="ru-RU"/>
              </w:rPr>
              <w:t>.</w:t>
            </w:r>
          </w:p>
        </w:tc>
      </w:tr>
    </w:tbl>
    <w:p w:rsidR="001A790A" w:rsidRPr="004C4047" w:rsidRDefault="001A790A">
      <w:pPr>
        <w:spacing w:line="360" w:lineRule="auto"/>
        <w:ind w:firstLine="709"/>
        <w:rPr>
          <w:lang w:val="ru-RU"/>
        </w:rPr>
      </w:pPr>
    </w:p>
    <w:p w:rsidR="001A790A" w:rsidRPr="004C4047" w:rsidRDefault="001C58FC">
      <w:pPr>
        <w:spacing w:line="360" w:lineRule="auto"/>
        <w:ind w:firstLine="709"/>
        <w:rPr>
          <w:lang w:val="ru-RU"/>
        </w:rPr>
      </w:pPr>
      <w:proofErr w:type="spellStart"/>
      <w:r w:rsidRPr="004C4047">
        <w:rPr>
          <w:lang w:val="ru-RU"/>
        </w:rPr>
        <w:t>Коротке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агрономічне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обґрунтування</w:t>
      </w:r>
      <w:proofErr w:type="spellEnd"/>
      <w:r w:rsidRPr="004C4047">
        <w:rPr>
          <w:lang w:val="ru-RU"/>
        </w:rPr>
        <w:t xml:space="preserve">: У </w:t>
      </w:r>
      <w:proofErr w:type="spellStart"/>
      <w:r w:rsidRPr="004C4047">
        <w:rPr>
          <w:lang w:val="ru-RU"/>
        </w:rPr>
        <w:t>Лісостепу</w:t>
      </w:r>
      <w:proofErr w:type="spellEnd"/>
      <w:r w:rsidRPr="004C4047">
        <w:rPr>
          <w:lang w:val="ru-RU"/>
        </w:rPr>
        <w:t xml:space="preserve"> на </w:t>
      </w:r>
      <w:proofErr w:type="spellStart"/>
      <w:r w:rsidRPr="004C4047">
        <w:rPr>
          <w:lang w:val="ru-RU"/>
        </w:rPr>
        <w:t>чорноземах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типових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після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озимої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пшениці</w:t>
      </w:r>
      <w:proofErr w:type="spellEnd"/>
      <w:r w:rsidRPr="004C4047">
        <w:rPr>
          <w:lang w:val="ru-RU"/>
        </w:rPr>
        <w:t xml:space="preserve"> та за </w:t>
      </w:r>
      <w:proofErr w:type="spellStart"/>
      <w:r w:rsidRPr="004C4047">
        <w:rPr>
          <w:lang w:val="ru-RU"/>
        </w:rPr>
        <w:t>наявності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багаторічних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коренепаросткових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бур’янів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найефективнішим</w:t>
      </w:r>
      <w:proofErr w:type="spellEnd"/>
      <w:r w:rsidRPr="004C4047">
        <w:rPr>
          <w:lang w:val="ru-RU"/>
        </w:rPr>
        <w:t xml:space="preserve"> є </w:t>
      </w:r>
      <w:proofErr w:type="spellStart"/>
      <w:r w:rsidRPr="004C4047">
        <w:rPr>
          <w:lang w:val="ru-RU"/>
        </w:rPr>
        <w:t>дв</w:t>
      </w:r>
      <w:r w:rsidRPr="004C4047">
        <w:rPr>
          <w:lang w:val="ru-RU"/>
        </w:rPr>
        <w:t>ократне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лущення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стерні</w:t>
      </w:r>
      <w:proofErr w:type="spellEnd"/>
      <w:r w:rsidRPr="004C4047">
        <w:rPr>
          <w:lang w:val="ru-RU"/>
        </w:rPr>
        <w:t xml:space="preserve"> з </w:t>
      </w:r>
      <w:proofErr w:type="spellStart"/>
      <w:r w:rsidRPr="004C4047">
        <w:rPr>
          <w:lang w:val="ru-RU"/>
        </w:rPr>
        <w:t>наступною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глибокою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полицевою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оранкою</w:t>
      </w:r>
      <w:proofErr w:type="spellEnd"/>
      <w:r w:rsidRPr="004C4047">
        <w:rPr>
          <w:lang w:val="ru-RU"/>
        </w:rPr>
        <w:t xml:space="preserve">. </w:t>
      </w:r>
      <w:proofErr w:type="spellStart"/>
      <w:r w:rsidRPr="004C4047">
        <w:rPr>
          <w:lang w:val="ru-RU"/>
        </w:rPr>
        <w:t>Це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дає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змогу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виснажити</w:t>
      </w:r>
      <w:proofErr w:type="spellEnd"/>
      <w:r w:rsidRPr="004C4047">
        <w:rPr>
          <w:lang w:val="ru-RU"/>
        </w:rPr>
        <w:t xml:space="preserve"> осот і </w:t>
      </w:r>
      <w:proofErr w:type="spellStart"/>
      <w:r w:rsidRPr="004C4047">
        <w:rPr>
          <w:lang w:val="ru-RU"/>
        </w:rPr>
        <w:t>берізку</w:t>
      </w:r>
      <w:proofErr w:type="spellEnd"/>
      <w:r w:rsidRPr="004C4047">
        <w:rPr>
          <w:lang w:val="ru-RU"/>
        </w:rPr>
        <w:t xml:space="preserve"> та </w:t>
      </w:r>
      <w:proofErr w:type="spellStart"/>
      <w:r w:rsidRPr="004C4047">
        <w:rPr>
          <w:lang w:val="ru-RU"/>
        </w:rPr>
        <w:t>зменшити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їх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поширення</w:t>
      </w:r>
      <w:proofErr w:type="spellEnd"/>
      <w:r w:rsidRPr="004C4047">
        <w:rPr>
          <w:lang w:val="ru-RU"/>
        </w:rPr>
        <w:t xml:space="preserve">. </w:t>
      </w:r>
      <w:proofErr w:type="spellStart"/>
      <w:r w:rsidRPr="004C4047">
        <w:rPr>
          <w:lang w:val="ru-RU"/>
        </w:rPr>
        <w:t>Весняне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боронування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зберігає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вологу</w:t>
      </w:r>
      <w:proofErr w:type="spellEnd"/>
      <w:r w:rsidRPr="004C4047">
        <w:rPr>
          <w:lang w:val="ru-RU"/>
        </w:rPr>
        <w:t xml:space="preserve">, а </w:t>
      </w:r>
      <w:proofErr w:type="spellStart"/>
      <w:r w:rsidRPr="004C4047">
        <w:rPr>
          <w:lang w:val="ru-RU"/>
        </w:rPr>
        <w:t>передпосівна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культивація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створює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оптимальні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умови</w:t>
      </w:r>
      <w:proofErr w:type="spellEnd"/>
      <w:r w:rsidRPr="004C4047">
        <w:rPr>
          <w:lang w:val="ru-RU"/>
        </w:rPr>
        <w:t xml:space="preserve"> для </w:t>
      </w:r>
      <w:proofErr w:type="spellStart"/>
      <w:r w:rsidRPr="004C4047">
        <w:rPr>
          <w:lang w:val="ru-RU"/>
        </w:rPr>
        <w:t>висіву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кукурудзи</w:t>
      </w:r>
      <w:proofErr w:type="spellEnd"/>
      <w:r w:rsidRPr="004C4047">
        <w:rPr>
          <w:lang w:val="ru-RU"/>
        </w:rPr>
        <w:t xml:space="preserve">. </w:t>
      </w:r>
      <w:proofErr w:type="spellStart"/>
      <w:r w:rsidRPr="004C4047">
        <w:rPr>
          <w:lang w:val="ru-RU"/>
        </w:rPr>
        <w:t>Міжрядні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культивац</w:t>
      </w:r>
      <w:r w:rsidRPr="004C4047">
        <w:rPr>
          <w:lang w:val="ru-RU"/>
        </w:rPr>
        <w:t>ії</w:t>
      </w:r>
      <w:proofErr w:type="spellEnd"/>
      <w:r w:rsidRPr="004C4047">
        <w:rPr>
          <w:lang w:val="ru-RU"/>
        </w:rPr>
        <w:t xml:space="preserve"> в </w:t>
      </w:r>
      <w:proofErr w:type="spellStart"/>
      <w:r w:rsidRPr="004C4047">
        <w:rPr>
          <w:lang w:val="ru-RU"/>
        </w:rPr>
        <w:t>період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вегетації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забезпечують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механічне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знищення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бур’янів</w:t>
      </w:r>
      <w:proofErr w:type="spellEnd"/>
      <w:r w:rsidRPr="004C4047">
        <w:rPr>
          <w:lang w:val="ru-RU"/>
        </w:rPr>
        <w:t xml:space="preserve"> і </w:t>
      </w:r>
      <w:proofErr w:type="spellStart"/>
      <w:r w:rsidRPr="004C4047">
        <w:rPr>
          <w:lang w:val="ru-RU"/>
        </w:rPr>
        <w:t>покращують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аерацію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ґрунту</w:t>
      </w:r>
      <w:proofErr w:type="spellEnd"/>
      <w:r w:rsidRPr="004C4047">
        <w:rPr>
          <w:lang w:val="ru-RU"/>
        </w:rPr>
        <w:t>.</w:t>
      </w:r>
    </w:p>
    <w:p w:rsidR="001A790A" w:rsidRPr="004C4047" w:rsidRDefault="001A790A">
      <w:pPr>
        <w:spacing w:line="360" w:lineRule="auto"/>
        <w:ind w:firstLine="709"/>
        <w:rPr>
          <w:lang w:val="ru-RU"/>
        </w:rPr>
      </w:pPr>
    </w:p>
    <w:p w:rsidR="001A790A" w:rsidRPr="004C4047" w:rsidRDefault="001C58FC">
      <w:pPr>
        <w:spacing w:line="360" w:lineRule="auto"/>
        <w:rPr>
          <w:lang w:val="ru-RU"/>
        </w:rPr>
      </w:pPr>
      <w:proofErr w:type="spellStart"/>
      <w:r w:rsidRPr="004C4047">
        <w:rPr>
          <w:b/>
          <w:lang w:val="ru-RU"/>
        </w:rPr>
        <w:t>Варіант</w:t>
      </w:r>
      <w:proofErr w:type="spellEnd"/>
      <w:r w:rsidRPr="004C4047">
        <w:rPr>
          <w:b/>
          <w:lang w:val="ru-RU"/>
        </w:rPr>
        <w:t xml:space="preserve"> 3</w:t>
      </w:r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lang w:val="ru-RU"/>
        </w:rPr>
        <w:t>Зона: Степ</w:t>
      </w:r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lang w:val="ru-RU"/>
        </w:rPr>
        <w:t xml:space="preserve">Яра культура: </w:t>
      </w:r>
      <w:proofErr w:type="spellStart"/>
      <w:r w:rsidRPr="004C4047">
        <w:rPr>
          <w:lang w:val="ru-RU"/>
        </w:rPr>
        <w:t>Соняшник</w:t>
      </w:r>
      <w:proofErr w:type="spellEnd"/>
    </w:p>
    <w:p w:rsidR="001A790A" w:rsidRPr="004C4047" w:rsidRDefault="001C58FC">
      <w:pPr>
        <w:spacing w:line="360" w:lineRule="auto"/>
        <w:rPr>
          <w:lang w:val="ru-RU"/>
        </w:rPr>
      </w:pPr>
      <w:proofErr w:type="spellStart"/>
      <w:r w:rsidRPr="004C4047">
        <w:rPr>
          <w:lang w:val="ru-RU"/>
        </w:rPr>
        <w:t>Попередник</w:t>
      </w:r>
      <w:proofErr w:type="spellEnd"/>
      <w:r w:rsidRPr="004C4047">
        <w:rPr>
          <w:lang w:val="ru-RU"/>
        </w:rPr>
        <w:t>: Горох</w:t>
      </w:r>
    </w:p>
    <w:p w:rsidR="001A790A" w:rsidRPr="004C4047" w:rsidRDefault="001C58FC">
      <w:pPr>
        <w:spacing w:line="360" w:lineRule="auto"/>
        <w:rPr>
          <w:lang w:val="ru-RU"/>
        </w:rPr>
      </w:pPr>
      <w:r w:rsidRPr="004C4047">
        <w:rPr>
          <w:lang w:val="ru-RU"/>
        </w:rPr>
        <w:t xml:space="preserve">Тип </w:t>
      </w:r>
      <w:proofErr w:type="spellStart"/>
      <w:r w:rsidRPr="004C4047">
        <w:rPr>
          <w:lang w:val="ru-RU"/>
        </w:rPr>
        <w:t>бур’янів</w:t>
      </w:r>
      <w:proofErr w:type="spellEnd"/>
      <w:r w:rsidRPr="004C4047">
        <w:rPr>
          <w:lang w:val="ru-RU"/>
        </w:rPr>
        <w:t xml:space="preserve">: </w:t>
      </w:r>
      <w:proofErr w:type="spellStart"/>
      <w:r w:rsidRPr="004C4047">
        <w:rPr>
          <w:lang w:val="ru-RU"/>
        </w:rPr>
        <w:t>Однорічні</w:t>
      </w:r>
      <w:proofErr w:type="spellEnd"/>
      <w:r w:rsidRPr="004C4047">
        <w:rPr>
          <w:lang w:val="ru-RU"/>
        </w:rPr>
        <w:t xml:space="preserve"> та </w:t>
      </w:r>
      <w:proofErr w:type="spellStart"/>
      <w:r w:rsidRPr="004C4047">
        <w:rPr>
          <w:lang w:val="ru-RU"/>
        </w:rPr>
        <w:t>багаторічні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середня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забур’яненість</w:t>
      </w:r>
      <w:proofErr w:type="spellEnd"/>
    </w:p>
    <w:p w:rsidR="001A790A" w:rsidRPr="004C4047" w:rsidRDefault="001C58FC">
      <w:pPr>
        <w:spacing w:line="360" w:lineRule="auto"/>
        <w:rPr>
          <w:lang w:val="ru-RU"/>
        </w:rPr>
      </w:pPr>
      <w:proofErr w:type="spellStart"/>
      <w:r w:rsidRPr="004C4047">
        <w:rPr>
          <w:lang w:val="ru-RU"/>
        </w:rPr>
        <w:t>Ґрунти</w:t>
      </w:r>
      <w:proofErr w:type="spellEnd"/>
      <w:r w:rsidRPr="004C4047">
        <w:rPr>
          <w:lang w:val="ru-RU"/>
        </w:rPr>
        <w:t xml:space="preserve">: </w:t>
      </w:r>
      <w:proofErr w:type="spellStart"/>
      <w:r w:rsidRPr="004C4047">
        <w:rPr>
          <w:lang w:val="ru-RU"/>
        </w:rPr>
        <w:t>Чорноземи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південні</w:t>
      </w:r>
      <w:proofErr w:type="spellEnd"/>
    </w:p>
    <w:p w:rsidR="001A790A" w:rsidRPr="004C4047" w:rsidRDefault="001C58FC">
      <w:pPr>
        <w:spacing w:line="360" w:lineRule="auto"/>
        <w:rPr>
          <w:lang w:val="ru-RU"/>
        </w:rPr>
      </w:pPr>
      <w:proofErr w:type="spellStart"/>
      <w:r w:rsidRPr="004C4047">
        <w:rPr>
          <w:lang w:val="ru-RU"/>
        </w:rPr>
        <w:t>Умови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зволоження</w:t>
      </w:r>
      <w:proofErr w:type="spellEnd"/>
      <w:r w:rsidRPr="004C4047">
        <w:rPr>
          <w:lang w:val="ru-RU"/>
        </w:rPr>
        <w:t xml:space="preserve">: </w:t>
      </w:r>
      <w:proofErr w:type="spellStart"/>
      <w:r w:rsidRPr="004C4047">
        <w:rPr>
          <w:lang w:val="ru-RU"/>
        </w:rPr>
        <w:t>Недостатні</w:t>
      </w:r>
      <w:proofErr w:type="spellEnd"/>
    </w:p>
    <w:p w:rsidR="001A790A" w:rsidRPr="004C4047" w:rsidRDefault="001A790A">
      <w:pPr>
        <w:spacing w:line="360" w:lineRule="auto"/>
        <w:ind w:firstLine="709"/>
        <w:rPr>
          <w:lang w:val="ru-RU"/>
        </w:rPr>
      </w:pPr>
    </w:p>
    <w:p w:rsidR="001A790A" w:rsidRPr="004C4047" w:rsidRDefault="001C58FC">
      <w:pPr>
        <w:spacing w:line="360" w:lineRule="auto"/>
        <w:rPr>
          <w:lang w:val="ru-RU"/>
        </w:rPr>
      </w:pPr>
      <w:proofErr w:type="spellStart"/>
      <w:r w:rsidRPr="004C4047">
        <w:rPr>
          <w:b/>
          <w:lang w:val="ru-RU"/>
        </w:rPr>
        <w:t>Системи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обробітку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ґрунту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під</w:t>
      </w:r>
      <w:proofErr w:type="spellEnd"/>
      <w:r w:rsidRPr="004C4047">
        <w:rPr>
          <w:b/>
          <w:lang w:val="ru-RU"/>
        </w:rPr>
        <w:t xml:space="preserve"> </w:t>
      </w:r>
      <w:proofErr w:type="spellStart"/>
      <w:r w:rsidRPr="004C4047">
        <w:rPr>
          <w:b/>
          <w:lang w:val="ru-RU"/>
        </w:rPr>
        <w:t>соняшник</w:t>
      </w:r>
      <w:proofErr w:type="spellEnd"/>
      <w:r w:rsidRPr="004C4047">
        <w:rPr>
          <w:b/>
          <w:lang w:val="ru-RU"/>
        </w:rPr>
        <w:t xml:space="preserve"> в </w:t>
      </w:r>
      <w:proofErr w:type="spellStart"/>
      <w:r w:rsidRPr="004C4047">
        <w:rPr>
          <w:b/>
          <w:lang w:val="ru-RU"/>
        </w:rPr>
        <w:t>зоні</w:t>
      </w:r>
      <w:proofErr w:type="spellEnd"/>
      <w:r w:rsidRPr="004C4047">
        <w:rPr>
          <w:b/>
          <w:lang w:val="ru-RU"/>
        </w:rPr>
        <w:t xml:space="preserve"> Степу</w:t>
      </w:r>
    </w:p>
    <w:tbl>
      <w:tblPr>
        <w:tblStyle w:val="aff0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1964"/>
        <w:gridCol w:w="1962"/>
        <w:gridCol w:w="1908"/>
        <w:gridCol w:w="1243"/>
        <w:gridCol w:w="2876"/>
      </w:tblGrid>
      <w:tr w:rsidR="001A790A">
        <w:trPr>
          <w:jc w:val="center"/>
        </w:trPr>
        <w:tc>
          <w:tcPr>
            <w:tcW w:w="1701" w:type="dxa"/>
            <w:shd w:val="clear" w:color="auto" w:fill="D9EAD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A790A" w:rsidRDefault="001C58FC">
            <w:pPr>
              <w:jc w:val="center"/>
            </w:pPr>
            <w:proofErr w:type="spellStart"/>
            <w:r>
              <w:rPr>
                <w:b/>
                <w:sz w:val="24"/>
              </w:rPr>
              <w:lastRenderedPageBreak/>
              <w:t>Етап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обробітку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ґрунту</w:t>
            </w:r>
            <w:proofErr w:type="spellEnd"/>
          </w:p>
        </w:tc>
        <w:tc>
          <w:tcPr>
            <w:tcW w:w="2041" w:type="dxa"/>
            <w:shd w:val="clear" w:color="auto" w:fill="D9EAD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b/>
                <w:sz w:val="24"/>
              </w:rPr>
              <w:t>Агротехнічний прийом</w:t>
            </w:r>
          </w:p>
        </w:tc>
        <w:tc>
          <w:tcPr>
            <w:tcW w:w="2211" w:type="dxa"/>
            <w:shd w:val="clear" w:color="auto" w:fill="D9EAD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b/>
                <w:sz w:val="24"/>
              </w:rPr>
              <w:t>Знаряддя (приклад)</w:t>
            </w:r>
          </w:p>
        </w:tc>
        <w:tc>
          <w:tcPr>
            <w:tcW w:w="1077" w:type="dxa"/>
            <w:shd w:val="clear" w:color="auto" w:fill="D9EAD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b/>
                <w:sz w:val="24"/>
              </w:rPr>
              <w:t>Глибина, см</w:t>
            </w:r>
          </w:p>
        </w:tc>
        <w:tc>
          <w:tcPr>
            <w:tcW w:w="3742" w:type="dxa"/>
            <w:shd w:val="clear" w:color="auto" w:fill="D9EAD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b/>
                <w:sz w:val="24"/>
              </w:rPr>
              <w:t>Обґрунтування</w:t>
            </w:r>
          </w:p>
        </w:tc>
      </w:tr>
      <w:tr w:rsidR="001A790A" w:rsidRPr="004C4047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Післязбиральний</w:t>
            </w:r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Лущення стерні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БДТ-3, ЛДГ-15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8–10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4C4047" w:rsidRDefault="001C58FC">
            <w:pPr>
              <w:rPr>
                <w:lang w:val="ru-RU"/>
              </w:rPr>
            </w:pPr>
            <w:proofErr w:type="spellStart"/>
            <w:r w:rsidRPr="004C4047">
              <w:rPr>
                <w:sz w:val="24"/>
                <w:lang w:val="ru-RU"/>
              </w:rPr>
              <w:t>Подрібнення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рослинних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решток</w:t>
            </w:r>
            <w:proofErr w:type="spellEnd"/>
            <w:r w:rsidRPr="004C4047">
              <w:rPr>
                <w:sz w:val="24"/>
                <w:lang w:val="ru-RU"/>
              </w:rPr>
              <w:t xml:space="preserve">, </w:t>
            </w:r>
            <w:proofErr w:type="spellStart"/>
            <w:r w:rsidRPr="004C4047">
              <w:rPr>
                <w:sz w:val="24"/>
                <w:lang w:val="ru-RU"/>
              </w:rPr>
              <w:t>знищення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сходів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бур’янів</w:t>
            </w:r>
            <w:proofErr w:type="spellEnd"/>
            <w:r w:rsidRPr="004C4047">
              <w:rPr>
                <w:sz w:val="24"/>
                <w:lang w:val="ru-RU"/>
              </w:rPr>
              <w:t xml:space="preserve">, </w:t>
            </w:r>
            <w:proofErr w:type="spellStart"/>
            <w:r w:rsidRPr="004C4047">
              <w:rPr>
                <w:sz w:val="24"/>
                <w:lang w:val="ru-RU"/>
              </w:rPr>
              <w:t>збереження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вологи</w:t>
            </w:r>
            <w:proofErr w:type="spellEnd"/>
            <w:r w:rsidRPr="004C4047">
              <w:rPr>
                <w:sz w:val="24"/>
                <w:lang w:val="ru-RU"/>
              </w:rPr>
              <w:t>.</w:t>
            </w:r>
          </w:p>
        </w:tc>
      </w:tr>
      <w:tr w:rsidR="001A790A" w:rsidRPr="004C4047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roofErr w:type="spellStart"/>
            <w:r>
              <w:rPr>
                <w:sz w:val="24"/>
              </w:rPr>
              <w:t>Основний</w:t>
            </w:r>
            <w:proofErr w:type="spellEnd"/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Безполицевий глибокий обробіток (чизелювання)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Чизельний культиватор, КПШ-9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25–27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4C4047" w:rsidRDefault="001C58FC">
            <w:pPr>
              <w:rPr>
                <w:lang w:val="ru-RU"/>
              </w:rPr>
            </w:pPr>
            <w:proofErr w:type="spellStart"/>
            <w:r w:rsidRPr="004C4047">
              <w:rPr>
                <w:sz w:val="24"/>
                <w:lang w:val="ru-RU"/>
              </w:rPr>
              <w:t>Глибоке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розпушення</w:t>
            </w:r>
            <w:proofErr w:type="spellEnd"/>
            <w:r w:rsidRPr="004C4047">
              <w:rPr>
                <w:sz w:val="24"/>
                <w:lang w:val="ru-RU"/>
              </w:rPr>
              <w:t xml:space="preserve"> без </w:t>
            </w:r>
            <w:proofErr w:type="spellStart"/>
            <w:r w:rsidRPr="004C4047">
              <w:rPr>
                <w:sz w:val="24"/>
                <w:lang w:val="ru-RU"/>
              </w:rPr>
              <w:t>перевертання</w:t>
            </w:r>
            <w:proofErr w:type="spellEnd"/>
            <w:r w:rsidRPr="004C4047">
              <w:rPr>
                <w:sz w:val="24"/>
                <w:lang w:val="ru-RU"/>
              </w:rPr>
              <w:t xml:space="preserve"> пласта, </w:t>
            </w:r>
            <w:proofErr w:type="spellStart"/>
            <w:r w:rsidRPr="004C4047">
              <w:rPr>
                <w:sz w:val="24"/>
                <w:lang w:val="ru-RU"/>
              </w:rPr>
              <w:t>нагромадження</w:t>
            </w:r>
            <w:proofErr w:type="spellEnd"/>
            <w:r w:rsidRPr="004C4047">
              <w:rPr>
                <w:sz w:val="24"/>
                <w:lang w:val="ru-RU"/>
              </w:rPr>
              <w:t xml:space="preserve"> і </w:t>
            </w:r>
            <w:proofErr w:type="spellStart"/>
            <w:r w:rsidRPr="004C4047">
              <w:rPr>
                <w:sz w:val="24"/>
                <w:lang w:val="ru-RU"/>
              </w:rPr>
              <w:t>збереження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вологи</w:t>
            </w:r>
            <w:proofErr w:type="spellEnd"/>
            <w:r w:rsidRPr="004C4047">
              <w:rPr>
                <w:sz w:val="24"/>
                <w:lang w:val="ru-RU"/>
              </w:rPr>
              <w:t>.</w:t>
            </w:r>
          </w:p>
        </w:tc>
      </w:tr>
      <w:tr w:rsidR="001A790A" w:rsidRPr="004C4047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roofErr w:type="spellStart"/>
            <w:r>
              <w:rPr>
                <w:sz w:val="24"/>
              </w:rPr>
              <w:t>Ранньовесняний</w:t>
            </w:r>
            <w:proofErr w:type="spellEnd"/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Боронування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БІГ-3А, ЗБП-0,6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3–4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4C4047" w:rsidRDefault="001C58FC">
            <w:pPr>
              <w:rPr>
                <w:lang w:val="ru-RU"/>
              </w:rPr>
            </w:pPr>
            <w:proofErr w:type="spellStart"/>
            <w:r w:rsidRPr="004C4047">
              <w:rPr>
                <w:sz w:val="24"/>
                <w:lang w:val="ru-RU"/>
              </w:rPr>
              <w:t>Закриття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вологи</w:t>
            </w:r>
            <w:proofErr w:type="spellEnd"/>
            <w:r w:rsidRPr="004C4047">
              <w:rPr>
                <w:sz w:val="24"/>
                <w:lang w:val="ru-RU"/>
              </w:rPr>
              <w:t xml:space="preserve">, </w:t>
            </w:r>
            <w:proofErr w:type="spellStart"/>
            <w:r w:rsidRPr="004C4047">
              <w:rPr>
                <w:sz w:val="24"/>
                <w:lang w:val="ru-RU"/>
              </w:rPr>
              <w:t>руйнування</w:t>
            </w:r>
            <w:proofErr w:type="spellEnd"/>
            <w:r w:rsidRPr="004C4047">
              <w:rPr>
                <w:sz w:val="24"/>
                <w:lang w:val="ru-RU"/>
              </w:rPr>
              <w:t xml:space="preserve"> </w:t>
            </w:r>
            <w:proofErr w:type="spellStart"/>
            <w:r w:rsidRPr="004C4047">
              <w:rPr>
                <w:sz w:val="24"/>
                <w:lang w:val="ru-RU"/>
              </w:rPr>
              <w:t>кірки</w:t>
            </w:r>
            <w:proofErr w:type="spellEnd"/>
            <w:r w:rsidRPr="004C4047">
              <w:rPr>
                <w:sz w:val="24"/>
                <w:lang w:val="ru-RU"/>
              </w:rPr>
              <w:t xml:space="preserve">, </w:t>
            </w:r>
            <w:proofErr w:type="spellStart"/>
            <w:r w:rsidRPr="004C4047">
              <w:rPr>
                <w:sz w:val="24"/>
                <w:lang w:val="ru-RU"/>
              </w:rPr>
              <w:t>вирівнювання</w:t>
            </w:r>
            <w:proofErr w:type="spellEnd"/>
            <w:r w:rsidRPr="004C4047">
              <w:rPr>
                <w:sz w:val="24"/>
                <w:lang w:val="ru-RU"/>
              </w:rPr>
              <w:t xml:space="preserve"> поля.</w:t>
            </w:r>
          </w:p>
        </w:tc>
      </w:tr>
      <w:tr w:rsidR="001A790A" w:rsidRPr="001C58FC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roofErr w:type="spellStart"/>
            <w:r>
              <w:rPr>
                <w:sz w:val="24"/>
              </w:rPr>
              <w:t>Передпосівний</w:t>
            </w:r>
            <w:proofErr w:type="spellEnd"/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Культивація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КПС-4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6–8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1C58FC" w:rsidRDefault="001C58FC">
            <w:pPr>
              <w:rPr>
                <w:lang w:val="ru-RU"/>
              </w:rPr>
            </w:pPr>
            <w:proofErr w:type="spellStart"/>
            <w:r w:rsidRPr="001C58FC">
              <w:rPr>
                <w:sz w:val="24"/>
                <w:lang w:val="ru-RU"/>
              </w:rPr>
              <w:t>Знищення</w:t>
            </w:r>
            <w:proofErr w:type="spellEnd"/>
            <w:r w:rsidRPr="001C58FC">
              <w:rPr>
                <w:sz w:val="24"/>
                <w:lang w:val="ru-RU"/>
              </w:rPr>
              <w:t xml:space="preserve"> </w:t>
            </w:r>
            <w:proofErr w:type="spellStart"/>
            <w:r w:rsidRPr="001C58FC">
              <w:rPr>
                <w:sz w:val="24"/>
                <w:lang w:val="ru-RU"/>
              </w:rPr>
              <w:t>молодих</w:t>
            </w:r>
            <w:proofErr w:type="spellEnd"/>
            <w:r w:rsidRPr="001C58FC">
              <w:rPr>
                <w:sz w:val="24"/>
                <w:lang w:val="ru-RU"/>
              </w:rPr>
              <w:t xml:space="preserve"> </w:t>
            </w:r>
            <w:proofErr w:type="spellStart"/>
            <w:r w:rsidRPr="001C58FC">
              <w:rPr>
                <w:sz w:val="24"/>
                <w:lang w:val="ru-RU"/>
              </w:rPr>
              <w:t>бур’янів</w:t>
            </w:r>
            <w:proofErr w:type="spellEnd"/>
            <w:r w:rsidRPr="001C58FC">
              <w:rPr>
                <w:sz w:val="24"/>
                <w:lang w:val="ru-RU"/>
              </w:rPr>
              <w:t xml:space="preserve"> і </w:t>
            </w:r>
            <w:proofErr w:type="spellStart"/>
            <w:r w:rsidRPr="001C58FC">
              <w:rPr>
                <w:sz w:val="24"/>
                <w:lang w:val="ru-RU"/>
              </w:rPr>
              <w:t>підготовка</w:t>
            </w:r>
            <w:proofErr w:type="spellEnd"/>
            <w:r w:rsidRPr="001C58FC">
              <w:rPr>
                <w:sz w:val="24"/>
                <w:lang w:val="ru-RU"/>
              </w:rPr>
              <w:t xml:space="preserve"> </w:t>
            </w:r>
            <w:proofErr w:type="spellStart"/>
            <w:r w:rsidRPr="001C58FC">
              <w:rPr>
                <w:sz w:val="24"/>
                <w:lang w:val="ru-RU"/>
              </w:rPr>
              <w:t>рівномірного</w:t>
            </w:r>
            <w:proofErr w:type="spellEnd"/>
            <w:r w:rsidRPr="001C58FC">
              <w:rPr>
                <w:sz w:val="24"/>
                <w:lang w:val="ru-RU"/>
              </w:rPr>
              <w:t xml:space="preserve"> </w:t>
            </w:r>
            <w:proofErr w:type="spellStart"/>
            <w:r w:rsidRPr="001C58FC">
              <w:rPr>
                <w:sz w:val="24"/>
                <w:lang w:val="ru-RU"/>
              </w:rPr>
              <w:t>посівного</w:t>
            </w:r>
            <w:proofErr w:type="spellEnd"/>
            <w:r w:rsidRPr="001C58FC">
              <w:rPr>
                <w:sz w:val="24"/>
                <w:lang w:val="ru-RU"/>
              </w:rPr>
              <w:t xml:space="preserve"> ложа.</w:t>
            </w:r>
          </w:p>
        </w:tc>
      </w:tr>
      <w:tr w:rsidR="001A790A" w:rsidRPr="001C58FC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roofErr w:type="spellStart"/>
            <w:r>
              <w:rPr>
                <w:sz w:val="24"/>
              </w:rPr>
              <w:t>Догляд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посівами</w:t>
            </w:r>
            <w:proofErr w:type="spellEnd"/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Міжрядна культивація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КРН-5,6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6–8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1C58FC" w:rsidRDefault="001C58FC">
            <w:pPr>
              <w:rPr>
                <w:lang w:val="ru-RU"/>
              </w:rPr>
            </w:pPr>
            <w:proofErr w:type="spellStart"/>
            <w:r w:rsidRPr="001C58FC">
              <w:rPr>
                <w:sz w:val="24"/>
                <w:lang w:val="ru-RU"/>
              </w:rPr>
              <w:t>Боротьба</w:t>
            </w:r>
            <w:proofErr w:type="spellEnd"/>
            <w:r w:rsidRPr="001C58FC">
              <w:rPr>
                <w:sz w:val="24"/>
                <w:lang w:val="ru-RU"/>
              </w:rPr>
              <w:t xml:space="preserve"> з </w:t>
            </w:r>
            <w:proofErr w:type="spellStart"/>
            <w:r w:rsidRPr="001C58FC">
              <w:rPr>
                <w:sz w:val="24"/>
                <w:lang w:val="ru-RU"/>
              </w:rPr>
              <w:t>бур’янами</w:t>
            </w:r>
            <w:proofErr w:type="spellEnd"/>
            <w:r w:rsidRPr="001C58FC">
              <w:rPr>
                <w:sz w:val="24"/>
                <w:lang w:val="ru-RU"/>
              </w:rPr>
              <w:t xml:space="preserve">, </w:t>
            </w:r>
            <w:proofErr w:type="spellStart"/>
            <w:r w:rsidRPr="001C58FC">
              <w:rPr>
                <w:sz w:val="24"/>
                <w:lang w:val="ru-RU"/>
              </w:rPr>
              <w:t>розпушення</w:t>
            </w:r>
            <w:proofErr w:type="spellEnd"/>
            <w:r w:rsidRPr="001C58FC">
              <w:rPr>
                <w:sz w:val="24"/>
                <w:lang w:val="ru-RU"/>
              </w:rPr>
              <w:t xml:space="preserve"> </w:t>
            </w:r>
            <w:proofErr w:type="spellStart"/>
            <w:r w:rsidRPr="001C58FC">
              <w:rPr>
                <w:sz w:val="24"/>
                <w:lang w:val="ru-RU"/>
              </w:rPr>
              <w:t>міжрядь</w:t>
            </w:r>
            <w:proofErr w:type="spellEnd"/>
            <w:r w:rsidRPr="001C58FC">
              <w:rPr>
                <w:sz w:val="24"/>
                <w:lang w:val="ru-RU"/>
              </w:rPr>
              <w:t xml:space="preserve">, </w:t>
            </w:r>
            <w:proofErr w:type="spellStart"/>
            <w:r w:rsidRPr="001C58FC">
              <w:rPr>
                <w:sz w:val="24"/>
                <w:lang w:val="ru-RU"/>
              </w:rPr>
              <w:t>зменшення</w:t>
            </w:r>
            <w:proofErr w:type="spellEnd"/>
            <w:r w:rsidRPr="001C58FC">
              <w:rPr>
                <w:sz w:val="24"/>
                <w:lang w:val="ru-RU"/>
              </w:rPr>
              <w:t xml:space="preserve"> </w:t>
            </w:r>
            <w:proofErr w:type="spellStart"/>
            <w:r w:rsidRPr="001C58FC">
              <w:rPr>
                <w:sz w:val="24"/>
                <w:lang w:val="ru-RU"/>
              </w:rPr>
              <w:t>втрат</w:t>
            </w:r>
            <w:proofErr w:type="spellEnd"/>
            <w:r w:rsidRPr="001C58FC">
              <w:rPr>
                <w:sz w:val="24"/>
                <w:lang w:val="ru-RU"/>
              </w:rPr>
              <w:t xml:space="preserve"> </w:t>
            </w:r>
            <w:proofErr w:type="spellStart"/>
            <w:r w:rsidRPr="001C58FC">
              <w:rPr>
                <w:sz w:val="24"/>
                <w:lang w:val="ru-RU"/>
              </w:rPr>
              <w:t>вологи</w:t>
            </w:r>
            <w:proofErr w:type="spellEnd"/>
            <w:r w:rsidRPr="001C58FC">
              <w:rPr>
                <w:sz w:val="24"/>
                <w:lang w:val="ru-RU"/>
              </w:rPr>
              <w:t>.</w:t>
            </w:r>
          </w:p>
        </w:tc>
      </w:tr>
      <w:tr w:rsidR="001A790A" w:rsidRPr="001C58FC">
        <w:trPr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roofErr w:type="spellStart"/>
            <w:r>
              <w:rPr>
                <w:sz w:val="24"/>
              </w:rPr>
              <w:t>Догляд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посівами</w:t>
            </w:r>
            <w:proofErr w:type="spellEnd"/>
          </w:p>
        </w:tc>
        <w:tc>
          <w:tcPr>
            <w:tcW w:w="20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Міжрядна культивація з підгортанням</w:t>
            </w:r>
          </w:p>
        </w:tc>
        <w:tc>
          <w:tcPr>
            <w:tcW w:w="22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r>
              <w:rPr>
                <w:sz w:val="24"/>
              </w:rPr>
              <w:t>КРН-5,6 з підгортачами</w:t>
            </w:r>
          </w:p>
        </w:tc>
        <w:tc>
          <w:tcPr>
            <w:tcW w:w="10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Default="001C58FC">
            <w:pPr>
              <w:jc w:val="center"/>
            </w:pPr>
            <w:r>
              <w:rPr>
                <w:sz w:val="24"/>
              </w:rPr>
              <w:t>8–10</w:t>
            </w:r>
          </w:p>
        </w:tc>
        <w:tc>
          <w:tcPr>
            <w:tcW w:w="374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A790A" w:rsidRPr="001C58FC" w:rsidRDefault="001C58FC">
            <w:pPr>
              <w:rPr>
                <w:lang w:val="ru-RU"/>
              </w:rPr>
            </w:pPr>
            <w:proofErr w:type="spellStart"/>
            <w:r w:rsidRPr="001C58FC">
              <w:rPr>
                <w:sz w:val="24"/>
                <w:lang w:val="ru-RU"/>
              </w:rPr>
              <w:t>Додаткове</w:t>
            </w:r>
            <w:proofErr w:type="spellEnd"/>
            <w:r w:rsidRPr="001C58FC">
              <w:rPr>
                <w:sz w:val="24"/>
                <w:lang w:val="ru-RU"/>
              </w:rPr>
              <w:t xml:space="preserve"> </w:t>
            </w:r>
            <w:proofErr w:type="spellStart"/>
            <w:r w:rsidRPr="001C58FC">
              <w:rPr>
                <w:sz w:val="24"/>
                <w:lang w:val="ru-RU"/>
              </w:rPr>
              <w:t>знищення</w:t>
            </w:r>
            <w:proofErr w:type="spellEnd"/>
            <w:r w:rsidRPr="001C58FC">
              <w:rPr>
                <w:sz w:val="24"/>
                <w:lang w:val="ru-RU"/>
              </w:rPr>
              <w:t xml:space="preserve"> </w:t>
            </w:r>
            <w:proofErr w:type="spellStart"/>
            <w:r w:rsidRPr="001C58FC">
              <w:rPr>
                <w:sz w:val="24"/>
                <w:lang w:val="ru-RU"/>
              </w:rPr>
              <w:t>бур’янів</w:t>
            </w:r>
            <w:proofErr w:type="spellEnd"/>
            <w:r w:rsidRPr="001C58FC">
              <w:rPr>
                <w:sz w:val="24"/>
                <w:lang w:val="ru-RU"/>
              </w:rPr>
              <w:t xml:space="preserve">, </w:t>
            </w:r>
            <w:proofErr w:type="spellStart"/>
            <w:r w:rsidRPr="001C58FC">
              <w:rPr>
                <w:sz w:val="24"/>
                <w:lang w:val="ru-RU"/>
              </w:rPr>
              <w:t>покращення</w:t>
            </w:r>
            <w:proofErr w:type="spellEnd"/>
            <w:r w:rsidRPr="001C58FC">
              <w:rPr>
                <w:sz w:val="24"/>
                <w:lang w:val="ru-RU"/>
              </w:rPr>
              <w:t xml:space="preserve"> водного режиму та </w:t>
            </w:r>
            <w:proofErr w:type="spellStart"/>
            <w:r w:rsidRPr="001C58FC">
              <w:rPr>
                <w:sz w:val="24"/>
                <w:lang w:val="ru-RU"/>
              </w:rPr>
              <w:t>зміцнення</w:t>
            </w:r>
            <w:proofErr w:type="spellEnd"/>
            <w:r w:rsidRPr="001C58FC">
              <w:rPr>
                <w:sz w:val="24"/>
                <w:lang w:val="ru-RU"/>
              </w:rPr>
              <w:t xml:space="preserve"> </w:t>
            </w:r>
            <w:proofErr w:type="spellStart"/>
            <w:r w:rsidRPr="001C58FC">
              <w:rPr>
                <w:sz w:val="24"/>
                <w:lang w:val="ru-RU"/>
              </w:rPr>
              <w:t>рослин</w:t>
            </w:r>
            <w:proofErr w:type="spellEnd"/>
            <w:r w:rsidRPr="001C58FC">
              <w:rPr>
                <w:sz w:val="24"/>
                <w:lang w:val="ru-RU"/>
              </w:rPr>
              <w:t>.</w:t>
            </w:r>
          </w:p>
        </w:tc>
      </w:tr>
    </w:tbl>
    <w:p w:rsidR="001A790A" w:rsidRPr="001C58FC" w:rsidRDefault="001A790A">
      <w:pPr>
        <w:spacing w:line="360" w:lineRule="auto"/>
        <w:ind w:firstLine="709"/>
        <w:rPr>
          <w:lang w:val="ru-RU"/>
        </w:rPr>
      </w:pPr>
    </w:p>
    <w:p w:rsidR="001A790A" w:rsidRPr="001C58FC" w:rsidRDefault="001C58FC">
      <w:pPr>
        <w:spacing w:line="360" w:lineRule="auto"/>
        <w:ind w:firstLine="709"/>
        <w:rPr>
          <w:lang w:val="ru-RU"/>
        </w:rPr>
      </w:pPr>
      <w:proofErr w:type="spellStart"/>
      <w:r w:rsidRPr="001C58FC">
        <w:rPr>
          <w:lang w:val="ru-RU"/>
        </w:rPr>
        <w:t>Коротке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агрономічне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обґрунтування</w:t>
      </w:r>
      <w:proofErr w:type="spellEnd"/>
      <w:r w:rsidRPr="001C58FC">
        <w:rPr>
          <w:lang w:val="ru-RU"/>
        </w:rPr>
        <w:t xml:space="preserve">: У Степу за </w:t>
      </w:r>
      <w:proofErr w:type="spellStart"/>
      <w:r w:rsidRPr="001C58FC">
        <w:rPr>
          <w:lang w:val="ru-RU"/>
        </w:rPr>
        <w:t>недостатнього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зволоження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головним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завданням</w:t>
      </w:r>
      <w:proofErr w:type="spellEnd"/>
      <w:r w:rsidRPr="001C58FC">
        <w:rPr>
          <w:lang w:val="ru-RU"/>
        </w:rPr>
        <w:t xml:space="preserve"> є </w:t>
      </w:r>
      <w:proofErr w:type="spellStart"/>
      <w:r w:rsidRPr="001C58FC">
        <w:rPr>
          <w:lang w:val="ru-RU"/>
        </w:rPr>
        <w:t>максимальне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збереження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вологи</w:t>
      </w:r>
      <w:proofErr w:type="spellEnd"/>
      <w:r w:rsidRPr="001C58FC">
        <w:rPr>
          <w:lang w:val="ru-RU"/>
        </w:rPr>
        <w:t xml:space="preserve">. Тому </w:t>
      </w:r>
      <w:proofErr w:type="spellStart"/>
      <w:r w:rsidRPr="001C58FC">
        <w:rPr>
          <w:lang w:val="ru-RU"/>
        </w:rPr>
        <w:t>після</w:t>
      </w:r>
      <w:proofErr w:type="spellEnd"/>
      <w:r w:rsidRPr="001C58FC">
        <w:rPr>
          <w:lang w:val="ru-RU"/>
        </w:rPr>
        <w:t xml:space="preserve"> гороху </w:t>
      </w:r>
      <w:proofErr w:type="spellStart"/>
      <w:r w:rsidRPr="001C58FC">
        <w:rPr>
          <w:lang w:val="ru-RU"/>
        </w:rPr>
        <w:t>доцільно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застосовувати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лущення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стерні</w:t>
      </w:r>
      <w:proofErr w:type="spellEnd"/>
      <w:r w:rsidRPr="001C58FC">
        <w:rPr>
          <w:lang w:val="ru-RU"/>
        </w:rPr>
        <w:t xml:space="preserve">, а як </w:t>
      </w:r>
      <w:proofErr w:type="spellStart"/>
      <w:r w:rsidRPr="001C58FC">
        <w:rPr>
          <w:lang w:val="ru-RU"/>
        </w:rPr>
        <w:t>основний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обробіток</w:t>
      </w:r>
      <w:proofErr w:type="spellEnd"/>
      <w:r w:rsidRPr="001C58FC">
        <w:rPr>
          <w:lang w:val="ru-RU"/>
        </w:rPr>
        <w:t xml:space="preserve"> — </w:t>
      </w:r>
      <w:proofErr w:type="spellStart"/>
      <w:r w:rsidRPr="001C58FC">
        <w:rPr>
          <w:lang w:val="ru-RU"/>
        </w:rPr>
        <w:t>безполицеве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чизелювання</w:t>
      </w:r>
      <w:proofErr w:type="spellEnd"/>
      <w:r w:rsidRPr="001C58FC">
        <w:rPr>
          <w:lang w:val="ru-RU"/>
        </w:rPr>
        <w:t xml:space="preserve">, яке </w:t>
      </w:r>
      <w:proofErr w:type="spellStart"/>
      <w:r w:rsidRPr="001C58FC">
        <w:rPr>
          <w:lang w:val="ru-RU"/>
        </w:rPr>
        <w:t>розпушує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ґрунт</w:t>
      </w:r>
      <w:proofErr w:type="spellEnd"/>
      <w:r w:rsidRPr="001C58FC">
        <w:rPr>
          <w:lang w:val="ru-RU"/>
        </w:rPr>
        <w:t xml:space="preserve"> без </w:t>
      </w:r>
      <w:proofErr w:type="spellStart"/>
      <w:r w:rsidRPr="001C58FC">
        <w:rPr>
          <w:lang w:val="ru-RU"/>
        </w:rPr>
        <w:t>перевертання</w:t>
      </w:r>
      <w:proofErr w:type="spellEnd"/>
      <w:r w:rsidRPr="001C58FC">
        <w:rPr>
          <w:lang w:val="ru-RU"/>
        </w:rPr>
        <w:t xml:space="preserve"> пласта і не </w:t>
      </w:r>
      <w:proofErr w:type="spellStart"/>
      <w:r w:rsidRPr="001C58FC">
        <w:rPr>
          <w:lang w:val="ru-RU"/>
        </w:rPr>
        <w:t>пересушує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його</w:t>
      </w:r>
      <w:proofErr w:type="spellEnd"/>
      <w:r w:rsidRPr="001C58FC">
        <w:rPr>
          <w:lang w:val="ru-RU"/>
        </w:rPr>
        <w:t xml:space="preserve">. </w:t>
      </w:r>
      <w:proofErr w:type="spellStart"/>
      <w:r w:rsidRPr="001C58FC">
        <w:rPr>
          <w:lang w:val="ru-RU"/>
        </w:rPr>
        <w:t>Ранньовесняне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боронування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закри</w:t>
      </w:r>
      <w:r w:rsidRPr="001C58FC">
        <w:rPr>
          <w:lang w:val="ru-RU"/>
        </w:rPr>
        <w:t>ває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вологу</w:t>
      </w:r>
      <w:proofErr w:type="spellEnd"/>
      <w:r w:rsidRPr="001C58FC">
        <w:rPr>
          <w:lang w:val="ru-RU"/>
        </w:rPr>
        <w:t xml:space="preserve">, а </w:t>
      </w:r>
      <w:proofErr w:type="spellStart"/>
      <w:r w:rsidRPr="001C58FC">
        <w:rPr>
          <w:lang w:val="ru-RU"/>
        </w:rPr>
        <w:t>передпосівна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культивація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забезпечує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якісну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підготовку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ґрунту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під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соняшник</w:t>
      </w:r>
      <w:proofErr w:type="spellEnd"/>
      <w:r w:rsidRPr="001C58FC">
        <w:rPr>
          <w:lang w:val="ru-RU"/>
        </w:rPr>
        <w:t xml:space="preserve">. </w:t>
      </w:r>
      <w:proofErr w:type="spellStart"/>
      <w:r w:rsidRPr="001C58FC">
        <w:rPr>
          <w:lang w:val="ru-RU"/>
        </w:rPr>
        <w:t>Міжрядні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культивації</w:t>
      </w:r>
      <w:proofErr w:type="spellEnd"/>
      <w:r w:rsidRPr="001C58FC">
        <w:rPr>
          <w:lang w:val="ru-RU"/>
        </w:rPr>
        <w:t xml:space="preserve"> з </w:t>
      </w:r>
      <w:proofErr w:type="spellStart"/>
      <w:r w:rsidRPr="001C58FC">
        <w:rPr>
          <w:lang w:val="ru-RU"/>
        </w:rPr>
        <w:t>підгортанням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дають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змогу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ефективно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контролювати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бур’яни</w:t>
      </w:r>
      <w:proofErr w:type="spellEnd"/>
      <w:r w:rsidRPr="001C58FC">
        <w:rPr>
          <w:lang w:val="ru-RU"/>
        </w:rPr>
        <w:t xml:space="preserve"> та </w:t>
      </w:r>
      <w:proofErr w:type="spellStart"/>
      <w:r w:rsidRPr="001C58FC">
        <w:rPr>
          <w:lang w:val="ru-RU"/>
        </w:rPr>
        <w:t>підтримувати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оптимальний</w:t>
      </w:r>
      <w:proofErr w:type="spellEnd"/>
      <w:r w:rsidRPr="001C58FC">
        <w:rPr>
          <w:lang w:val="ru-RU"/>
        </w:rPr>
        <w:t xml:space="preserve"> стан </w:t>
      </w:r>
      <w:proofErr w:type="spellStart"/>
      <w:r w:rsidRPr="001C58FC">
        <w:rPr>
          <w:lang w:val="ru-RU"/>
        </w:rPr>
        <w:t>ґрунту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протягом</w:t>
      </w:r>
      <w:proofErr w:type="spellEnd"/>
      <w:r w:rsidRPr="001C58FC">
        <w:rPr>
          <w:lang w:val="ru-RU"/>
        </w:rPr>
        <w:t xml:space="preserve"> </w:t>
      </w:r>
      <w:proofErr w:type="spellStart"/>
      <w:r w:rsidRPr="001C58FC">
        <w:rPr>
          <w:lang w:val="ru-RU"/>
        </w:rPr>
        <w:t>вегетації</w:t>
      </w:r>
      <w:proofErr w:type="spellEnd"/>
      <w:r w:rsidRPr="001C58FC">
        <w:rPr>
          <w:lang w:val="ru-RU"/>
        </w:rPr>
        <w:t>.</w:t>
      </w:r>
    </w:p>
    <w:p w:rsidR="001A790A" w:rsidRPr="001C58FC" w:rsidRDefault="001A790A">
      <w:pPr>
        <w:spacing w:line="360" w:lineRule="auto"/>
        <w:ind w:firstLine="709"/>
        <w:rPr>
          <w:lang w:val="ru-RU"/>
        </w:rPr>
      </w:pPr>
    </w:p>
    <w:p w:rsidR="001A790A" w:rsidRDefault="001C58FC">
      <w:pPr>
        <w:spacing w:line="360" w:lineRule="auto"/>
      </w:pPr>
      <w:proofErr w:type="spellStart"/>
      <w:r>
        <w:rPr>
          <w:b/>
        </w:rPr>
        <w:lastRenderedPageBreak/>
        <w:t>Висновок</w:t>
      </w:r>
      <w:proofErr w:type="spellEnd"/>
    </w:p>
    <w:p w:rsidR="001A790A" w:rsidRPr="004C4047" w:rsidRDefault="001C58FC">
      <w:pPr>
        <w:spacing w:line="360" w:lineRule="auto"/>
        <w:ind w:firstLine="709"/>
        <w:rPr>
          <w:lang w:val="ru-RU"/>
        </w:rPr>
      </w:pPr>
      <w:proofErr w:type="spellStart"/>
      <w:r w:rsidRPr="004C4047">
        <w:rPr>
          <w:lang w:val="ru-RU"/>
        </w:rPr>
        <w:t>Під</w:t>
      </w:r>
      <w:proofErr w:type="spellEnd"/>
      <w:r w:rsidRPr="004C4047">
        <w:rPr>
          <w:lang w:val="ru-RU"/>
        </w:rPr>
        <w:t xml:space="preserve"> час </w:t>
      </w:r>
      <w:proofErr w:type="spellStart"/>
      <w:r w:rsidRPr="004C4047">
        <w:rPr>
          <w:lang w:val="ru-RU"/>
        </w:rPr>
        <w:t>виконання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практичної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роботи</w:t>
      </w:r>
      <w:proofErr w:type="spellEnd"/>
      <w:r w:rsidRPr="004C4047">
        <w:rPr>
          <w:lang w:val="ru-RU"/>
        </w:rPr>
        <w:t xml:space="preserve"> я </w:t>
      </w:r>
      <w:proofErr w:type="spellStart"/>
      <w:r w:rsidRPr="004C4047">
        <w:rPr>
          <w:lang w:val="ru-RU"/>
        </w:rPr>
        <w:t>навчився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аналізувати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умови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вирощування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ярих</w:t>
      </w:r>
      <w:proofErr w:type="spellEnd"/>
      <w:r w:rsidRPr="004C4047">
        <w:rPr>
          <w:lang w:val="ru-RU"/>
        </w:rPr>
        <w:t xml:space="preserve"> культур </w:t>
      </w:r>
      <w:proofErr w:type="spellStart"/>
      <w:r w:rsidRPr="004C4047">
        <w:rPr>
          <w:lang w:val="ru-RU"/>
        </w:rPr>
        <w:t>залежно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від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ґрунтово-кліматичної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зони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попередника</w:t>
      </w:r>
      <w:proofErr w:type="spellEnd"/>
      <w:r w:rsidRPr="004C4047">
        <w:rPr>
          <w:lang w:val="ru-RU"/>
        </w:rPr>
        <w:t xml:space="preserve"> та типу </w:t>
      </w:r>
      <w:proofErr w:type="spellStart"/>
      <w:r w:rsidRPr="004C4047">
        <w:rPr>
          <w:lang w:val="ru-RU"/>
        </w:rPr>
        <w:t>забур’яненості</w:t>
      </w:r>
      <w:proofErr w:type="spellEnd"/>
      <w:r w:rsidRPr="004C4047">
        <w:rPr>
          <w:lang w:val="ru-RU"/>
        </w:rPr>
        <w:t xml:space="preserve"> поля. </w:t>
      </w:r>
      <w:proofErr w:type="spellStart"/>
      <w:r w:rsidRPr="004C4047">
        <w:rPr>
          <w:lang w:val="ru-RU"/>
        </w:rPr>
        <w:t>Також</w:t>
      </w:r>
      <w:proofErr w:type="spellEnd"/>
      <w:r w:rsidRPr="004C4047">
        <w:rPr>
          <w:lang w:val="ru-RU"/>
        </w:rPr>
        <w:t xml:space="preserve"> я </w:t>
      </w:r>
      <w:proofErr w:type="spellStart"/>
      <w:r w:rsidRPr="004C4047">
        <w:rPr>
          <w:lang w:val="ru-RU"/>
        </w:rPr>
        <w:t>засвоїв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принципи</w:t>
      </w:r>
      <w:proofErr w:type="spellEnd"/>
      <w:r w:rsidRPr="004C4047">
        <w:rPr>
          <w:lang w:val="ru-RU"/>
        </w:rPr>
        <w:t xml:space="preserve"> добору </w:t>
      </w:r>
      <w:proofErr w:type="spellStart"/>
      <w:r w:rsidRPr="004C4047">
        <w:rPr>
          <w:lang w:val="ru-RU"/>
        </w:rPr>
        <w:t>післязбирального</w:t>
      </w:r>
      <w:proofErr w:type="spellEnd"/>
      <w:r w:rsidRPr="004C4047">
        <w:rPr>
          <w:lang w:val="ru-RU"/>
        </w:rPr>
        <w:t xml:space="preserve">, основного, </w:t>
      </w:r>
      <w:proofErr w:type="spellStart"/>
      <w:r w:rsidRPr="004C4047">
        <w:rPr>
          <w:lang w:val="ru-RU"/>
        </w:rPr>
        <w:t>передпосівного</w:t>
      </w:r>
      <w:proofErr w:type="spellEnd"/>
      <w:r w:rsidRPr="004C4047">
        <w:rPr>
          <w:lang w:val="ru-RU"/>
        </w:rPr>
        <w:t xml:space="preserve"> та </w:t>
      </w:r>
      <w:proofErr w:type="spellStart"/>
      <w:r w:rsidRPr="004C4047">
        <w:rPr>
          <w:lang w:val="ru-RU"/>
        </w:rPr>
        <w:t>післяпосівного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обробітку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ґрунту</w:t>
      </w:r>
      <w:proofErr w:type="spellEnd"/>
      <w:r w:rsidRPr="004C4047">
        <w:rPr>
          <w:lang w:val="ru-RU"/>
        </w:rPr>
        <w:t xml:space="preserve">, </w:t>
      </w:r>
      <w:proofErr w:type="spellStart"/>
      <w:r w:rsidRPr="004C4047">
        <w:rPr>
          <w:lang w:val="ru-RU"/>
        </w:rPr>
        <w:t>навчився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визначати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глибину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обробітку</w:t>
      </w:r>
      <w:proofErr w:type="spellEnd"/>
      <w:r w:rsidRPr="004C4047">
        <w:rPr>
          <w:lang w:val="ru-RU"/>
        </w:rPr>
        <w:t xml:space="preserve"> і </w:t>
      </w:r>
      <w:proofErr w:type="spellStart"/>
      <w:r w:rsidRPr="004C4047">
        <w:rPr>
          <w:lang w:val="ru-RU"/>
        </w:rPr>
        <w:t>підбирати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відповідні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знаряддя</w:t>
      </w:r>
      <w:proofErr w:type="spellEnd"/>
      <w:r w:rsidRPr="004C4047">
        <w:rPr>
          <w:lang w:val="ru-RU"/>
        </w:rPr>
        <w:t xml:space="preserve">. </w:t>
      </w:r>
      <w:proofErr w:type="spellStart"/>
      <w:r w:rsidRPr="004C4047">
        <w:rPr>
          <w:lang w:val="ru-RU"/>
        </w:rPr>
        <w:t>Отримані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знання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дають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змогу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обґрунтовано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проєктувати</w:t>
      </w:r>
      <w:proofErr w:type="spellEnd"/>
      <w:r w:rsidRPr="004C4047">
        <w:rPr>
          <w:lang w:val="ru-RU"/>
        </w:rPr>
        <w:t xml:space="preserve"> систему </w:t>
      </w:r>
      <w:proofErr w:type="spellStart"/>
      <w:r w:rsidRPr="004C4047">
        <w:rPr>
          <w:lang w:val="ru-RU"/>
        </w:rPr>
        <w:t>обробітку</w:t>
      </w:r>
      <w:proofErr w:type="spellEnd"/>
      <w:r w:rsidRPr="004C4047">
        <w:rPr>
          <w:lang w:val="ru-RU"/>
        </w:rPr>
        <w:t xml:space="preserve"> </w:t>
      </w:r>
      <w:proofErr w:type="spellStart"/>
      <w:r w:rsidRPr="004C4047">
        <w:rPr>
          <w:lang w:val="ru-RU"/>
        </w:rPr>
        <w:t>ґрунту</w:t>
      </w:r>
      <w:proofErr w:type="spellEnd"/>
      <w:r w:rsidRPr="004C4047">
        <w:rPr>
          <w:lang w:val="ru-RU"/>
        </w:rPr>
        <w:t xml:space="preserve"> для </w:t>
      </w:r>
      <w:proofErr w:type="spellStart"/>
      <w:r w:rsidRPr="004C4047">
        <w:rPr>
          <w:lang w:val="ru-RU"/>
        </w:rPr>
        <w:t>різних</w:t>
      </w:r>
      <w:proofErr w:type="spellEnd"/>
      <w:r w:rsidRPr="004C4047">
        <w:rPr>
          <w:lang w:val="ru-RU"/>
        </w:rPr>
        <w:t xml:space="preserve"> культур і умов </w:t>
      </w:r>
      <w:proofErr w:type="spellStart"/>
      <w:r w:rsidRPr="004C4047">
        <w:rPr>
          <w:lang w:val="ru-RU"/>
        </w:rPr>
        <w:t>вирощування</w:t>
      </w:r>
      <w:proofErr w:type="spellEnd"/>
      <w:r w:rsidRPr="004C4047">
        <w:rPr>
          <w:lang w:val="ru-RU"/>
        </w:rPr>
        <w:t>.</w:t>
      </w:r>
    </w:p>
    <w:p w:rsidR="001A790A" w:rsidRPr="004C4047" w:rsidRDefault="001A790A">
      <w:pPr>
        <w:spacing w:line="360" w:lineRule="auto"/>
        <w:ind w:firstLine="709"/>
        <w:rPr>
          <w:lang w:val="ru-RU"/>
        </w:rPr>
      </w:pPr>
    </w:p>
    <w:p w:rsidR="001A790A" w:rsidRPr="004C4047" w:rsidRDefault="001A790A">
      <w:pPr>
        <w:spacing w:line="360" w:lineRule="auto"/>
        <w:rPr>
          <w:lang w:val="ru-RU"/>
        </w:rPr>
      </w:pPr>
      <w:bookmarkStart w:id="0" w:name="_GoBack"/>
      <w:bookmarkEnd w:id="0"/>
    </w:p>
    <w:sectPr w:rsidR="001A790A" w:rsidRPr="004C4047" w:rsidSect="00034616"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A790A"/>
    <w:rsid w:val="001C58FC"/>
    <w:rsid w:val="0029639D"/>
    <w:rsid w:val="00326F90"/>
    <w:rsid w:val="004C404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623F1F"/>
  <w14:defaultImageDpi w14:val="300"/>
  <w15:docId w15:val="{0BE9A91A-200A-4447-A3C0-484E3A68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F8D03FC-D91B-44BC-A8A2-7DAE6242A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1052</Words>
  <Characters>5998</Characters>
  <Application>Microsoft Office Word</Application>
  <DocSecurity>0</DocSecurity>
  <Lines>49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7036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Andrii Pinchuk</cp:lastModifiedBy>
  <cp:revision>2</cp:revision>
  <dcterms:created xsi:type="dcterms:W3CDTF">2026-04-11T09:02:00Z</dcterms:created>
  <dcterms:modified xsi:type="dcterms:W3CDTF">2026-04-11T09:02:00Z</dcterms:modified>
  <cp:category/>
</cp:coreProperties>
</file>